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Ed Sheeran's Halloween costume nods to viral AI moment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Ed Sheeran, the renowned British singer-songwriter, made headlines this Halloween with a costume choice that playfully referenced a previous viral moment involving artificial intelligence. On October 31, 2024, the 33-year-old artist unveiled his costume on Instagram: a monkey onesie, complete with large ears and fur, seemingly simple yet reflective of a significant cultural conversation about AI.</w:t>
      </w:r>
      <w:r/>
    </w:p>
    <w:p>
      <w:r/>
      <w:r>
        <w:t>The costume was directly inspired by a viral AI image that depicted Sheeran as a monkey, which had circulated earlier in the year. The AI-generated photo captured public attention, with many noting the uncanny resemblance between the AI's portrayal and the real Sheeran. Demonstrating his characteristic humour, Sheeran's choice to don the monkey outfit appeared to be a light-hearted nod to this digital creation and the ensuing conversation it sparked.</w:t>
      </w:r>
      <w:r/>
    </w:p>
    <w:p>
      <w:r/>
      <w:r>
        <w:t>This homage to AI comes in the wake of Sheeran's public critique of artificial intelligence, particularly regarding its application in art and music. Speaking in an August 2023 interview with Audacy Live, Sheeran shared his concerns about AI's ability to mimic human voices and likenesses accurately. Expressing apprehension, he referenced how, for decades, movies have cautioned against AI, questioning the current rush to embrace the technology despite these fictional warnings.</w:t>
      </w:r>
      <w:r/>
    </w:p>
    <w:p>
      <w:r/>
      <w:r>
        <w:t>Sheeran also articulated worries about AI's impact on the workforce, suggesting that the technology could threaten jobs by replacing human roles. "The whole point of society is we all do jobs," Sheeran stated, pondering a future where robots might perform all tasks, thereby rendering human workers obsolete.</w:t>
      </w:r>
      <w:r/>
    </w:p>
    <w:p>
      <w:r/>
      <w:r>
        <w:t>While Sheeran engaged with AI through his Halloween costume, he remains committed to preserving the authenticity of his music. Currently on his Mathematics Tour, which spans various continents and showcases performances from his entire discography, Sheeran is preparing to release a live album on December 27, 2024. This album will feature recordings from his tour, emphasizing his dedication to delivering performances that rely on his genuine vocal talent rather than AI-enhancement.</w:t>
      </w:r>
      <w:r/>
    </w:p>
    <w:p>
      <w:r/>
      <w:r>
        <w:t>The Mathematics Tour is set to conclude in September 2025, marking a significant chapter in Sheeran's career. Throughout this period, the "Shape of You" singer has continued to share his musical artistry, opting for the organic sound of live performance over technological manipulation, further underscoring his stance on the intersection of technology and creativity.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https://people.com/ed-sheeran-dresses-up-ai-meme-monkey-costume-halloween-8737743</w:t>
        </w:r>
      </w:hyperlink>
      <w:r>
        <w:t xml:space="preserve"> - Ed Sheeran's Halloween costume inspired by an AI-generated meme of himself in a monkey costume.</w:t>
      </w:r>
      <w:r/>
    </w:p>
    <w:p>
      <w:pPr>
        <w:pStyle w:val="ListNumber"/>
        <w:spacing w:line="240" w:lineRule="auto"/>
        <w:ind w:left="720"/>
      </w:pPr>
      <w:r/>
      <w:hyperlink r:id="rId11">
        <w:r>
          <w:rPr>
            <w:color w:val="0000EE"/>
            <w:u w:val="single"/>
          </w:rPr>
          <w:t>https://www.thestatesman.com/entertainment/ed-sheeran-celebrates-halloween-in-ai-inspired-monkey-costume-1503359807.html</w:t>
        </w:r>
      </w:hyperlink>
      <w:r>
        <w:t xml:space="preserve"> - Ed Sheeran's Halloween celebration and his AI-inspired monkey costume.</w:t>
      </w:r>
      <w:r/>
    </w:p>
    <w:p>
      <w:pPr>
        <w:pStyle w:val="ListNumber"/>
        <w:spacing w:line="240" w:lineRule="auto"/>
        <w:ind w:left="720"/>
      </w:pPr>
      <w:r/>
      <w:hyperlink r:id="rId12">
        <w:r>
          <w:rPr>
            <w:color w:val="0000EE"/>
            <w:u w:val="single"/>
          </w:rPr>
          <w:t>https://www.newsweek.com/entertainment/celebrity-news/ed-sheeran-recreates-viral-ai-meme-monkey-halloween-1978274</w:t>
        </w:r>
      </w:hyperlink>
      <w:r>
        <w:t xml:space="preserve"> - Details about Ed Sheeran's Halloween costume and the viral AI meme it was based on.</w:t>
      </w:r>
      <w:r/>
    </w:p>
    <w:p>
      <w:pPr>
        <w:pStyle w:val="ListNumber"/>
        <w:spacing w:line="240" w:lineRule="auto"/>
        <w:ind w:left="720"/>
      </w:pPr>
      <w:r/>
      <w:hyperlink r:id="rId13">
        <w:r>
          <w:rPr>
            <w:color w:val="0000EE"/>
            <w:u w:val="single"/>
          </w:rPr>
          <w:t>https://hot967fm.com/2024/10/31/halloween-music-notes-ed-sheeran-kelly-clarkson-and-more/</w:t>
        </w:r>
      </w:hyperlink>
      <w:r>
        <w:t xml:space="preserve"> - Ed Sheeran dressing up as his own meme for Halloween, inspired by an AI-generated image.</w:t>
      </w:r>
      <w:r/>
    </w:p>
    <w:p>
      <w:pPr>
        <w:pStyle w:val="ListNumber"/>
        <w:spacing w:line="240" w:lineRule="auto"/>
        <w:ind w:left="720"/>
      </w:pPr>
      <w:r/>
      <w:hyperlink r:id="rId14">
        <w:r>
          <w:rPr>
            <w:color w:val="0000EE"/>
            <w:u w:val="single"/>
          </w:rPr>
          <w:t>https://timesofindia.indiatimes.com/entertainment/english/music/news/check-out-ed-sheerans-halloween-look/articleshow/114837304.cms</w:t>
        </w:r>
      </w:hyperlink>
      <w:r>
        <w:t xml:space="preserve"> - Ed Sheeran's Halloween look and its connection to an AI-generated image of himself as a monkey.</w:t>
      </w:r>
      <w:r/>
    </w:p>
    <w:p>
      <w:pPr>
        <w:pStyle w:val="ListNumber"/>
        <w:spacing w:line="240" w:lineRule="auto"/>
        <w:ind w:left="720"/>
      </w:pPr>
      <w:r/>
      <w:hyperlink r:id="rId12">
        <w:r>
          <w:rPr>
            <w:color w:val="0000EE"/>
            <w:u w:val="single"/>
          </w:rPr>
          <w:t>https://www.newsweek.com/entertainment/celebrity-news/ed-sheeran-recreates-viral-ai-meme-monkey-halloween-1978274</w:t>
        </w:r>
      </w:hyperlink>
      <w:r>
        <w:t xml:space="preserve"> - Ed Sheeran's public critique of AI, especially in creative fields, from an August 2023 interview.</w:t>
      </w:r>
      <w:r/>
    </w:p>
    <w:p>
      <w:pPr>
        <w:pStyle w:val="ListNumber"/>
        <w:spacing w:line="240" w:lineRule="auto"/>
        <w:ind w:left="720"/>
      </w:pPr>
      <w:r/>
      <w:hyperlink r:id="rId12">
        <w:r>
          <w:rPr>
            <w:color w:val="0000EE"/>
            <w:u w:val="single"/>
          </w:rPr>
          <w:t>https://www.newsweek.com/entertainment/celebrity-news/ed-sheeran-recreates-viral-ai-meme-monkey-halloween-1978274</w:t>
        </w:r>
      </w:hyperlink>
      <w:r>
        <w:t xml:space="preserve"> - Sheeran's concerns about AI's impact on the workforce and job losses.</w:t>
      </w:r>
      <w:r/>
    </w:p>
    <w:p>
      <w:pPr>
        <w:pStyle w:val="ListNumber"/>
        <w:spacing w:line="240" w:lineRule="auto"/>
        <w:ind w:left="720"/>
      </w:pPr>
      <w:r/>
      <w:hyperlink r:id="rId10">
        <w:r>
          <w:rPr>
            <w:color w:val="0000EE"/>
            <w:u w:val="single"/>
          </w:rPr>
          <w:t>https://people.com/ed-sheeran-dresses-up-ai-meme-monkey-costume-halloween-8737743</w:t>
        </w:r>
      </w:hyperlink>
      <w:r>
        <w:t xml:space="preserve"> - Ed Sheeran's commitment to preserving the authenticity of his music and avoiding AI-enhancement.</w:t>
      </w:r>
      <w:r/>
    </w:p>
    <w:p>
      <w:pPr>
        <w:pStyle w:val="ListNumber"/>
        <w:spacing w:line="240" w:lineRule="auto"/>
        <w:ind w:left="720"/>
      </w:pPr>
      <w:r/>
      <w:hyperlink r:id="rId12">
        <w:r>
          <w:rPr>
            <w:color w:val="0000EE"/>
            <w:u w:val="single"/>
          </w:rPr>
          <w:t>https://www.newsweek.com/entertainment/celebrity-news/ed-sheeran-recreates-viral-ai-meme-monkey-halloween-1978274</w:t>
        </w:r>
      </w:hyperlink>
      <w:r>
        <w:t xml:space="preserve"> - Details about Ed Sheeran's Mathematics Tour and the upcoming live album release on December 27, 2024.</w:t>
      </w:r>
      <w:r/>
    </w:p>
    <w:p>
      <w:pPr>
        <w:pStyle w:val="ListNumber"/>
        <w:spacing w:line="240" w:lineRule="auto"/>
        <w:ind w:left="720"/>
      </w:pPr>
      <w:r/>
      <w:hyperlink r:id="rId10">
        <w:r>
          <w:rPr>
            <w:color w:val="0000EE"/>
            <w:u w:val="single"/>
          </w:rPr>
          <w:t>https://people.com/ed-sheeran-dresses-up-ai-meme-monkey-costume-halloween-8737743</w:t>
        </w:r>
      </w:hyperlink>
      <w:r>
        <w:t xml:space="preserve"> - The Mathematics Tour's schedule and its conclusion in September 2025.</w:t>
      </w:r>
      <w:r/>
    </w:p>
    <w:p>
      <w:pPr>
        <w:pStyle w:val="ListNumber"/>
        <w:spacing w:line="240" w:lineRule="auto"/>
        <w:ind w:left="720"/>
      </w:pPr>
      <w:r/>
      <w:hyperlink r:id="rId12">
        <w:r>
          <w:rPr>
            <w:color w:val="0000EE"/>
            <w:u w:val="single"/>
          </w:rPr>
          <w:t>https://www.newsweek.com/entertainment/celebrity-news/ed-sheeran-recreates-viral-ai-meme-monkey-halloween-1978274</w:t>
        </w:r>
      </w:hyperlink>
      <w:r>
        <w:t xml:space="preserve"> - Ed Sheeran's preference for live performances over technological manipulation in his music.</w:t>
      </w:r>
      <w:r/>
    </w:p>
    <w:p>
      <w:pPr>
        <w:pStyle w:val="ListNumber"/>
        <w:spacing w:line="240" w:lineRule="auto"/>
        <w:ind w:left="720"/>
      </w:pPr>
      <w:r/>
      <w:hyperlink r:id="rId12">
        <w:r>
          <w:rPr>
            <w:color w:val="0000EE"/>
            <w:u w:val="single"/>
          </w:rPr>
          <w:t>https://www.newsweek.com/entertainment/celebrity-news/ed-sheeran-recreates-viral-ai-meme-monkey-halloween-1978274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people.com/ed-sheeran-dresses-up-ai-meme-monkey-costume-halloween-8737743" TargetMode="External"/><Relationship Id="rId11" Type="http://schemas.openxmlformats.org/officeDocument/2006/relationships/hyperlink" Target="https://www.thestatesman.com/entertainment/ed-sheeran-celebrates-halloween-in-ai-inspired-monkey-costume-1503359807.html" TargetMode="External"/><Relationship Id="rId12" Type="http://schemas.openxmlformats.org/officeDocument/2006/relationships/hyperlink" Target="https://www.newsweek.com/entertainment/celebrity-news/ed-sheeran-recreates-viral-ai-meme-monkey-halloween-1978274" TargetMode="External"/><Relationship Id="rId13" Type="http://schemas.openxmlformats.org/officeDocument/2006/relationships/hyperlink" Target="https://hot967fm.com/2024/10/31/halloween-music-notes-ed-sheeran-kelly-clarkson-and-more/" TargetMode="External"/><Relationship Id="rId14" Type="http://schemas.openxmlformats.org/officeDocument/2006/relationships/hyperlink" Target="https://timesofindia.indiatimes.com/entertainment/english/music/news/check-out-ed-sheerans-halloween-look/articleshow/114837304.cm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