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Flowstate launches new website enhancing surfing experiences with AI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Flowstate, a company renowned for integrating artificial intelligence into wave pool experiences, has unveiled its newly developed website. This launch marks a significant milestone in how surfers access and interact with technology-enhanced surfing experiences.</w:t>
      </w:r>
      <w:r/>
    </w:p>
    <w:p>
      <w:r/>
      <w:r>
        <w:t>The company's innovative system, which has been implemented in numerous wave pools across the globe, is designed to automatically film and provide personalised videos of surfers' sessions. Key aspects of this cutting-edge system include multiple camera perspectives, real-time feedback, and an option to replay sessions. Flowstate's new website elaborates on these offerings, showcasing the advanced capabilities of the company’s bespoke content operating system tailored specifically for surfers.</w:t>
      </w:r>
      <w:r/>
    </w:p>
    <w:p>
      <w:r/>
      <w:r>
        <w:t>Luke Wallace, CEO of Flowstate, highlighted the extensive features available on the revamped platform, which was built from scratch, diverging from the typical CMS platforms. "Coaching, AI photography, pro photography, automated highlights, live streaming, community, multi-cam, admin centre, personalised privacy and of course our AI video capture solutions are all on showcase," Wallace stated. This comprehensive set of features underscores Flowstate’s commitment to providing a seamless, tech-driven surfing experience.</w:t>
      </w:r>
      <w:r/>
    </w:p>
    <w:p>
      <w:r/>
      <w:r>
        <w:t>At the forefront of the platform’s features is the AI Video Capture, a sophisticated tool that autonomously detects and records surfers' waves in real-time, affording surfers the opportunity to review their rides shortly after they conclude. This is further bolstered by Automated Surfer Identification &amp; Grouping, ensuring that each surfer can easily access their personal footage.</w:t>
      </w:r>
      <w:r/>
    </w:p>
    <w:p>
      <w:r/>
      <w:r>
        <w:t>Flowstate Coaching presents an enhanced coaching interface that delivers real-time feedback, crucial for surfers aiming to improve their skills. In addition, AI Photography is employed to seize high-quality imagery of surfers at peak moments, capturing memories that are both visually striking and technically impressive.</w:t>
      </w:r>
      <w:r/>
    </w:p>
    <w:p>
      <w:r/>
      <w:r>
        <w:t>The platform caters to surfers eager to share their experiences online through AI Automated Highlights, which quickly assembles shareable highlight reels. Meanwhile, the Multi Angle Video Capture offers a rich, comprehensive view of each ride, allowing surfers to scrutinise their performance from various perspectives.</w:t>
      </w:r>
      <w:r/>
    </w:p>
    <w:p>
      <w:r/>
      <w:r>
        <w:t>Beyond personal use, Flowstate's system engages audiences at surf parks through features such as Live Streaming and Replay Mode. This capability not only enhances the spectator experience but also fosters a lively community atmosphere. An Admin Control Center facilitates management of surfing sessions and privacy preferences, ensuring the system complies with GDPR regulations and offers individualised privacy options.</w:t>
      </w:r>
      <w:r/>
    </w:p>
    <w:p>
      <w:r/>
      <w:r>
        <w:t>Additionally, Flowstate supports integration of wave parks’ resident photographers, blending the automated content solutions with professional in-house photography. This integration not only enhances the quality and variety of the services offered but also nurtures connections within the surfing community, offering a platform for interaction and shared experiences amongst surfers.</w:t>
      </w:r>
      <w:r/>
    </w:p>
    <w:p>
      <w:r/>
      <w:r>
        <w:t>Through the launch of its new website and enhanced feature set, Flowstate remains at the cutting edge of digital innovation in the surfing world, promising an enriched, connected, and highly personalised experience for surfers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https://www.surfertoday.com/surfing/flowstate-ai-technology-tracks-surfers-in-wave-pools</w:t>
        </w:r>
      </w:hyperlink>
      <w:r>
        <w:t xml:space="preserve"> - Corroborates the use of AI to automatically detect and record surfers' waves in real-time, and the features of multiple camera perspectives and automated editing.</w:t>
      </w:r>
      <w:r/>
    </w:p>
    <w:p>
      <w:pPr>
        <w:pStyle w:val="ListNumber"/>
        <w:spacing w:line="240" w:lineRule="auto"/>
        <w:ind w:left="720"/>
      </w:pPr>
      <w:r/>
      <w:hyperlink r:id="rId11">
        <w:r>
          <w:rPr>
            <w:color w:val="0000EE"/>
            <w:u w:val="single"/>
          </w:rPr>
          <w:t>https://wavepoolmag.com/flowstate-uses-ai-video-to-capture-your-wave-pool-sessions/</w:t>
        </w:r>
      </w:hyperlink>
      <w:r>
        <w:t xml:space="preserve"> - Supports the implementation of Flowstate's AI technology in wave pools, including the ability to capture and clip waves without additional hardware.</w:t>
      </w:r>
      <w:r/>
    </w:p>
    <w:p>
      <w:pPr>
        <w:pStyle w:val="ListNumber"/>
        <w:spacing w:line="240" w:lineRule="auto"/>
        <w:ind w:left="720"/>
      </w:pPr>
      <w:r/>
      <w:hyperlink r:id="rId12">
        <w:r>
          <w:rPr>
            <w:color w:val="0000EE"/>
            <w:u w:val="single"/>
          </w:rPr>
          <w:t>https://wavepoolmag.com/flowstate-adds-photography-to-their-product-offerings/</w:t>
        </w:r>
      </w:hyperlink>
      <w:r>
        <w:t xml:space="preserve"> - Details the addition of AI photography, automated highlight reels, and the integration of professional photography into Flowstate's offerings.</w:t>
      </w:r>
      <w:r/>
    </w:p>
    <w:p>
      <w:pPr>
        <w:pStyle w:val="ListNumber"/>
        <w:spacing w:line="240" w:lineRule="auto"/>
        <w:ind w:left="720"/>
      </w:pPr>
      <w:r/>
      <w:hyperlink r:id="rId13">
        <w:r>
          <w:rPr>
            <w:color w:val="0000EE"/>
            <w:u w:val="single"/>
          </w:rPr>
          <w:t>https://flowstate.zone/en</w:t>
        </w:r>
      </w:hyperlink>
      <w:r>
        <w:t xml:space="preserve"> - Outlines the comprehensive features of Flowstate, including AI video capture, surfer identification, coaching, AI photography, and multi-angle video capture.</w:t>
      </w:r>
      <w:r/>
    </w:p>
    <w:p>
      <w:pPr>
        <w:pStyle w:val="ListNumber"/>
        <w:spacing w:line="240" w:lineRule="auto"/>
        <w:ind w:left="720"/>
      </w:pPr>
      <w:r/>
      <w:hyperlink r:id="rId11">
        <w:r>
          <w:rPr>
            <w:color w:val="0000EE"/>
            <w:u w:val="single"/>
          </w:rPr>
          <w:t>https://wavepoolmag.com/flowstate-uses-ai-video-to-capture-your-wave-pool-sessions/</w:t>
        </w:r>
      </w:hyperlink>
      <w:r>
        <w:t xml:space="preserve"> - Explains the operational efficiencies and customer experience enhancements provided by Flowstate's AI technology, including real-time feedback and replay features.</w:t>
      </w:r>
      <w:r/>
    </w:p>
    <w:p>
      <w:pPr>
        <w:pStyle w:val="ListNumber"/>
        <w:spacing w:line="240" w:lineRule="auto"/>
        <w:ind w:left="720"/>
      </w:pPr>
      <w:r/>
      <w:hyperlink r:id="rId10">
        <w:r>
          <w:rPr>
            <w:color w:val="0000EE"/>
            <w:u w:val="single"/>
          </w:rPr>
          <w:t>https://www.surfertoday.com/surfing/flowstate-ai-technology-tracks-surfers-in-wave-pools</w:t>
        </w:r>
      </w:hyperlink>
      <w:r>
        <w:t xml:space="preserve"> - Highlights the coaching functionalities and the use of AI to provide real-time feedback and automated video editing.</w:t>
      </w:r>
      <w:r/>
    </w:p>
    <w:p>
      <w:pPr>
        <w:pStyle w:val="ListNumber"/>
        <w:spacing w:line="240" w:lineRule="auto"/>
        <w:ind w:left="720"/>
      </w:pPr>
      <w:r/>
      <w:hyperlink r:id="rId12">
        <w:r>
          <w:rPr>
            <w:color w:val="0000EE"/>
            <w:u w:val="single"/>
          </w:rPr>
          <w:t>https://wavepoolmag.com/flowstate-adds-photography-to-their-product-offerings/</w:t>
        </w:r>
      </w:hyperlink>
      <w:r>
        <w:t xml:space="preserve"> - Describes the AI photography feature and its ability to capture high-quality images of surfers at peak moments.</w:t>
      </w:r>
      <w:r/>
    </w:p>
    <w:p>
      <w:pPr>
        <w:pStyle w:val="ListNumber"/>
        <w:spacing w:line="240" w:lineRule="auto"/>
        <w:ind w:left="720"/>
      </w:pPr>
      <w:r/>
      <w:hyperlink r:id="rId13">
        <w:r>
          <w:rPr>
            <w:color w:val="0000EE"/>
            <w:u w:val="single"/>
          </w:rPr>
          <w:t>https://flowstate.zone/en</w:t>
        </w:r>
      </w:hyperlink>
      <w:r>
        <w:t xml:space="preserve"> - Details the multi-angle video capture, live streaming, and replay mode features that enhance both the surfer and spectator experience.</w:t>
      </w:r>
      <w:r/>
    </w:p>
    <w:p>
      <w:pPr>
        <w:pStyle w:val="ListNumber"/>
        <w:spacing w:line="240" w:lineRule="auto"/>
        <w:ind w:left="720"/>
      </w:pPr>
      <w:r/>
      <w:hyperlink r:id="rId14">
        <w:r>
          <w:rPr>
            <w:color w:val="0000EE"/>
            <w:u w:val="single"/>
          </w:rPr>
          <w:t>https://surfparkcentral.com/o-2-surftown-muc-launches-flowstate-ai-video-capture-system-with-multi-camera-angle/</w:t>
        </w:r>
      </w:hyperlink>
      <w:r>
        <w:t xml:space="preserve"> - Supports the implementation of Flowstate's AI video capture system in various wave pools, including features like multi-camera angles and live streaming.</w:t>
      </w:r>
      <w:r/>
    </w:p>
    <w:p>
      <w:pPr>
        <w:pStyle w:val="ListNumber"/>
        <w:spacing w:line="240" w:lineRule="auto"/>
        <w:ind w:left="720"/>
      </w:pPr>
      <w:r/>
      <w:hyperlink r:id="rId11">
        <w:r>
          <w:rPr>
            <w:color w:val="0000EE"/>
            <w:u w:val="single"/>
          </w:rPr>
          <w:t>https://wavepoolmag.com/flowstate-uses-ai-video-to-capture-your-wave-pool-sessions/</w:t>
        </w:r>
      </w:hyperlink>
      <w:r>
        <w:t xml:space="preserve"> - Corroborates the integration of professional in-house photography and the community engagement features of the Flowstate platform.</w:t>
      </w:r>
      <w:r/>
    </w:p>
    <w:p>
      <w:pPr>
        <w:pStyle w:val="ListNumber"/>
        <w:spacing w:line="240" w:lineRule="auto"/>
        <w:ind w:left="720"/>
      </w:pPr>
      <w:r/>
      <w:hyperlink r:id="rId13">
        <w:r>
          <w:rPr>
            <w:color w:val="0000EE"/>
            <w:u w:val="single"/>
          </w:rPr>
          <w:t>https://flowstate.zone/en</w:t>
        </w:r>
      </w:hyperlink>
      <w:r>
        <w:t xml:space="preserve"> - Explains the admin control center, personalized privacy controls, and GDPR compliance of the Flowstate system.</w:t>
      </w:r>
      <w:r/>
    </w:p>
    <w:p>
      <w:pPr>
        <w:pStyle w:val="ListNumber"/>
        <w:spacing w:line="240" w:lineRule="auto"/>
        <w:ind w:left="720"/>
      </w:pPr>
      <w:r/>
      <w:hyperlink r:id="rId15">
        <w:r>
          <w:rPr>
            <w:color w:val="0000EE"/>
            <w:u w:val="single"/>
          </w:rPr>
          <w:t>https://wavepoolmag.com/flowstate-ai-video-innovates-website-concept-for-surf-park-customers/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urfertoday.com/surfing/flowstate-ai-technology-tracks-surfers-in-wave-pools" TargetMode="External"/><Relationship Id="rId11" Type="http://schemas.openxmlformats.org/officeDocument/2006/relationships/hyperlink" Target="https://wavepoolmag.com/flowstate-uses-ai-video-to-capture-your-wave-pool-sessions/" TargetMode="External"/><Relationship Id="rId12" Type="http://schemas.openxmlformats.org/officeDocument/2006/relationships/hyperlink" Target="https://wavepoolmag.com/flowstate-adds-photography-to-their-product-offerings/" TargetMode="External"/><Relationship Id="rId13" Type="http://schemas.openxmlformats.org/officeDocument/2006/relationships/hyperlink" Target="https://flowstate.zone/en" TargetMode="External"/><Relationship Id="rId14" Type="http://schemas.openxmlformats.org/officeDocument/2006/relationships/hyperlink" Target="https://surfparkcentral.com/o-2-surftown-muc-launches-flowstate-ai-video-capture-system-with-multi-camera-angle/" TargetMode="External"/><Relationship Id="rId15" Type="http://schemas.openxmlformats.org/officeDocument/2006/relationships/hyperlink" Target="https://wavepoolmag.com/flowstate-ai-video-innovates-website-concept-for-surf-park-custom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