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Georgia student triumphs in 3M Young Scientist Challenge with innovative AI pesticide detector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Georgia Student Triumphs in 3M Young Scientist Challenge with Innovative AI Pesticide Detector</w:t>
      </w:r>
      <w:r/>
    </w:p>
    <w:p>
      <w:r/>
      <w:r>
        <w:t>In an impressive display of young talent and scientific ingenuity, Sirish Subash, a 9th grader from Gwinnett School of Mathematics, Science, and Technology in Snellville, Georgia, emerged as the winner of the prestigious 2024 3M Young Scientist Challenge. Sirish's project, titled Pestiscand, captivated the judges' attention with its advanced AI-based technology designed to detect pesticide residues on produce, marking a significant step towards ensuring food safety.</w:t>
      </w:r>
      <w:r/>
    </w:p>
    <w:p>
      <w:r/>
      <w:r>
        <w:t>The 3M Young Scientist Challenge, marking its 17th year, is a collaborative effort between 3M and Discovery Education, aiming to inspire middle school students to devise STEM-based solutions for pressing global issues. This year's contest culminated at 3M's headquarters in St. Paul, Minnesota, where ten promising finalists showcased their inventions.</w:t>
      </w:r>
      <w:r/>
    </w:p>
    <w:p>
      <w:r/>
      <w:r>
        <w:t>Sirish's Pestiscand device operates on the principle of spectrophotometry, a technique that measures how much a chemical substance absorbs light. By analysing the light reflection across various wavelengths from the surface of produce, the device efficiently and accurately detected pesticide residues on common vegetables such as spinach and tomatoes, boasting an accuracy rate surpassing 85%. This non-invasive and portable solution offers a promising means to assure consumers about the safety of the produce they consume.</w:t>
      </w:r>
      <w:r/>
    </w:p>
    <w:p>
      <w:r/>
      <w:r>
        <w:t>Over the course of the competition, each finalist, including Sirish, collaborated with a mentor from 3M to refine their prototypes. This interaction provided invaluable insights and guidance to help them enhance their projects. The selection criteria for the competition included originality, methodical research, effective application of STEM principles, communication skills, and the potential to inspire broader innovation.</w:t>
      </w:r>
      <w:r/>
    </w:p>
    <w:p>
      <w:r/>
      <w:r>
        <w:t>The victory brought Sirish a well-deserved $25,000 reward along with the title of “America’s Top Young Scientist.” Torie Clarke, EVP &amp; chief public affairs officer at 3M, acknowledged the extraordinary abilities of the finalists, commenting on their potential to develop "creative solutions to some of the world’s most pressing challenges."</w:t>
      </w:r>
      <w:r/>
    </w:p>
    <w:p>
      <w:r/>
      <w:r>
        <w:t>Other notable participants included Minula Weerasekera from Beaverton, Oregon, who secured the second place with an innovative energy storage concept using organic compounds, and William Tan from Scarsdale, New York, who finished third with an AI Smart Artificial Reef designed to enhance marine ecosystems. Both were awarded $2,000 to support further research and development.</w:t>
      </w:r>
      <w:r/>
    </w:p>
    <w:p>
      <w:r/>
      <w:r>
        <w:t>Since its inception, the 3M Young Scientist Challenge has not only spotlighted young innovators but also contributed to their path forward in the fields of science and technology. According to Amy Nakamoto from Discovery Education, programs like this are vital, especially in empowering the future trailblazers to tackle real-world challenges effectively.</w:t>
      </w:r>
      <w:r/>
    </w:p>
    <w:p>
      <w:r/>
      <w:r>
        <w:t>The achievements of this year's participants underscore the meaningful impact of early engagement in STEM disciplines, paving the way for a new generation equipped to address complex global issues with creativity and scientific acumen.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https://news.3m.com/2024-01-16-Search-begins-for-2024-Americas-Top-Young-Scientist</w:t>
        </w:r>
      </w:hyperlink>
      <w:r>
        <w:t xml:space="preserve"> - Corroborates the collaboration between 3M and Discovery Education for the 3M Young Scientist Challenge and the competition's objectives.</w:t>
      </w:r>
      <w:r/>
    </w:p>
    <w:p>
      <w:pPr>
        <w:pStyle w:val="ListNumber"/>
        <w:spacing w:line="240" w:lineRule="auto"/>
        <w:ind w:left="720"/>
      </w:pPr>
      <w:r/>
      <w:hyperlink r:id="rId11">
        <w:r>
          <w:rPr>
            <w:color w:val="0000EE"/>
            <w:u w:val="single"/>
          </w:rPr>
          <w:t>https://news.3m.com/2024-06-27-3M-Young-Scientist-Challenge-Announces-2024-National-Finalists</w:t>
        </w:r>
      </w:hyperlink>
      <w:r>
        <w:t xml:space="preserve"> - Provides details about the 2024 finalists, the competition process, and the evaluation criteria.</w:t>
      </w:r>
      <w:r/>
    </w:p>
    <w:p>
      <w:pPr>
        <w:pStyle w:val="ListNumber"/>
        <w:spacing w:line="240" w:lineRule="auto"/>
        <w:ind w:left="720"/>
      </w:pPr>
      <w:r/>
      <w:hyperlink r:id="rId12">
        <w:r>
          <w:rPr>
            <w:color w:val="0000EE"/>
            <w:u w:val="single"/>
          </w:rPr>
          <w:t>https://news.3m.com/2024-10-16-14-year-old-named-Americas-Top-Young-Scientist-for-inventing-an-AI-handheld-pesticide-detector</w:t>
        </w:r>
      </w:hyperlink>
      <w:r>
        <w:t xml:space="preserve"> - Confirms Sirish Subash as the winner of the 2024 3M Young Scientist Challenge and details his project, Pestiscand.</w:t>
      </w:r>
      <w:r/>
    </w:p>
    <w:p>
      <w:pPr>
        <w:pStyle w:val="ListNumber"/>
        <w:spacing w:line="240" w:lineRule="auto"/>
        <w:ind w:left="720"/>
      </w:pPr>
      <w:r/>
      <w:hyperlink r:id="rId12">
        <w:r>
          <w:rPr>
            <w:color w:val="0000EE"/>
            <w:u w:val="single"/>
          </w:rPr>
          <w:t>https://news.3m.com/2024-10-16-14-year-old-named-Americas-Top-Young-Scientist-for-inventing-an-AI-handheld-pesticide-detector</w:t>
        </w:r>
      </w:hyperlink>
      <w:r>
        <w:t xml:space="preserve"> - Explains the operation of Sirish's Pestiscand device using spectrophotometry and its accuracy rate.</w:t>
      </w:r>
      <w:r/>
    </w:p>
    <w:p>
      <w:pPr>
        <w:pStyle w:val="ListNumber"/>
        <w:spacing w:line="240" w:lineRule="auto"/>
        <w:ind w:left="720"/>
      </w:pPr>
      <w:r/>
      <w:hyperlink r:id="rId11">
        <w:r>
          <w:rPr>
            <w:color w:val="0000EE"/>
            <w:u w:val="single"/>
          </w:rPr>
          <w:t>https://news.3m.com/2024-06-27-3M-Young-Scientist-Challenge-Announces-2024-National-Finalists</w:t>
        </w:r>
      </w:hyperlink>
      <w:r>
        <w:t xml:space="preserve"> - Details the mentorship program and the final event at 3M's headquarters in St. Paul, Minnesota.</w:t>
      </w:r>
      <w:r/>
    </w:p>
    <w:p>
      <w:pPr>
        <w:pStyle w:val="ListNumber"/>
        <w:spacing w:line="240" w:lineRule="auto"/>
        <w:ind w:left="720"/>
      </w:pPr>
      <w:r/>
      <w:hyperlink r:id="rId13">
        <w:r>
          <w:rPr>
            <w:color w:val="0000EE"/>
            <w:u w:val="single"/>
          </w:rPr>
          <w:t>https://youngscientistlab.com/annual-challenge/about-the-challenge/</w:t>
        </w:r>
      </w:hyperlink>
      <w:r>
        <w:t xml:space="preserve"> - Outlines the selection criteria, including originality, scientific knowledge, and communication skills.</w:t>
      </w:r>
      <w:r/>
    </w:p>
    <w:p>
      <w:pPr>
        <w:pStyle w:val="ListNumber"/>
        <w:spacing w:line="240" w:lineRule="auto"/>
        <w:ind w:left="720"/>
      </w:pPr>
      <w:r/>
      <w:hyperlink r:id="rId12">
        <w:r>
          <w:rPr>
            <w:color w:val="0000EE"/>
            <w:u w:val="single"/>
          </w:rPr>
          <w:t>https://news.3m.com/2024-10-16-14-year-old-named-Americas-Top-Young-Scientist-for-inventing-an-AI-handheld-pesticide-detector</w:t>
        </w:r>
      </w:hyperlink>
      <w:r>
        <w:t xml:space="preserve"> - Lists the prizes awarded to the winners, including Sirish's $25,000 reward and the titles given.</w:t>
      </w:r>
      <w:r/>
    </w:p>
    <w:p>
      <w:pPr>
        <w:pStyle w:val="ListNumber"/>
        <w:spacing w:line="240" w:lineRule="auto"/>
        <w:ind w:left="720"/>
      </w:pPr>
      <w:r/>
      <w:hyperlink r:id="rId12">
        <w:r>
          <w:rPr>
            <w:color w:val="0000EE"/>
            <w:u w:val="single"/>
          </w:rPr>
          <w:t>https://news.3m.com/2024-10-16-14-year-old-named-Americas-Top-Young-Scientist-for-inventing-an-AI-handheld-pesticide-detector</w:t>
        </w:r>
      </w:hyperlink>
      <w:r>
        <w:t xml:space="preserve"> - Mentions other notable participants, such as Minula Weerasekera and William Tan, and their projects.</w:t>
      </w:r>
      <w:r/>
    </w:p>
    <w:p>
      <w:pPr>
        <w:pStyle w:val="ListNumber"/>
        <w:spacing w:line="240" w:lineRule="auto"/>
        <w:ind w:left="720"/>
      </w:pPr>
      <w:r/>
      <w:hyperlink r:id="rId10">
        <w:r>
          <w:rPr>
            <w:color w:val="0000EE"/>
            <w:u w:val="single"/>
          </w:rPr>
          <w:t>https://news.3m.com/2024-01-16-Search-begins-for-2024-Americas-Top-Young-Scientist</w:t>
        </w:r>
      </w:hyperlink>
      <w:r>
        <w:t xml:space="preserve"> - Highlights the impact of the 3M Young Scientist Challenge on empowering future scientists and addressing real-world challenges.</w:t>
      </w:r>
      <w:r/>
    </w:p>
    <w:p>
      <w:pPr>
        <w:pStyle w:val="ListNumber"/>
        <w:spacing w:line="240" w:lineRule="auto"/>
        <w:ind w:left="720"/>
      </w:pPr>
      <w:r/>
      <w:hyperlink r:id="rId11">
        <w:r>
          <w:rPr>
            <w:color w:val="0000EE"/>
            <w:u w:val="single"/>
          </w:rPr>
          <w:t>https://news.3m.com/2024-06-27-3M-Young-Scientist-Challenge-Announces-2024-National-Finalists</w:t>
        </w:r>
      </w:hyperlink>
      <w:r>
        <w:t xml:space="preserve"> - Discusses the broader impact of early engagement in STEM disciplines and the achievements of past participants.</w:t>
      </w:r>
      <w:r/>
    </w:p>
    <w:p>
      <w:pPr>
        <w:pStyle w:val="ListNumber"/>
        <w:spacing w:line="240" w:lineRule="auto"/>
        <w:ind w:left="720"/>
      </w:pPr>
      <w:r/>
      <w:hyperlink r:id="rId13">
        <w:r>
          <w:rPr>
            <w:color w:val="0000EE"/>
            <w:u w:val="single"/>
          </w:rPr>
          <w:t>https://youngscientistlab.com/annual-challenge/about-the-challenge/</w:t>
        </w:r>
      </w:hyperlink>
      <w:r>
        <w:t xml:space="preserve"> - Provides an overview of the 3M Young Scientist Challenge, its history, and its goals.</w:t>
      </w:r>
      <w:r/>
    </w:p>
    <w:p>
      <w:pPr>
        <w:pStyle w:val="ListNumber"/>
        <w:spacing w:line="240" w:lineRule="auto"/>
        <w:ind w:left="720"/>
      </w:pPr>
      <w:r/>
      <w:hyperlink r:id="rId14">
        <w:r>
          <w:rPr>
            <w:color w:val="0000EE"/>
            <w:u w:val="single"/>
          </w:rPr>
          <w:t>https://igrownews.com/3m-discovery-education-announce-ai-based-pesticide-detector/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3m.com/2024-01-16-Search-begins-for-2024-Americas-Top-Young-Scientist" TargetMode="External"/><Relationship Id="rId11" Type="http://schemas.openxmlformats.org/officeDocument/2006/relationships/hyperlink" Target="https://news.3m.com/2024-06-27-3M-Young-Scientist-Challenge-Announces-2024-National-Finalists" TargetMode="External"/><Relationship Id="rId12" Type="http://schemas.openxmlformats.org/officeDocument/2006/relationships/hyperlink" Target="https://news.3m.com/2024-10-16-14-year-old-named-Americas-Top-Young-Scientist-for-inventing-an-AI-handheld-pesticide-detector" TargetMode="External"/><Relationship Id="rId13" Type="http://schemas.openxmlformats.org/officeDocument/2006/relationships/hyperlink" Target="https://youngscientistlab.com/annual-challenge/about-the-challenge/" TargetMode="External"/><Relationship Id="rId14" Type="http://schemas.openxmlformats.org/officeDocument/2006/relationships/hyperlink" Target="https://igrownews.com/3m-discovery-education-announce-ai-based-pesticide-detect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