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launches new AI tool 'Illuminate' to aid researchers with audio summaries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Launches New AI Tool 'Illuminate' to Aid Researchers with Audio Summaries</w:t>
      </w:r>
      <w:r/>
    </w:p>
    <w:p>
      <w:r/>
      <w:r>
        <w:t>In a significant stride towards easing the burdens of academic research, Google has introduced an innovative AI-powered tool named Illuminate. This tool aims to revolutionise how researchers and academics interact with complex and technical subjects by converting dense research materials into concise audio conversations. The initiative builds on Google's ongoing investments in artificial intelligence technologies, offering solutions that enhance comprehension and accessibility of academic content.</w:t>
      </w:r>
      <w:r/>
    </w:p>
    <w:p>
      <w:r/>
      <w:r>
        <w:t>Illuminate is designed to transform detailed and information-rich academic papers and books into streamlined audio discussions, with "two AI-generated voices in conversation" that elaborate on the key points and takeaways of such documents. It is presently optimised for published computer science academic papers, providing a niche yet crucial service for individuals navigating this often verbose and intricate subject area.</w:t>
      </w:r>
      <w:r/>
    </w:p>
    <w:p>
      <w:r/>
      <w:r>
        <w:t>The tool was recently tested by a journalist who deals with technology-oriented content. By using their Google account, they uploaded PDF links from arxiv.org — a repository of electronic preprints — into the Illuminate platform. After selecting the option to generate an audio discussion, the process converted a 17-page paper titled "Power to the People? Opportunities and Challenges for Participatory AI" into a brief, conversational audio format. This feature not only summarises the text but also offers a unique listening experience akin to a professional podcast.</w:t>
      </w:r>
      <w:r/>
    </w:p>
    <w:p>
      <w:r/>
      <w:r>
        <w:t>Users can access and manage their content through a personal library on the Illuminate website. The library is segmented into Personal and Public sections, depending on the privacy of the generated audio conversations. Content is automatically deleted after 30 days unless saved by the user, ensuring privacy and management of data storage.</w:t>
      </w:r>
      <w:r/>
    </w:p>
    <w:p>
      <w:r/>
      <w:r>
        <w:t>The tool allows for up to five audio generations per day, providing ample opportunity for researchers and students to engage with multiple documents daily. The current voice settings are set to a general audience with a medium and semi-professional tone. While voice customisation options remain limited, the quality of the audio has been likened to popular tech podcasts, suggesting a high level of functionality in voice rendering.</w:t>
      </w:r>
      <w:r/>
    </w:p>
    <w:p>
      <w:r/>
      <w:r>
        <w:t xml:space="preserve">To utilise Illuminate, potential users need to sign in through a Google account at the dedicated website, </w:t>
      </w:r>
      <w:hyperlink r:id="rId9">
        <w:r>
          <w:rPr>
            <w:color w:val="0000EE"/>
            <w:u w:val="single"/>
          </w:rPr>
          <w:t>illuminate.google.com</w:t>
        </w:r>
      </w:hyperlink>
      <w:r>
        <w:t>. This experimental technology could prove invaluable for those in academia, enabling a more accessible approach to lengthy research papers and books, and potentially changing how individuals consume scholarly content.</w:t>
      </w:r>
      <w:r/>
    </w:p>
    <w:p>
      <w:r/>
      <w:r>
        <w:t>As Google continues to explore the potential of AI in transforming the educational landscape, tools like Illuminate mark a promising step toward integrating technology with traditional modes of learning and comprehension.</w:t>
      </w:r>
      <w:r/>
    </w:p>
    <w:p>
      <w:r/>
      <w:r>
        <w:t xml:space="preserve">Source: </w:t>
      </w:r>
      <w:hyperlink r:id="rId10">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1">
        <w:r>
          <w:rPr>
            <w:color w:val="0000EE"/>
            <w:u w:val="single"/>
          </w:rPr>
          <w:t>https://www.youtube.com/watch?v=XYfonzetUL4</w:t>
        </w:r>
      </w:hyperlink>
      <w:r>
        <w:t xml:space="preserve"> - Explains how Google's Illuminate converts dense academic research papers into podcast-style audio discussions using Google’s Gemini language model.</w:t>
      </w:r>
      <w:r/>
    </w:p>
    <w:p>
      <w:pPr>
        <w:pStyle w:val="ListNumber"/>
        <w:spacing w:line="240" w:lineRule="auto"/>
        <w:ind w:left="720"/>
      </w:pPr>
      <w:r/>
      <w:hyperlink r:id="rId12">
        <w:r>
          <w:rPr>
            <w:color w:val="0000EE"/>
            <w:u w:val="single"/>
          </w:rPr>
          <w:t>https://blogs.salleurl.edu/en/illuminate-text-podcast-googles-ai</w:t>
        </w:r>
      </w:hyperlink>
      <w:r>
        <w:t xml:space="preserve"> - Describes Illuminate as an AI tool that converts complex academic papers into short audio files, optimized for computer science and biology papers on the arXiv platform.</w:t>
      </w:r>
      <w:r/>
    </w:p>
    <w:p>
      <w:pPr>
        <w:pStyle w:val="ListNumber"/>
        <w:spacing w:line="240" w:lineRule="auto"/>
        <w:ind w:left="720"/>
      </w:pPr>
      <w:r/>
      <w:hyperlink r:id="rId13">
        <w:r>
          <w:rPr>
            <w:color w:val="0000EE"/>
            <w:u w:val="single"/>
          </w:rPr>
          <w:t>https://www.youtube.com/watch?v=59bU5zrgPkc</w:t>
        </w:r>
      </w:hyperlink>
      <w:r>
        <w:t xml:space="preserve"> - Demonstrates how Google Illuminate generates audio discussions from research papers, including the process of uploading and generating audio content.</w:t>
      </w:r>
      <w:r/>
    </w:p>
    <w:p>
      <w:pPr>
        <w:pStyle w:val="ListNumber"/>
        <w:spacing w:line="240" w:lineRule="auto"/>
        <w:ind w:left="720"/>
      </w:pPr>
      <w:r/>
      <w:hyperlink r:id="rId14">
        <w:r>
          <w:rPr>
            <w:color w:val="0000EE"/>
            <w:u w:val="single"/>
          </w:rPr>
          <w:t>https://www.zdnet.com/article/how-googles-new-ai-tool-turns-research-papers-into-audio-conversations-try-it-free/</w:t>
        </w:r>
      </w:hyperlink>
      <w:r>
        <w:t xml:space="preserve"> - Details the process of using Illuminate to convert research papers into audio conversations, including the steps to upload PDFs and manage generated content.</w:t>
      </w:r>
      <w:r/>
    </w:p>
    <w:p>
      <w:pPr>
        <w:pStyle w:val="ListNumber"/>
        <w:spacing w:line="240" w:lineRule="auto"/>
        <w:ind w:left="720"/>
      </w:pPr>
      <w:r/>
      <w:hyperlink r:id="rId14">
        <w:r>
          <w:rPr>
            <w:color w:val="0000EE"/>
            <w:u w:val="single"/>
          </w:rPr>
          <w:t>https://www.zdnet.com/article/how-googles-new-ai-tool-turns-research-papers-into-audio-conversations-try-it-free/</w:t>
        </w:r>
      </w:hyperlink>
      <w:r>
        <w:t xml:space="preserve"> - Explains the features of Illuminate, such as the personal and public library sections, content deletion after 30 days, and the limit of five audio generations per day.</w:t>
      </w:r>
      <w:r/>
    </w:p>
    <w:p>
      <w:pPr>
        <w:pStyle w:val="ListNumber"/>
        <w:spacing w:line="240" w:lineRule="auto"/>
        <w:ind w:left="720"/>
      </w:pPr>
      <w:r/>
      <w:hyperlink r:id="rId14">
        <w:r>
          <w:rPr>
            <w:color w:val="0000EE"/>
            <w:u w:val="single"/>
          </w:rPr>
          <w:t>https://www.zdnet.com/article/how-googles-new-ai-tool-turns-research-papers-into-audio-conversations-try-it-free/</w:t>
        </w:r>
      </w:hyperlink>
      <w:r>
        <w:t xml:space="preserve"> - Describes the voice settings and quality of the generated audio, likening it to professional tech podcasts.</w:t>
      </w:r>
      <w:r/>
    </w:p>
    <w:p>
      <w:pPr>
        <w:pStyle w:val="ListNumber"/>
        <w:spacing w:line="240" w:lineRule="auto"/>
        <w:ind w:left="720"/>
      </w:pPr>
      <w:r/>
      <w:hyperlink r:id="rId9">
        <w:r>
          <w:rPr>
            <w:color w:val="0000EE"/>
            <w:u w:val="single"/>
          </w:rPr>
          <w:t>https://illuminate.google.com/home</w:t>
        </w:r>
      </w:hyperlink>
      <w:r>
        <w:t xml:space="preserve"> - Provides the link to access Illuminate, requiring a Google account to sign in and use the tool.</w:t>
      </w:r>
      <w:r/>
    </w:p>
    <w:p>
      <w:pPr>
        <w:pStyle w:val="ListNumber"/>
        <w:spacing w:line="240" w:lineRule="auto"/>
        <w:ind w:left="720"/>
      </w:pPr>
      <w:r/>
      <w:hyperlink r:id="rId12">
        <w:r>
          <w:rPr>
            <w:color w:val="0000EE"/>
            <w:u w:val="single"/>
          </w:rPr>
          <w:t>https://blogs.salleurl.edu/en/illuminate-text-podcast-googles-ai</w:t>
        </w:r>
      </w:hyperlink>
      <w:r>
        <w:t xml:space="preserve"> - Mentions that Illuminate is ideal for professionals and researchers who need to consume academic content quickly, especially those without time to read full papers.</w:t>
      </w:r>
      <w:r/>
    </w:p>
    <w:p>
      <w:pPr>
        <w:pStyle w:val="ListNumber"/>
        <w:spacing w:line="240" w:lineRule="auto"/>
        <w:ind w:left="720"/>
      </w:pPr>
      <w:r/>
      <w:hyperlink r:id="rId11">
        <w:r>
          <w:rPr>
            <w:color w:val="0000EE"/>
            <w:u w:val="single"/>
          </w:rPr>
          <w:t>https://www.youtube.com/watch?v=XYfonzetUL4</w:t>
        </w:r>
      </w:hyperlink>
      <w:r>
        <w:t xml:space="preserve"> - Highlights the customization options available in Illuminate, such as adjusting playback speed and sharing generated content.</w:t>
      </w:r>
      <w:r/>
    </w:p>
    <w:p>
      <w:pPr>
        <w:pStyle w:val="ListNumber"/>
        <w:spacing w:line="240" w:lineRule="auto"/>
        <w:ind w:left="720"/>
      </w:pPr>
      <w:r/>
      <w:hyperlink r:id="rId14">
        <w:r>
          <w:rPr>
            <w:color w:val="0000EE"/>
            <w:u w:val="single"/>
          </w:rPr>
          <w:t>https://www.zdnet.com/article/how-googles-new-ai-tool-turns-research-papers-into-audio-conversations-try-it-free/</w:t>
        </w:r>
      </w:hyperlink>
      <w:r>
        <w:t xml:space="preserve"> - Discusses the integration of Illuminate with other Google AI tools, such as NotebookLM, and its potential to revolutionize how academic content is consumed.</w:t>
      </w:r>
      <w:r/>
    </w:p>
    <w:p>
      <w:pPr>
        <w:pStyle w:val="ListNumber"/>
        <w:spacing w:line="240" w:lineRule="auto"/>
        <w:ind w:left="720"/>
      </w:pPr>
      <w:r/>
      <w:hyperlink r:id="rId15">
        <w:r>
          <w:rPr>
            <w:color w:val="0000EE"/>
            <w:u w:val="single"/>
          </w:rPr>
          <w:t>https://huntscreens.com/en/products/google-illuminate-21f</w:t>
        </w:r>
      </w:hyperlink>
      <w:r>
        <w:t xml:space="preserve"> - Describes Illuminate as an experimental technology that adapts content to learning preferences, transforming research papers into audio summaries and discussions.</w:t>
      </w:r>
      <w:r/>
    </w:p>
    <w:p>
      <w:pPr>
        <w:pStyle w:val="ListNumber"/>
        <w:spacing w:line="240" w:lineRule="auto"/>
        <w:ind w:left="720"/>
      </w:pPr>
      <w:r/>
      <w:hyperlink r:id="rId14">
        <w:r>
          <w:rPr>
            <w:color w:val="0000EE"/>
            <w:u w:val="single"/>
          </w:rPr>
          <w:t>https://www.zdnet.com/article/how-googles-new-ai-tool-turns-research-papers-into-audio-conversations-try-it-free/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lluminate.google.com/home" TargetMode="External"/><Relationship Id="rId10" Type="http://schemas.openxmlformats.org/officeDocument/2006/relationships/hyperlink" Target="https://www.noahwire.com" TargetMode="External"/><Relationship Id="rId11" Type="http://schemas.openxmlformats.org/officeDocument/2006/relationships/hyperlink" Target="https://www.youtube.com/watch?v=XYfonzetUL4" TargetMode="External"/><Relationship Id="rId12" Type="http://schemas.openxmlformats.org/officeDocument/2006/relationships/hyperlink" Target="https://blogs.salleurl.edu/en/illuminate-text-podcast-googles-ai" TargetMode="External"/><Relationship Id="rId13" Type="http://schemas.openxmlformats.org/officeDocument/2006/relationships/hyperlink" Target="https://www.youtube.com/watch?v=59bU5zrgPkc" TargetMode="External"/><Relationship Id="rId14" Type="http://schemas.openxmlformats.org/officeDocument/2006/relationships/hyperlink" Target="https://www.zdnet.com/article/how-googles-new-ai-tool-turns-research-papers-into-audio-conversations-try-it-free/" TargetMode="External"/><Relationship Id="rId15" Type="http://schemas.openxmlformats.org/officeDocument/2006/relationships/hyperlink" Target="https://huntscreens.com/en/products/google-illuminate-21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