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Maps embraces AI to revolutionise digital navigation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PALO ALTO, Calif. — Google Maps is undergoing a transformative upgrade with the integration of artificial intelligence, marking a pivotal evolution in digital cartography. Announced on Thursday, this development will utilize Google's advanced AI technology, Gemini, to enhance its maps service, which has become a staple for navigation since its inception nearly two decades ago.</w:t>
      </w:r>
      <w:r/>
    </w:p>
    <w:p>
      <w:r/>
      <w:r>
        <w:t>Google Maps recently achieved a significant milestone, surpassing 2 billion monthly global users for the first time. This achievement underscores the service's critical role in providing directions for daily commutes and leisure travel. With the introduction of Gemini, Google Maps aims to expand beyond mere navigation to serve as a comprehensive entertainment guide.</w:t>
      </w:r>
      <w:r/>
    </w:p>
    <w:p>
      <w:r/>
      <w:r>
        <w:t>Currently available in the United States, this new feature allows users to interact with Google Maps through conversational prompts. Users can seek recommendations on activities or attractions in specific areas, such as restaurants, bars, and other points of interest. These suggestions come complete with accumulated reviews. Additionally, users will benefit from detailed information on parking availability near selected destinations as well as tailored walking directions for use upon arriving at their car parks.</w:t>
      </w:r>
      <w:r/>
    </w:p>
    <w:p>
      <w:r/>
      <w:r>
        <w:t>Miriam Daniel, the general manager of Google Maps, detailed these advancements during a presentation in Palo Alto, California. She described the initiative as entering a "new era of maps," transforming the way users navigate and explore the world.</w:t>
      </w:r>
      <w:r/>
    </w:p>
    <w:p>
      <w:r/>
      <w:r>
        <w:t>Further enhancements include more detailed road imagery to assist drivers in selecting the correct lane well in advance of turns, potentially reducing navigation errors and improving overall travel efficiency.</w:t>
      </w:r>
      <w:r/>
    </w:p>
    <w:p>
      <w:r/>
      <w:r>
        <w:t>Another innovative feature allows external developers to access Google's language models embedded in the Gemini technology. This will enable users to pose queries on specific locales, such as restaurants or apartments, and receive prompt, fact-checked responses. This capability is currently in a testing phase, harnessing a process Google refers to as "grounding" to verify accuracy.</w:t>
      </w:r>
      <w:r/>
    </w:p>
    <w:p>
      <w:r/>
      <w:r>
        <w:t>Google's Waze, a sister application dedicated to real-time driving updates, will also incorporate AI to provide a conversational interface. This feature aims to streamline the reporting of road hazards and other travel impediments for its approximately 180 million monthly users.</w:t>
      </w:r>
      <w:r/>
    </w:p>
    <w:p>
      <w:r/>
      <w:r>
        <w:t>The decision to integrate AI into Google Maps is indicative of Google's confidence in managing the challenges posed by AI "hallucinations," instances where the technology generates false or misleading information. Past inaccuracies included unusual advice, such as putting glue on pizza, and erroneous historical claims, such as James Madison's fictitious graduation from the University of Wisconsin.</w:t>
      </w:r>
      <w:r/>
    </w:p>
    <w:p>
      <w:r/>
      <w:r>
        <w:t>Overall, this AI-driven overhaul seeks to enrich the user experience by offering a blend of practical navigation tools and enriched local knowledge, thereby proposing a more interactive and informative journey.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https://www.sfgate.com/tech/article/google-maps-now-wants-tell-go-19877791.php</w:t>
        </w:r>
      </w:hyperlink>
      <w:r>
        <w:t xml:space="preserve"> - This article corroborates the integration of Gemini AI into Google Maps, allowing users to ask for recommendations and receive crowdsourced reviews, and it details the presentation by Miriam Daniel in Palo Alto.</w:t>
      </w:r>
      <w:r/>
    </w:p>
    <w:p>
      <w:pPr>
        <w:pStyle w:val="ListNumber"/>
        <w:spacing w:line="240" w:lineRule="auto"/>
        <w:ind w:left="720"/>
      </w:pPr>
      <w:r/>
      <w:hyperlink r:id="rId11">
        <w:r>
          <w:rPr>
            <w:color w:val="0000EE"/>
            <w:u w:val="single"/>
          </w:rPr>
          <w:t>https://www.bloomberg.com/news/articles/2024-10-31/alphabet-adds-ai-to-google-maps-to-fend-off-apple-upstarts</w:t>
        </w:r>
      </w:hyperlink>
      <w:r>
        <w:t xml:space="preserve"> - This article supports the announcement of new AI features in Google Maps and Waze, including natural-language queries and AI-generated summaries of reviews, as part of Google's effort to compete with Apple Maps.</w:t>
      </w:r>
      <w:r/>
    </w:p>
    <w:p>
      <w:pPr>
        <w:pStyle w:val="ListNumber"/>
        <w:spacing w:line="240" w:lineRule="auto"/>
        <w:ind w:left="720"/>
      </w:pPr>
      <w:r/>
      <w:hyperlink r:id="rId12">
        <w:r>
          <w:rPr>
            <w:color w:val="0000EE"/>
            <w:u w:val="single"/>
          </w:rPr>
          <w:t>https://blog.google/products/maps/gemini-google-maps-navigation-updates/</w:t>
        </w:r>
      </w:hyperlink>
      <w:r>
        <w:t xml:space="preserve"> - This blog post from Google details the new features powered by Gemini, such as asking Maps for inspiration, enhanced navigation, and the ability to report weather disruptions, which aligns with the article's descriptions.</w:t>
      </w:r>
      <w:r/>
    </w:p>
    <w:p>
      <w:pPr>
        <w:pStyle w:val="ListNumber"/>
        <w:spacing w:line="240" w:lineRule="auto"/>
        <w:ind w:left="720"/>
      </w:pPr>
      <w:r/>
      <w:hyperlink r:id="rId13">
        <w:r>
          <w:rPr>
            <w:color w:val="0000EE"/>
            <w:u w:val="single"/>
          </w:rPr>
          <w:t>https://techcrunch.com/2024/10/31/google-maps-is-getting-new-ai-features-powered-by-gemini/</w:t>
        </w:r>
      </w:hyperlink>
      <w:r>
        <w:t xml:space="preserve"> - This article explains how Google Maps will use Gemini to provide recommendations, answer questions about locations, and enhance navigation features, including lane guidance and weather disruptions.</w:t>
      </w:r>
      <w:r/>
    </w:p>
    <w:p>
      <w:pPr>
        <w:pStyle w:val="ListNumber"/>
        <w:spacing w:line="240" w:lineRule="auto"/>
        <w:ind w:left="720"/>
      </w:pPr>
      <w:r/>
      <w:hyperlink r:id="rId14">
        <w:r>
          <w:rPr>
            <w:color w:val="0000EE"/>
            <w:u w:val="single"/>
          </w:rPr>
          <w:t>https://www.techradar.com/computing/artificial-intelligence/gemini-ai-starts-riding-shotgun-on-google-maps</w:t>
        </w:r>
      </w:hyperlink>
      <w:r>
        <w:t xml:space="preserve"> - This article discusses the integration of Gemini AI into Google Maps, enabling conversational interactions, detailed navigation guides, and the ability to see weather disruptions and parking information.</w:t>
      </w:r>
      <w:r/>
    </w:p>
    <w:p>
      <w:pPr>
        <w:pStyle w:val="ListNumber"/>
        <w:spacing w:line="240" w:lineRule="auto"/>
        <w:ind w:left="720"/>
      </w:pPr>
      <w:r/>
      <w:hyperlink r:id="rId10">
        <w:r>
          <w:rPr>
            <w:color w:val="0000EE"/>
            <w:u w:val="single"/>
          </w:rPr>
          <w:t>https://www.sfgate.com/tech/article/google-maps-now-wants-tell-go-19877791.php</w:t>
        </w:r>
      </w:hyperlink>
      <w:r>
        <w:t xml:space="preserve"> - This article mentions Miriam Daniel's presentation and the concept of entering a 'new era of maps,' which aligns with the transformative upgrade described in the source article.</w:t>
      </w:r>
      <w:r/>
    </w:p>
    <w:p>
      <w:pPr>
        <w:pStyle w:val="ListNumber"/>
        <w:spacing w:line="240" w:lineRule="auto"/>
        <w:ind w:left="720"/>
      </w:pPr>
      <w:r/>
      <w:hyperlink r:id="rId12">
        <w:r>
          <w:rPr>
            <w:color w:val="0000EE"/>
            <w:u w:val="single"/>
          </w:rPr>
          <w:t>https://blog.google/products/maps/gemini-google-maps-navigation-updates/</w:t>
        </w:r>
      </w:hyperlink>
      <w:r>
        <w:t xml:space="preserve"> - This source details the enhanced road imagery and lane guidance features, which help drivers navigate more efficiently, as mentioned in the source article.</w:t>
      </w:r>
      <w:r/>
    </w:p>
    <w:p>
      <w:pPr>
        <w:pStyle w:val="ListNumber"/>
        <w:spacing w:line="240" w:lineRule="auto"/>
        <w:ind w:left="720"/>
      </w:pPr>
      <w:r/>
      <w:hyperlink r:id="rId13">
        <w:r>
          <w:rPr>
            <w:color w:val="0000EE"/>
            <w:u w:val="single"/>
          </w:rPr>
          <w:t>https://techcrunch.com/2024/10/31/google-maps-is-getting-new-ai-features-powered-by-gemini/</w:t>
        </w:r>
      </w:hyperlink>
      <w:r>
        <w:t xml:space="preserve"> - This article explains the feature allowing users to access Google's language models embedded in Gemini technology to pose queries on specific locales and receive fact-checked responses.</w:t>
      </w:r>
      <w:r/>
    </w:p>
    <w:p>
      <w:pPr>
        <w:pStyle w:val="ListNumber"/>
        <w:spacing w:line="240" w:lineRule="auto"/>
        <w:ind w:left="720"/>
      </w:pPr>
      <w:r/>
      <w:hyperlink r:id="rId11">
        <w:r>
          <w:rPr>
            <w:color w:val="0000EE"/>
            <w:u w:val="single"/>
          </w:rPr>
          <w:t>https://www.bloomberg.com/news/articles/2024-10-31/alphabet-adds-ai-to-google-maps-to-fend-off-apple-upstarts</w:t>
        </w:r>
      </w:hyperlink>
      <w:r>
        <w:t xml:space="preserve"> - This article supports the integration of AI into Waze for reporting road hazards and other travel impediments, aligning with the source article's mention of Waze updates.</w:t>
      </w:r>
      <w:r/>
    </w:p>
    <w:p>
      <w:pPr>
        <w:pStyle w:val="ListNumber"/>
        <w:spacing w:line="240" w:lineRule="auto"/>
        <w:ind w:left="720"/>
      </w:pPr>
      <w:r/>
      <w:hyperlink r:id="rId14">
        <w:r>
          <w:rPr>
            <w:color w:val="0000EE"/>
            <w:u w:val="single"/>
          </w:rPr>
          <w:t>https://www.techradar.com/computing/artificial-intelligence/gemini-ai-starts-riding-shotgun-on-google-maps</w:t>
        </w:r>
      </w:hyperlink>
      <w:r>
        <w:t xml:space="preserve"> - This article discusses Google's approach to managing AI 'hallucinations' and ensuring the accuracy of the information provided by Gemini, which is consistent with the source article's mention of accuracy verification.</w:t>
      </w:r>
      <w:r/>
    </w:p>
    <w:p>
      <w:pPr>
        <w:pStyle w:val="ListNumber"/>
        <w:spacing w:line="240" w:lineRule="auto"/>
        <w:ind w:left="720"/>
      </w:pPr>
      <w:r/>
      <w:hyperlink r:id="rId12">
        <w:r>
          <w:rPr>
            <w:color w:val="0000EE"/>
            <w:u w:val="single"/>
          </w:rPr>
          <w:t>https://blog.google/products/maps/gemini-google-maps-navigation-updates/</w:t>
        </w:r>
      </w:hyperlink>
      <w:r>
        <w:t xml:space="preserve"> - This source highlights the overall goal of the AI-driven overhaul to enrich the user experience with practical navigation tools and enriched local knowledge, aligning with the source article's conclusion.</w:t>
      </w:r>
      <w:r/>
    </w:p>
    <w:p>
      <w:pPr>
        <w:pStyle w:val="ListNumber"/>
        <w:spacing w:line="240" w:lineRule="auto"/>
        <w:ind w:left="720"/>
      </w:pPr>
      <w:r/>
      <w:hyperlink r:id="rId15">
        <w:r>
          <w:rPr>
            <w:color w:val="0000EE"/>
            <w:u w:val="single"/>
          </w:rPr>
          <w:t>https://fortune.com/2024/10/31/google-maps-new-ai-features/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fgate.com/tech/article/google-maps-now-wants-tell-go-19877791.php" TargetMode="External"/><Relationship Id="rId11" Type="http://schemas.openxmlformats.org/officeDocument/2006/relationships/hyperlink" Target="https://www.bloomberg.com/news/articles/2024-10-31/alphabet-adds-ai-to-google-maps-to-fend-off-apple-upstarts" TargetMode="External"/><Relationship Id="rId12" Type="http://schemas.openxmlformats.org/officeDocument/2006/relationships/hyperlink" Target="https://blog.google/products/maps/gemini-google-maps-navigation-updates/" TargetMode="External"/><Relationship Id="rId13" Type="http://schemas.openxmlformats.org/officeDocument/2006/relationships/hyperlink" Target="https://techcrunch.com/2024/10/31/google-maps-is-getting-new-ai-features-powered-by-gemini/" TargetMode="External"/><Relationship Id="rId14" Type="http://schemas.openxmlformats.org/officeDocument/2006/relationships/hyperlink" Target="https://www.techradar.com/computing/artificial-intelligence/gemini-ai-starts-riding-shotgun-on-google-maps" TargetMode="External"/><Relationship Id="rId15" Type="http://schemas.openxmlformats.org/officeDocument/2006/relationships/hyperlink" Target="https://fortune.com/2024/10/31/google-maps-new-ai-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