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rolls out ChromeOS version 130 with new features for Chromebook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Today, Google has commenced the rollout of its ChromeOS version 130, introducing a suite of new features aimed at enhancing user experience and productivity. This update, available on Chromebooks, includes functionalities such as Quick Insert, Focus Mode, and Welcome Recap. Additionally, Chromebook Plus models equipped with Neural Processing Units (NPU) will benefit from exclusive capabilities, bolstering their utility for both personal and professional use.</w:t>
      </w:r>
      <w:r/>
    </w:p>
    <w:p>
      <w:r/>
      <w:r>
        <w:t>A notable addition in this update is the Quick Insert feature, which streamlines the process of adding emojis, GIFs, and links from recently visited websites. It also facilitates access to AI-driven features via a simple menu interface. For most Chromebook devices, Quick Insert can be activated using a combination of the launcher or Google button alongside the 'F' key. However, the Samsung Galaxy Chromebook Plus pioneers a new approach by replacing the traditional launcher key with a specialised button that enables Quick Insert with a single click. It is anticipated that more Chromebook models, expected to be released next year, will follow suit and integrate this feature.</w:t>
      </w:r>
      <w:r/>
    </w:p>
    <w:p>
      <w:r/>
      <w:r>
        <w:t>Another prominent enhancement is the Focus Mode, designed to help users minimise interruptions. This mode incorporates a 'do not disturb' functionality and allows for scheduling of focused work periods. This is particularly beneficial for users requiring uninterrupted time blocks to boost concentration and efficiency.</w:t>
      </w:r>
      <w:r/>
    </w:p>
    <w:p>
      <w:r/>
      <w:r>
        <w:t>The Welcome Recap feature also makes its debut in this update. An opt-in service, Welcome Recap provides users with a summarised view of their prior activities, assisting them in seamlessly reopening applications and tabs they were using, hence supporting an efficient transition back into work tasks.</w:t>
      </w:r>
      <w:r/>
    </w:p>
    <w:p>
      <w:r/>
      <w:r>
        <w:t>Chromebook Plus models with NPUs receive further exclusive enhancements, notably a new recorder app equipped with artificial intelligence. This application comes with improved microphone and camera effects, plus the Gemini AI tools feature, which includes “help me read” summaries, thereby expanding accessibility and convenience for users.</w:t>
      </w:r>
      <w:r/>
    </w:p>
    <w:p>
      <w:r/>
      <w:r>
        <w:t>The release of ChromeOS 130 marks an important development in Google's commitment to refining its operating system with features that cater to user preferences for ease of access and enhanced functionality. As this update begins rolling out, users can expect a broader range of personalized and intelligent computing experiences across their devices.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https://www.theverge.com/2024/10/31/24284880/google-chromebook-chromeos-130-quick-insert-ai-focus-mode</w:t>
        </w:r>
      </w:hyperlink>
      <w:r>
        <w:t xml:space="preserve"> - Corroborates the introduction of ChromeOS 130 with features like Quick Insert, Focus Mode, and new AI features.</w:t>
      </w:r>
      <w:r/>
    </w:p>
    <w:p>
      <w:pPr>
        <w:pStyle w:val="ListNumber"/>
        <w:spacing w:line="240" w:lineRule="auto"/>
        <w:ind w:left="720"/>
      </w:pPr>
      <w:r/>
      <w:hyperlink r:id="rId11">
        <w:r>
          <w:rPr>
            <w:color w:val="0000EE"/>
            <w:u w:val="single"/>
          </w:rPr>
          <w:t>https://support.google.com/chromebook/thread/305041549/introducing-chromeos-m130-to-the-stable-channel?hl=en</w:t>
        </w:r>
      </w:hyperlink>
      <w:r>
        <w:t xml:space="preserve"> - Provides details on the Welcome Recap feature and its functionality in resuming work and exploring new options.</w:t>
      </w:r>
      <w:r/>
    </w:p>
    <w:p>
      <w:pPr>
        <w:pStyle w:val="ListNumber"/>
        <w:spacing w:line="240" w:lineRule="auto"/>
        <w:ind w:left="720"/>
      </w:pPr>
      <w:r/>
      <w:hyperlink r:id="rId12">
        <w:r>
          <w:rPr>
            <w:color w:val="0000EE"/>
            <w:u w:val="single"/>
          </w:rPr>
          <w:t>https://support.google.com/chrome/a/answer/7679408?co=CHROME_ENTERPRISE._Product%3DChromeOS&amp;oco=0&amp;sjid=4242960285832964680-AP</w:t>
        </w:r>
      </w:hyperlink>
      <w:r>
        <w:t xml:space="preserve"> - Details the Quick Insert feature, including its ability to insert emojis, GIFs, and links, and its activation methods.</w:t>
      </w:r>
      <w:r/>
    </w:p>
    <w:p>
      <w:pPr>
        <w:pStyle w:val="ListNumber"/>
        <w:spacing w:line="240" w:lineRule="auto"/>
        <w:ind w:left="720"/>
      </w:pPr>
      <w:r/>
      <w:hyperlink r:id="rId13">
        <w:r>
          <w:rPr>
            <w:color w:val="0000EE"/>
            <w:u w:val="single"/>
          </w:rPr>
          <w:t>https://app.daily.dev/posts/chromeos-gets-a-big-update-with-quick-insert-focus-mode-and-new-ai-features-0tysrdzga</w:t>
        </w:r>
      </w:hyperlink>
      <w:r>
        <w:t xml:space="preserve"> - Supports the introduction of Quick Insert, Focus Mode, and new AI features in ChromeOS 130.</w:t>
      </w:r>
      <w:r/>
    </w:p>
    <w:p>
      <w:pPr>
        <w:pStyle w:val="ListNumber"/>
        <w:spacing w:line="240" w:lineRule="auto"/>
        <w:ind w:left="720"/>
      </w:pPr>
      <w:r/>
      <w:hyperlink r:id="rId14">
        <w:r>
          <w:rPr>
            <w:color w:val="0000EE"/>
            <w:u w:val="single"/>
          </w:rPr>
          <w:t>https://blog.google/products/chromebooks/google-chromebook-update-october-2024/</w:t>
        </w:r>
      </w:hyperlink>
      <w:r>
        <w:t xml:space="preserve"> - Explains the Quick Insert feature, its exclusive availability on the Samsung Galaxy Chromebook Plus, and its future rollout to other models.</w:t>
      </w:r>
      <w:r/>
    </w:p>
    <w:p>
      <w:pPr>
        <w:pStyle w:val="ListNumber"/>
        <w:spacing w:line="240" w:lineRule="auto"/>
        <w:ind w:left="720"/>
      </w:pPr>
      <w:r/>
      <w:hyperlink r:id="rId14">
        <w:r>
          <w:rPr>
            <w:color w:val="0000EE"/>
            <w:u w:val="single"/>
          </w:rPr>
          <w:t>https://blog.google/products/chromebooks/google-chromebook-update-october-2024/</w:t>
        </w:r>
      </w:hyperlink>
      <w:r>
        <w:t xml:space="preserve"> - Describes the Focus Mode, including its 'do not disturb' functionality and scheduling of focused work periods.</w:t>
      </w:r>
      <w:r/>
    </w:p>
    <w:p>
      <w:pPr>
        <w:pStyle w:val="ListNumber"/>
        <w:spacing w:line="240" w:lineRule="auto"/>
        <w:ind w:left="720"/>
      </w:pPr>
      <w:r/>
      <w:hyperlink r:id="rId12">
        <w:r>
          <w:rPr>
            <w:color w:val="0000EE"/>
            <w:u w:val="single"/>
          </w:rPr>
          <w:t>https://support.google.com/chrome/a/answer/7679408?co=CHROME_ENTERPRISE._Product%3DChromeOS&amp;oco=0&amp;sjid=4242960285832964680-AP</w:t>
        </w:r>
      </w:hyperlink>
      <w:r>
        <w:t xml:space="preserve"> - Details the Welcome Recap feature and its role in providing a visual overview of prior activities.</w:t>
      </w:r>
      <w:r/>
    </w:p>
    <w:p>
      <w:pPr>
        <w:pStyle w:val="ListNumber"/>
        <w:spacing w:line="240" w:lineRule="auto"/>
        <w:ind w:left="720"/>
      </w:pPr>
      <w:r/>
      <w:hyperlink r:id="rId14">
        <w:r>
          <w:rPr>
            <w:color w:val="0000EE"/>
            <w:u w:val="single"/>
          </w:rPr>
          <w:t>https://blog.google/products/chromebooks/google-chromebook-update-october-2024/</w:t>
        </w:r>
      </w:hyperlink>
      <w:r>
        <w:t xml:space="preserve"> - Discusses the exclusive enhancements for Chromebook Plus models, including the AI-powered Recorder app and Gemini AI tools.</w:t>
      </w:r>
      <w:r/>
    </w:p>
    <w:p>
      <w:pPr>
        <w:pStyle w:val="ListNumber"/>
        <w:spacing w:line="240" w:lineRule="auto"/>
        <w:ind w:left="720"/>
      </w:pPr>
      <w:r/>
      <w:hyperlink r:id="rId12">
        <w:r>
          <w:rPr>
            <w:color w:val="0000EE"/>
            <w:u w:val="single"/>
          </w:rPr>
          <w:t>https://support.google.com/chrome/a/answer/7679408?co=CHROME_ENTERPRISE._Product%3DChromeOS&amp;oco=0&amp;sjid=4242960285832964680-AP</w:t>
        </w:r>
      </w:hyperlink>
      <w:r>
        <w:t xml:space="preserve"> - Explains the improved microphone and camera effects, including the studio-style mic feature, available on Chromebook Plus models.</w:t>
      </w:r>
      <w:r/>
    </w:p>
    <w:p>
      <w:pPr>
        <w:pStyle w:val="ListNumber"/>
        <w:spacing w:line="240" w:lineRule="auto"/>
        <w:ind w:left="720"/>
      </w:pPr>
      <w:r/>
      <w:hyperlink r:id="rId10">
        <w:r>
          <w:rPr>
            <w:color w:val="0000EE"/>
            <w:u w:val="single"/>
          </w:rPr>
          <w:t>https://www.theverge.com/2024/10/31/24284880/google-chromebook-chromeos-130-quick-insert-ai-focus-mode</w:t>
        </w:r>
      </w:hyperlink>
      <w:r>
        <w:t xml:space="preserve"> - Highlights the broader range of personalized and intelligent computing experiences expected with the ChromeOS 130 update.</w:t>
      </w:r>
      <w:r/>
    </w:p>
    <w:p>
      <w:pPr>
        <w:pStyle w:val="ListNumber"/>
        <w:spacing w:line="240" w:lineRule="auto"/>
        <w:ind w:left="720"/>
      </w:pPr>
      <w:r/>
      <w:hyperlink r:id="rId14">
        <w:r>
          <w:rPr>
            <w:color w:val="0000EE"/>
            <w:u w:val="single"/>
          </w:rPr>
          <w:t>https://blog.google/products/chromebooks/google-chromebook-update-october-2024/</w:t>
        </w:r>
      </w:hyperlink>
      <w:r>
        <w:t xml:space="preserve"> - Mentions the integration of Gemini AI tools, including 'help me read' summaries, to expand accessibility and convenience for users.</w:t>
      </w:r>
      <w:r/>
    </w:p>
    <w:p>
      <w:pPr>
        <w:pStyle w:val="ListNumber"/>
        <w:spacing w:line="240" w:lineRule="auto"/>
        <w:ind w:left="720"/>
      </w:pPr>
      <w:r/>
      <w:hyperlink r:id="rId10">
        <w:r>
          <w:rPr>
            <w:color w:val="0000EE"/>
            <w:u w:val="single"/>
          </w:rPr>
          <w:t>https://www.theverge.com/2024/10/31/24284880/google-chromebook-chromeos-130-quick-insert-ai-focus-mode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31/24284880/google-chromebook-chromeos-130-quick-insert-ai-focus-mode" TargetMode="External"/><Relationship Id="rId11" Type="http://schemas.openxmlformats.org/officeDocument/2006/relationships/hyperlink" Target="https://support.google.com/chromebook/thread/305041549/introducing-chromeos-m130-to-the-stable-channel?hl=en" TargetMode="External"/><Relationship Id="rId12" Type="http://schemas.openxmlformats.org/officeDocument/2006/relationships/hyperlink" Target="https://support.google.com/chrome/a/answer/7679408?co=CHROME_ENTERPRISE._Product%3DChromeOS&amp;oco=0&amp;sjid=4242960285832964680-AP" TargetMode="External"/><Relationship Id="rId13" Type="http://schemas.openxmlformats.org/officeDocument/2006/relationships/hyperlink" Target="https://app.daily.dev/posts/chromeos-gets-a-big-update-with-quick-insert-focus-mode-and-new-ai-features-0tysrdzga" TargetMode="External"/><Relationship Id="rId14" Type="http://schemas.openxmlformats.org/officeDocument/2006/relationships/hyperlink" Target="https://blog.google/products/chromebooks/google-chromebook-update-october-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