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'Gemini Era': The New Face of Search with AI Overviews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Google's 'Gemini Era': The New Face of Search with AI Overviews</w:t>
      </w:r>
      <w:r/>
    </w:p>
    <w:p>
      <w:r/>
      <w:r>
        <w:t>Google has embarked on a significant transformation in its approach to artificial intelligence, heralding what it calls the "Gemini era." This shift marks a rebranding of its AI technology from Bard to Gemini and brings a comprehensive overhaul to its Search Generative Experience (SGE). Renamed as "AI Overviews," this new feature was introduced during the Google I/O 2024 event and has been more widely implemented since.</w:t>
      </w:r>
      <w:r/>
    </w:p>
    <w:p>
      <w:r/>
      <w:r>
        <w:t>AI Overviews have been designed to streamline the search experience by providing users with immediate answers on the search results page, reducing the need to navigate through multiple links. For example, users searching for recipes can now find entire recipes displayed directly in the search results, making information retrieval faster and more efficient.</w:t>
      </w:r>
      <w:r/>
    </w:p>
    <w:p>
      <w:r/>
      <w:r>
        <w:t>However, AI Overviews are still under development and have experienced teething problems. These include the presentation of inaccurate information, necessitating Google to frequently update its algorithms, remove incorrect data, and ensure sources are clearly attributed. Despite these issues, Google has not provided a direct method for users to disable AI Overviews. Instead, users can adjust settings to make AI responses less prominent.</w:t>
      </w:r>
      <w:r/>
    </w:p>
    <w:p>
      <w:r/>
      <w:r>
        <w:t>A workaround to minimise AI Overviews involves using Google's NOT (-) operator in search queries. By ending a search query with "-AI," users can effectively bypass the AI-generated overviews. This method appears to exploit a quirk in Google's algorithm rather than being an intentional feature and remains a reliable tactic for users preferring traditional search results.</w:t>
      </w:r>
      <w:r/>
    </w:p>
    <w:p>
      <w:r/>
      <w:r>
        <w:t>Additionally, Google has introduced a "Web" tab filter, which allows users to revert to conventional search results. Selecting this filter removes the AI Overview panel; however, it does not persist as a default setting and must be manually selected with each search. The Web filter limits results to web links only, excluding multimedia previews such as YouTube videos and other search snippets.</w:t>
      </w:r>
      <w:r/>
    </w:p>
    <w:p>
      <w:r/>
      <w:r>
        <w:t>For those seeking to automate the exclusion of AI Overviews, a proxy site called udm14.com offers an alternative by automatically applying the necessary URL modification (&amp;udm=14) to filter out AI content. As with any proxy, users should be mindful of potential privacy implications, as such services can log search queries.</w:t>
      </w:r>
      <w:r/>
    </w:p>
    <w:p>
      <w:r/>
      <w:r>
        <w:t>Google also houses multiple experimental features under Search Labs, accessible via labs.google.com or the flask icon on Google.com. Users can toggle these features, although doing so does not entirely disable AI Overviews outside of Labs functionality.</w:t>
      </w:r>
      <w:r/>
    </w:p>
    <w:p>
      <w:r/>
      <w:r>
        <w:rPr>
          <w:b/>
        </w:rPr>
        <w:t>Text Editors on MacOS: From Basic to Advanced Options</w:t>
      </w:r>
      <w:r/>
    </w:p>
    <w:p>
      <w:r/>
      <w:r>
        <w:t>For individuals engaged in writing or editing on MacOS, a range of text editors is available to suit different needs. These tools vary from simple notepads to complex editors more suited to programming.</w:t>
      </w:r>
      <w:r/>
      <w:r/>
    </w:p>
    <w:p>
      <w:pPr>
        <w:pStyle w:val="ListBullet"/>
        <w:spacing w:line="240" w:lineRule="auto"/>
        <w:ind w:left="720"/>
      </w:pPr>
      <w:r/>
      <w:r>
        <w:t>Sublime Text: Known for its focus on programming, Sublime Text offers a broad spectrum of features such as snippets, powerful search tools, and project management capabilities. While it may possess a steeper learning curve, it serves well for users who demand more robustness from their text editor. Sublime Text is available through a trial period before requiring a one-time fee of $99.</w:t>
      </w:r>
      <w:r/>
    </w:p>
    <w:p>
      <w:pPr>
        <w:pStyle w:val="ListBullet"/>
        <w:spacing w:line="240" w:lineRule="auto"/>
        <w:ind w:left="720"/>
      </w:pPr>
      <w:r/>
      <w:r>
        <w:t>BBedit: Another text editor catering to programmers, BBedit provides features like markup support, a scratchpad, and text filters. It can be utilised for free with some advanced options becoming unavailable after a 30-day trial. The full version requires a $59.99 license.</w:t>
      </w:r>
      <w:r/>
    </w:p>
    <w:p>
      <w:pPr>
        <w:pStyle w:val="ListBullet"/>
        <w:spacing w:line="240" w:lineRule="auto"/>
        <w:ind w:left="720"/>
      </w:pPr>
      <w:r/>
      <w:r>
        <w:t>TextEdit: Pre-installed on MacOS, TextEdit is a no-frills application suitable for straightforward text editing. It supports basic formatting and integrates seamlessly with Grammarly if installed, making it a practical choice for simple tasks.</w:t>
      </w:r>
      <w:r/>
    </w:p>
    <w:p>
      <w:pPr>
        <w:pStyle w:val="ListBullet"/>
        <w:spacing w:line="240" w:lineRule="auto"/>
        <w:ind w:left="720"/>
      </w:pPr>
      <w:r/>
      <w:r>
        <w:t>Nano: A terminal-based text editor, Nano is valued for its simplicity and efficacy in remote sessions via SSH. It is lightweight and utilitarian, requiring basic command-line knowledge but offering a distraction-free environment for text editing.</w:t>
      </w:r>
      <w:r/>
      <w:r/>
    </w:p>
    <w:p>
      <w:r/>
      <w:r>
        <w:t>These options highlight the versatility and adaptability of tools available to MacOS users, catering to a wide range of editing needs from casual note-taking to complex code editing.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https://www.wearetg.com/google-ai-overviews/</w:t>
        </w:r>
      </w:hyperlink>
      <w:r>
        <w:t xml:space="preserve"> - Corroborates the introduction of Google AI Overviews, their features, and the role of the Gemini language model in transforming search results.</w:t>
      </w:r>
      <w:r/>
    </w:p>
    <w:p>
      <w:pPr>
        <w:pStyle w:val="ListNumber"/>
        <w:spacing w:line="240" w:lineRule="auto"/>
        <w:ind w:left="720"/>
      </w:pPr>
      <w:r/>
      <w:hyperlink r:id="rId11">
        <w:r>
          <w:rPr>
            <w:color w:val="0000EE"/>
            <w:u w:val="single"/>
          </w:rPr>
          <w:t>https://blog.google/technology/ai/google-gemini-ai/</w:t>
        </w:r>
      </w:hyperlink>
      <w:r>
        <w:t xml:space="preserve"> - Provides details on the Gemini model, its multimodal capabilities, and its state-of-the-art performance in various benchmarks.</w:t>
      </w:r>
      <w:r/>
    </w:p>
    <w:p>
      <w:pPr>
        <w:pStyle w:val="ListNumber"/>
        <w:spacing w:line="240" w:lineRule="auto"/>
        <w:ind w:left="720"/>
      </w:pPr>
      <w:r/>
      <w:hyperlink r:id="rId12">
        <w:r>
          <w:rPr>
            <w:color w:val="0000EE"/>
            <w:u w:val="single"/>
          </w:rPr>
          <w:t>https://noblestudios.com/digital-marketing-services/search-engine-optimization-seo/google-ai-overviews-release/</w:t>
        </w:r>
      </w:hyperlink>
      <w:r>
        <w:t xml:space="preserve"> - Explains the impact of AI Overviews on SEO, the differences between AI Overviews and Google SGE, and the technical fixes made to address inaccuracies.</w:t>
      </w:r>
      <w:r/>
    </w:p>
    <w:p>
      <w:pPr>
        <w:pStyle w:val="ListNumber"/>
        <w:spacing w:line="240" w:lineRule="auto"/>
        <w:ind w:left="720"/>
      </w:pPr>
      <w:r/>
      <w:hyperlink r:id="rId13">
        <w:r>
          <w:rPr>
            <w:color w:val="0000EE"/>
            <w:u w:val="single"/>
          </w:rPr>
          <w:t>https://goj2.com/blog/unveiling-googles-ai-overviews-with-the-gemini-model</w:t>
        </w:r>
      </w:hyperlink>
      <w:r>
        <w:t xml:space="preserve"> - Describes AI Overviews as a feature providing concise, AI-generated summaries at the top of search results, powered by the Gemini model.</w:t>
      </w:r>
      <w:r/>
    </w:p>
    <w:p>
      <w:pPr>
        <w:pStyle w:val="ListNumber"/>
        <w:spacing w:line="240" w:lineRule="auto"/>
        <w:ind w:left="720"/>
      </w:pPr>
      <w:r/>
      <w:hyperlink r:id="rId10">
        <w:r>
          <w:rPr>
            <w:color w:val="0000EE"/>
            <w:u w:val="single"/>
          </w:rPr>
          <w:t>https://www.wearetg.com/google-ai-overviews/</w:t>
        </w:r>
      </w:hyperlink>
      <w:r>
        <w:t xml:space="preserve"> - Details how AI Overviews streamline the search experience by providing immediate answers and categorized search results.</w:t>
      </w:r>
      <w:r/>
    </w:p>
    <w:p>
      <w:pPr>
        <w:pStyle w:val="ListNumber"/>
        <w:spacing w:line="240" w:lineRule="auto"/>
        <w:ind w:left="720"/>
      </w:pPr>
      <w:r/>
      <w:hyperlink r:id="rId12">
        <w:r>
          <w:rPr>
            <w:color w:val="0000EE"/>
            <w:u w:val="single"/>
          </w:rPr>
          <w:t>https://noblestudios.com/digital-marketing-services/search-engine-optimization-seo/google-ai-overviews-release/</w:t>
        </w:r>
      </w:hyperlink>
      <w:r>
        <w:t xml:space="preserve"> - Mentions the initial rollout of AI Overviews in the U.S. and Google's plans to make this feature available globally.</w:t>
      </w:r>
      <w:r/>
    </w:p>
    <w:p>
      <w:pPr>
        <w:pStyle w:val="ListNumber"/>
        <w:spacing w:line="240" w:lineRule="auto"/>
        <w:ind w:left="720"/>
      </w:pPr>
      <w:r/>
      <w:hyperlink r:id="rId13">
        <w:r>
          <w:rPr>
            <w:color w:val="0000EE"/>
            <w:u w:val="single"/>
          </w:rPr>
          <w:t>https://goj2.com/blog/unveiling-googles-ai-overviews-with-the-gemini-model</w:t>
        </w:r>
      </w:hyperlink>
      <w:r>
        <w:t xml:space="preserve"> - Highlights the benefits of AI Overviews, including increased traffic to diverse websites and support for content creators.</w:t>
      </w:r>
      <w:r/>
    </w:p>
    <w:p>
      <w:pPr>
        <w:pStyle w:val="ListNumber"/>
        <w:spacing w:line="240" w:lineRule="auto"/>
        <w:ind w:left="720"/>
      </w:pPr>
      <w:r/>
      <w:hyperlink r:id="rId10">
        <w:r>
          <w:rPr>
            <w:color w:val="0000EE"/>
            <w:u w:val="single"/>
          </w:rPr>
          <w:t>https://www.wearetg.com/google-ai-overviews/</w:t>
        </w:r>
      </w:hyperlink>
      <w:r>
        <w:t xml:space="preserve"> - Discusses the customization options for AI Overviews and the impact on traditional search behavior.</w:t>
      </w:r>
      <w:r/>
    </w:p>
    <w:p>
      <w:pPr>
        <w:pStyle w:val="ListNumber"/>
        <w:spacing w:line="240" w:lineRule="auto"/>
        <w:ind w:left="720"/>
      </w:pPr>
      <w:r/>
      <w:hyperlink r:id="rId12">
        <w:r>
          <w:rPr>
            <w:color w:val="0000EE"/>
            <w:u w:val="single"/>
          </w:rPr>
          <w:t>https://noblestudios.com/digital-marketing-services/search-engine-optimization-seo/google-ai-overviews-release/</w:t>
        </w:r>
      </w:hyperlink>
      <w:r>
        <w:t xml:space="preserve"> - Explains the technical issues with AI Overviews, such as presenting inaccurate information, and Google's updates to address these issues.</w:t>
      </w:r>
      <w:r/>
    </w:p>
    <w:p>
      <w:pPr>
        <w:pStyle w:val="ListNumber"/>
        <w:spacing w:line="240" w:lineRule="auto"/>
        <w:ind w:left="720"/>
      </w:pPr>
      <w:r/>
      <w:hyperlink r:id="rId14">
        <w:r>
          <w:rPr>
            <w:color w:val="0000EE"/>
            <w:u w:val="single"/>
          </w:rPr>
          <w:t>https://www.brightlocal.com/blog/ai-overviews-google-io-2024/</w:t>
        </w:r>
      </w:hyperlink>
      <w:r>
        <w:t xml:space="preserve"> - Corroborates the introduction of AI Overviews during the Google I/O 2024 event and their significant impact on search technology.</w:t>
      </w:r>
      <w:r/>
    </w:p>
    <w:p>
      <w:pPr>
        <w:pStyle w:val="ListNumber"/>
        <w:spacing w:line="240" w:lineRule="auto"/>
        <w:ind w:left="720"/>
      </w:pPr>
      <w:r/>
      <w:hyperlink r:id="rId13">
        <w:r>
          <w:rPr>
            <w:color w:val="0000EE"/>
            <w:u w:val="single"/>
          </w:rPr>
          <w:t>https://goj2.com/blog/unveiling-googles-ai-overviews-with-the-gemini-model</w:t>
        </w:r>
      </w:hyperlink>
      <w:r>
        <w:t xml:space="preserve"> - Details the future prospects of AI Overviews, including refined AI models and greater integration of AI into everyday search activities.</w:t>
      </w:r>
      <w:r/>
    </w:p>
    <w:p>
      <w:pPr>
        <w:pStyle w:val="ListNumber"/>
        <w:spacing w:line="240" w:lineRule="auto"/>
        <w:ind w:left="720"/>
      </w:pPr>
      <w:r/>
      <w:hyperlink r:id="rId15">
        <w:r>
          <w:rPr>
            <w:color w:val="0000EE"/>
            <w:u w:val="single"/>
          </w:rPr>
          <w:t>https://uk.pcmag.com/ai/152436/how-to-remove-ai-from-your-google-search-results</w:t>
        </w:r>
      </w:hyperlink>
      <w:r>
        <w:t xml:space="preserve"> - Please view link - unable to able to access data</w:t>
      </w:r>
      <w:r/>
    </w:p>
    <w:p>
      <w:pPr>
        <w:pStyle w:val="ListNumber"/>
        <w:spacing w:line="240" w:lineRule="auto"/>
        <w:ind w:left="720"/>
      </w:pPr>
      <w:r/>
      <w:hyperlink r:id="rId16">
        <w:r>
          <w:rPr>
            <w:color w:val="0000EE"/>
            <w:u w:val="single"/>
          </w:rPr>
          <w:t>https://www.zdnet.com/article/the-4-best-macos-text-editors-and-why-you-should-be-using-one/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aretg.com/google-ai-overviews/" TargetMode="External"/><Relationship Id="rId11" Type="http://schemas.openxmlformats.org/officeDocument/2006/relationships/hyperlink" Target="https://blog.google/technology/ai/google-gemini-ai/" TargetMode="External"/><Relationship Id="rId12" Type="http://schemas.openxmlformats.org/officeDocument/2006/relationships/hyperlink" Target="https://noblestudios.com/digital-marketing-services/search-engine-optimization-seo/google-ai-overviews-release/" TargetMode="External"/><Relationship Id="rId13" Type="http://schemas.openxmlformats.org/officeDocument/2006/relationships/hyperlink" Target="https://goj2.com/blog/unveiling-googles-ai-overviews-with-the-gemini-model" TargetMode="External"/><Relationship Id="rId14" Type="http://schemas.openxmlformats.org/officeDocument/2006/relationships/hyperlink" Target="https://www.brightlocal.com/blog/ai-overviews-google-io-2024/" TargetMode="External"/><Relationship Id="rId15" Type="http://schemas.openxmlformats.org/officeDocument/2006/relationships/hyperlink" Target="https://uk.pcmag.com/ai/152436/how-to-remove-ai-from-your-google-search-results" TargetMode="External"/><Relationship Id="rId16" Type="http://schemas.openxmlformats.org/officeDocument/2006/relationships/hyperlink" Target="https://www.zdnet.com/article/the-4-best-macos-text-editors-and-why-you-should-be-using-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