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Hiring managers increasingly dismissing AI-generated job applications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Hiring Managers Increasingly Dismissing AI-Generated Job Applications</w:t>
      </w:r>
      <w:r/>
    </w:p>
    <w:p>
      <w:r/>
      <w:r>
        <w:t xml:space="preserve">In the ever-evolving job market, the utilisation of artificial intelligence (AI) by job seekers has become a prevalent trend. However, a recent survey conducted by the CV Genius research team has highlighted a growing unease among hiring managers regarding the use of AI-generated job applications. </w:t>
      </w:r>
      <w:r/>
    </w:p>
    <w:p>
      <w:r/>
      <w:r>
        <w:t>The study surveyed 625 hiring managers and found that a significant 80% expressed dissatisfaction with AI-generated cover letters and resumes. Furthermore, 74% of these managers reported that they could easily detect when AI was employed in crafting these applications. This has resulted in a reluctance to hire candidates whose applications appear to have been generated by AI, with 57% of managers indicating they would be much less inclined to hire such candidates, potentially disqualifying them from the process entirely.</w:t>
      </w:r>
      <w:r/>
    </w:p>
    <w:p>
      <w:r/>
      <w:r>
        <w:t>Ethan David Lee, a career expert affiliated with CV Genius, commented on the findings, stating, "Candidates must learn how to utilise AI as an asset rather than a shortcut. Hiring managers do not inherently oppose the use of AI; however, when employed carelessly, it leads to applications that are impersonal and fail to capture attention."</w:t>
      </w:r>
      <w:r/>
    </w:p>
    <w:p>
      <w:r/>
      <w:r>
        <w:t>Lee further asserted the importance of maintaining a human touch in applications, especially in an AI-driven world, and urged job seekers to utilise AI mindfully to enhance rather than hinder their prospects.</w:t>
      </w:r>
      <w:r/>
    </w:p>
    <w:p>
      <w:r/>
      <w:r>
        <w:t>In response to the challenges faced by job seekers in balancing AI use with personalisation, CV Genius has launched a "Guide to Using AI for Job Applications." This guide outlines helpful strategies for leveraging AI effectively while avoiding common pitfalls that may raise red flags for hiring managers.</w:t>
      </w:r>
      <w:r/>
    </w:p>
    <w:p>
      <w:r/>
      <w:r>
        <w:t>In particular, the guide advises against relying entirely on AI and stresses the importance of customising each application for the individual role and organisation. Ensuring accuracy and eliminating exaggerations are highlighted, alongside the inclusion of personal experiences and examples that a generic AI script might lack. The guide also advises avoiding recognisable AI writing patterns by reviewing content for repetitive phrases or an out-of-context style.</w:t>
      </w:r>
      <w:r/>
    </w:p>
    <w:p>
      <w:r/>
      <w:r>
        <w:t>Additionally, it underscores the necessity of maintaining consistency in vocabulary and tone across CVs, cover letters, and interviews, a common issue with AI-generated content. The guide also recommends running applications through AI detection tools to refine and align them with the candidate’s personal style and voice.</w:t>
      </w:r>
      <w:r/>
    </w:p>
    <w:p>
      <w:r/>
      <w:r>
        <w:t>The findings emphasise the necessity for job seekers to navigate the integration of AI thoughtfully, ensuring that their applications stand out by reflecting individual personality and unique skills rather than relying solely on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https://gibsic.blog/2024/10/21/why-80-of-hiring-managers-discard-ai-generated-job-applications-from-career-seekersforbes/</w:t>
        </w:r>
      </w:hyperlink>
      <w:r>
        <w:t xml:space="preserve"> - Corroborates the finding that 80% of hiring managers dislike AI-generated CVs and cover letters.</w:t>
      </w:r>
      <w:r/>
    </w:p>
    <w:p>
      <w:pPr>
        <w:pStyle w:val="ListNumber"/>
        <w:spacing w:line="240" w:lineRule="auto"/>
        <w:ind w:left="720"/>
      </w:pPr>
      <w:r/>
      <w:hyperlink r:id="rId11">
        <w:r>
          <w:rPr>
            <w:color w:val="0000EE"/>
            <w:u w:val="single"/>
          </w:rPr>
          <w:t>https://hireup.in/blogs/why-80-of-hiring-managers-discard-ai-generated-job-applications-from-job-seekers</w:t>
        </w:r>
      </w:hyperlink>
      <w:r>
        <w:t xml:space="preserve"> - Supports the trend that 80% of hiring managers are discarding AI-generated job applications.</w:t>
      </w:r>
      <w:r/>
    </w:p>
    <w:p>
      <w:pPr>
        <w:pStyle w:val="ListNumber"/>
        <w:spacing w:line="240" w:lineRule="auto"/>
        <w:ind w:left="720"/>
      </w:pPr>
      <w:r/>
      <w:hyperlink r:id="rId12">
        <w:r>
          <w:rPr>
            <w:color w:val="0000EE"/>
            <w:u w:val="single"/>
          </w:rPr>
          <w:t>https://cvgenius.com/blog/career-advice/ai-for-job-application</w:t>
        </w:r>
      </w:hyperlink>
      <w:r>
        <w:t xml:space="preserve"> - Confirms the CV Genius survey finding that 80% of hiring managers view obviously AI-generated CVs and cover letters negatively.</w:t>
      </w:r>
      <w:r/>
    </w:p>
    <w:p>
      <w:pPr>
        <w:pStyle w:val="ListNumber"/>
        <w:spacing w:line="240" w:lineRule="auto"/>
        <w:ind w:left="720"/>
      </w:pPr>
      <w:r/>
      <w:hyperlink r:id="rId13">
        <w:r>
          <w:rPr>
            <w:color w:val="0000EE"/>
            <w:u w:val="single"/>
          </w:rPr>
          <w:t>https://www.reddit.com/r/AIToolsTech/comments/1g8glbq/why_80_of_hiring-managers_discard_aigenerated_job/</w:t>
        </w:r>
      </w:hyperlink>
      <w:r>
        <w:t xml:space="preserve"> - Details the survey by CV Genius that found 80% of hiring managers reject AI-generated job applications.</w:t>
      </w:r>
      <w:r/>
    </w:p>
    <w:p>
      <w:pPr>
        <w:pStyle w:val="ListNumber"/>
        <w:spacing w:line="240" w:lineRule="auto"/>
        <w:ind w:left="720"/>
      </w:pPr>
      <w:r/>
      <w:hyperlink r:id="rId14">
        <w:r>
          <w:rPr>
            <w:color w:val="0000EE"/>
            <w:u w:val="single"/>
          </w:rPr>
          <w:t>https://www.linkedin.com/pulse/80-hiring-managers-discard-ai-generated-job-what-means-torres-n5wnc</w:t>
        </w:r>
      </w:hyperlink>
      <w:r>
        <w:t xml:space="preserve"> - Reiterates the CV Genius survey result that 80% of hiring managers are rejecting AI-generated job applications.</w:t>
      </w:r>
      <w:r/>
    </w:p>
    <w:p>
      <w:pPr>
        <w:pStyle w:val="ListNumber"/>
        <w:spacing w:line="240" w:lineRule="auto"/>
        <w:ind w:left="720"/>
      </w:pPr>
      <w:r/>
      <w:hyperlink r:id="rId10">
        <w:r>
          <w:rPr>
            <w:color w:val="0000EE"/>
            <w:u w:val="single"/>
          </w:rPr>
          <w:t>https://gibsic.blog/2024/10/21/why-80-of-hiring-managers-discard-ai-generated-job-applications-from-career-seekersforbes/</w:t>
        </w:r>
      </w:hyperlink>
      <w:r>
        <w:t xml:space="preserve"> - Supports the finding that 74% of hiring managers can spot when AI has been used in job applications.</w:t>
      </w:r>
      <w:r/>
    </w:p>
    <w:p>
      <w:pPr>
        <w:pStyle w:val="ListNumber"/>
        <w:spacing w:line="240" w:lineRule="auto"/>
        <w:ind w:left="720"/>
      </w:pPr>
      <w:r/>
      <w:hyperlink r:id="rId12">
        <w:r>
          <w:rPr>
            <w:color w:val="0000EE"/>
            <w:u w:val="single"/>
          </w:rPr>
          <w:t>https://cvgenius.com/blog/career-advice/ai-for-job-application</w:t>
        </w:r>
      </w:hyperlink>
      <w:r>
        <w:t xml:space="preserve"> - Explains the importance of maintaining a human touch in applications as advised by Ethan David Lee.</w:t>
      </w:r>
      <w:r/>
    </w:p>
    <w:p>
      <w:pPr>
        <w:pStyle w:val="ListNumber"/>
        <w:spacing w:line="240" w:lineRule="auto"/>
        <w:ind w:left="720"/>
      </w:pPr>
      <w:r/>
      <w:hyperlink r:id="rId11">
        <w:r>
          <w:rPr>
            <w:color w:val="0000EE"/>
            <w:u w:val="single"/>
          </w:rPr>
          <w:t>https://hireup.in/blogs/why-80-of-hiring-managers-discard-ai-generated-job-applications-from-job-seekers</w:t>
        </w:r>
      </w:hyperlink>
      <w:r>
        <w:t xml:space="preserve"> - Highlights the necessity of customising each application for the individual role and organisation as per CV Genius's guide.</w:t>
      </w:r>
      <w:r/>
    </w:p>
    <w:p>
      <w:pPr>
        <w:pStyle w:val="ListNumber"/>
        <w:spacing w:line="240" w:lineRule="auto"/>
        <w:ind w:left="720"/>
      </w:pPr>
      <w:r/>
      <w:hyperlink r:id="rId12">
        <w:r>
          <w:rPr>
            <w:color w:val="0000EE"/>
            <w:u w:val="single"/>
          </w:rPr>
          <w:t>https://cvgenius.com/blog/career-advice/ai-for-job-application</w:t>
        </w:r>
      </w:hyperlink>
      <w:r>
        <w:t xml:space="preserve"> - Advises against relying entirely on AI and stresses the importance of including personal experiences and examples.</w:t>
      </w:r>
      <w:r/>
    </w:p>
    <w:p>
      <w:pPr>
        <w:pStyle w:val="ListNumber"/>
        <w:spacing w:line="240" w:lineRule="auto"/>
        <w:ind w:left="720"/>
      </w:pPr>
      <w:r/>
      <w:hyperlink r:id="rId14">
        <w:r>
          <w:rPr>
            <w:color w:val="0000EE"/>
            <w:u w:val="single"/>
          </w:rPr>
          <w:t>https://www.linkedin.com/pulse/80-hiring-managers-discard-ai-generated-job-what-means-torres-n5wnc</w:t>
        </w:r>
      </w:hyperlink>
      <w:r>
        <w:t xml:space="preserve"> - Emphasises the need to maintain consistency in vocabulary and tone across CVs, cover letters, and interviews.</w:t>
      </w:r>
      <w:r/>
    </w:p>
    <w:p>
      <w:pPr>
        <w:pStyle w:val="ListNumber"/>
        <w:spacing w:line="240" w:lineRule="auto"/>
        <w:ind w:left="720"/>
      </w:pPr>
      <w:r/>
      <w:hyperlink r:id="rId15">
        <w:r>
          <w:rPr>
            <w:color w:val="0000EE"/>
            <w:u w:val="single"/>
          </w:rPr>
          <w:t>https://www.blackenterprise.com/hiring-managers-reject-ai-generated-job-applications/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ibsic.blog/2024/10/21/why-80-of-hiring-managers-discard-ai-generated-job-applications-from-career-seekersforbes/" TargetMode="External"/><Relationship Id="rId11" Type="http://schemas.openxmlformats.org/officeDocument/2006/relationships/hyperlink" Target="https://hireup.in/blogs/why-80-of-hiring-managers-discard-ai-generated-job-applications-from-job-seekers" TargetMode="External"/><Relationship Id="rId12" Type="http://schemas.openxmlformats.org/officeDocument/2006/relationships/hyperlink" Target="https://cvgenius.com/blog/career-advice/ai-for-job-application" TargetMode="External"/><Relationship Id="rId13" Type="http://schemas.openxmlformats.org/officeDocument/2006/relationships/hyperlink" Target="https://www.reddit.com/r/AIToolsTech/comments/1g8glbq/why_80_of_hiring-managers_discard_aigenerated_job/" TargetMode="External"/><Relationship Id="rId14" Type="http://schemas.openxmlformats.org/officeDocument/2006/relationships/hyperlink" Target="https://www.linkedin.com/pulse/80-hiring-managers-discard-ai-generated-job-what-means-torres-n5wnc" TargetMode="External"/><Relationship Id="rId15" Type="http://schemas.openxmlformats.org/officeDocument/2006/relationships/hyperlink" Target="https://www.blackenterprise.com/hiring-managers-reject-ai-generated-job-applic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