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Horror movie mogul Jason Blum discusses industry trends and the influence of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Horror Movie Mogul Jason Blum Discusses Industry Trends and the Influence of AI</w:t>
      </w:r>
      <w:r/>
    </w:p>
    <w:p>
      <w:r/>
      <w:r>
        <w:t>Hollywood's horror landscape is evolving, and Jason Blum, founder and CEO of Blumhouse, is at the forefront of this transformation. With horror films like "Five Nights at Freddy’s" and "M3GAN" elevating the genre to new commercial heights, Blum is navigating a shift in audience preferences, industry trends, and technological advancements.</w:t>
      </w:r>
      <w:r/>
    </w:p>
    <w:p>
      <w:r/>
      <w:r>
        <w:t>Blumhouse Productions, renowned for its mastery in crafting terrifying experiences, is witnessing an increased demand for horror sequels. Previously, the studio balanced its production slate evenly between sequels and original content. However, Blum reveals that the current market leans significantly towards sequels, with about two-thirds of their releases now following this trend. This change is attributed to audience turnouts, where sequels command an audience engagement of 80% to 90%, compared to a mere 10% to 20% for original films. This year, "Longlegs" emerged as the only original horror film to gain significant traction, while six sequels have captivated audiences.</w:t>
      </w:r>
      <w:r/>
    </w:p>
    <w:p>
      <w:r/>
      <w:r>
        <w:t>While the success of sequels is reshaping production strategies, Jason Blum is also exploring the intersection of filmmaking with cutting-edge technologies. His recent partnership with Meta to test new AI-driven video tools, Movie Gen AI, marks a significant move towards understanding and integrating artificial intelligence in the creative process. Despite admitting that he would eliminate AI's existence if he could, Blum acknowledged the inevitability of its presence in the industry and expressed a desire to comprehend its potential impacts and applications.</w:t>
      </w:r>
      <w:r/>
    </w:p>
    <w:p>
      <w:r/>
      <w:r>
        <w:t>Jason Blum's efforts highlight an adaptive approach in an industry known for rapid changes in consumer trends and technological innovations. With Blumhouse continuing to expand its repertoire beyond films to TV series, video games, and live events, the company's influence in the horror genre is more prominent than ever.</w:t>
      </w:r>
      <w:r/>
    </w:p>
    <w:p>
      <w:r/>
      <w:r>
        <w:t>The conversation around this evolution of horror cinema and technological intervention underscores a significant period of change for the broader entertainment sector, with Blumhouse positioned as a key player navigating these new waters. The emphasis remains on meeting audience demands while staying at the forefront of technological advancements reshaping storytelling methods.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https://laist.com/news/arts-and-entertainment/jason-blum-on-the-surge-of-horror-trends</w:t>
        </w:r>
      </w:hyperlink>
      <w:r>
        <w:t xml:space="preserve"> - Corroborates Jason Blum's success with horror films like 'Five Nights at Freddy’s' and 'M3GAN' and his influence on the horror genre.</w:t>
      </w:r>
      <w:r/>
    </w:p>
    <w:p>
      <w:pPr>
        <w:pStyle w:val="ListNumber"/>
        <w:spacing w:line="240" w:lineRule="auto"/>
        <w:ind w:left="720"/>
      </w:pPr>
      <w:r/>
      <w:hyperlink r:id="rId11">
        <w:r>
          <w:rPr>
            <w:color w:val="0000EE"/>
            <w:u w:val="single"/>
          </w:rPr>
          <w:t>https://laist.com/brief/news/arts-and-entertainment/jason-blum-on-the-surge-of-horror-trends</w:t>
        </w:r>
      </w:hyperlink>
      <w:r>
        <w:t xml:space="preserve"> - Supports the shift in Blumhouse's production slate towards more sequels due to higher audience engagement.</w:t>
      </w:r>
      <w:r/>
    </w:p>
    <w:p>
      <w:pPr>
        <w:pStyle w:val="ListNumber"/>
        <w:spacing w:line="240" w:lineRule="auto"/>
        <w:ind w:left="720"/>
      </w:pPr>
      <w:r/>
      <w:hyperlink r:id="rId11">
        <w:r>
          <w:rPr>
            <w:color w:val="0000EE"/>
            <w:u w:val="single"/>
          </w:rPr>
          <w:t>https://laist.com/brief/news/arts-and-entertainment/jason-blum-on-the-surge-of-horror-trends</w:t>
        </w:r>
      </w:hyperlink>
      <w:r>
        <w:t xml:space="preserve"> - Confirms that only one original horror film, 'Longlegs,' has broken out this year, while six sequels have been successful.</w:t>
      </w:r>
      <w:r/>
    </w:p>
    <w:p>
      <w:pPr>
        <w:pStyle w:val="ListNumber"/>
        <w:spacing w:line="240" w:lineRule="auto"/>
        <w:ind w:left="720"/>
      </w:pPr>
      <w:r/>
      <w:hyperlink r:id="rId12">
        <w:r>
          <w:rPr>
            <w:color w:val="0000EE"/>
            <w:u w:val="single"/>
          </w:rPr>
          <w:t>https://theankler.com/p/jason-blum-blumhouse-deals-sequels-ai</w:t>
        </w:r>
      </w:hyperlink>
      <w:r>
        <w:t xml:space="preserve"> - Details Jason Blum's partnership with Meta to test AI-driven video tools, Movie Gen AI, and his views on AI in the industry.</w:t>
      </w:r>
      <w:r/>
    </w:p>
    <w:p>
      <w:pPr>
        <w:pStyle w:val="ListNumber"/>
        <w:spacing w:line="240" w:lineRule="auto"/>
        <w:ind w:left="720"/>
      </w:pPr>
      <w:r/>
      <w:hyperlink r:id="rId12">
        <w:r>
          <w:rPr>
            <w:color w:val="0000EE"/>
            <w:u w:val="single"/>
          </w:rPr>
          <w:t>https://theankler.com/p/jason-blum-blumhouse-deals-sequels-ai</w:t>
        </w:r>
      </w:hyperlink>
      <w:r>
        <w:t xml:space="preserve"> - Explains Blumhouse's expansion into various media, including TV series, video games, and live events.</w:t>
      </w:r>
      <w:r/>
    </w:p>
    <w:p>
      <w:pPr>
        <w:pStyle w:val="ListNumber"/>
        <w:spacing w:line="240" w:lineRule="auto"/>
        <w:ind w:left="720"/>
      </w:pPr>
      <w:r/>
      <w:hyperlink r:id="rId13">
        <w:r>
          <w:rPr>
            <w:color w:val="0000EE"/>
            <w:u w:val="single"/>
          </w:rPr>
          <w:t>https://www.reddit.com/r/fivenightsatfreddys/comments/1g94hj0/blumhouse_jason_blums_official_response_to_a_fan/</w:t>
        </w:r>
      </w:hyperlink>
      <w:r>
        <w:t xml:space="preserve"> - Provides context on Jason Blum's stance on using AI in future films and the ethical considerations surrounding its use.</w:t>
      </w:r>
      <w:r/>
    </w:p>
    <w:p>
      <w:pPr>
        <w:pStyle w:val="ListNumber"/>
        <w:spacing w:line="240" w:lineRule="auto"/>
        <w:ind w:left="720"/>
      </w:pPr>
      <w:r/>
      <w:hyperlink r:id="rId14">
        <w:r>
          <w:rPr>
            <w:color w:val="0000EE"/>
            <w:u w:val="single"/>
          </w:rPr>
          <w:t>https://www.thepopverse.com/live-movies-horror-blumhouse-jason-blum-technology-new-york-city-comic-con-nycc-2024</w:t>
        </w:r>
      </w:hyperlink>
      <w:r>
        <w:t xml:space="preserve"> - Discusses how the horror genre has changed with the advancement of technology and AI, as reflected in Jason Blum's comments at New York City Comic Con.</w:t>
      </w:r>
      <w:r/>
    </w:p>
    <w:p>
      <w:pPr>
        <w:pStyle w:val="ListNumber"/>
        <w:spacing w:line="240" w:lineRule="auto"/>
        <w:ind w:left="720"/>
      </w:pPr>
      <w:r/>
      <w:hyperlink r:id="rId12">
        <w:r>
          <w:rPr>
            <w:color w:val="0000EE"/>
            <w:u w:val="single"/>
          </w:rPr>
          <w:t>https://theankler.com/p/jason-blum-blumhouse-deals-sequels-ai</w:t>
        </w:r>
      </w:hyperlink>
      <w:r>
        <w:t xml:space="preserve"> - Highlights Blumhouse's recent successes, including the box office performance of 'Five Nights at Freddy’s,' 'Insidious: The Red Door,' and 'M3GAN'.</w:t>
      </w:r>
      <w:r/>
    </w:p>
    <w:p>
      <w:pPr>
        <w:pStyle w:val="ListNumber"/>
        <w:spacing w:line="240" w:lineRule="auto"/>
        <w:ind w:left="720"/>
      </w:pPr>
      <w:r/>
      <w:hyperlink r:id="rId12">
        <w:r>
          <w:rPr>
            <w:color w:val="0000EE"/>
            <w:u w:val="single"/>
          </w:rPr>
          <w:t>https://theankler.com/p/jason-blum-blumhouse-deals-sequels-ai</w:t>
        </w:r>
      </w:hyperlink>
      <w:r>
        <w:t xml:space="preserve"> - Mentions Blumhouse's merger with James Wan’s Atomic Monster and their upcoming projects, such as 'M3GAN 2.0'.</w:t>
      </w:r>
      <w:r/>
    </w:p>
    <w:p>
      <w:pPr>
        <w:pStyle w:val="ListNumber"/>
        <w:spacing w:line="240" w:lineRule="auto"/>
        <w:ind w:left="720"/>
      </w:pPr>
      <w:r/>
      <w:hyperlink r:id="rId11">
        <w:r>
          <w:rPr>
            <w:color w:val="0000EE"/>
            <w:u w:val="single"/>
          </w:rPr>
          <w:t>https://laist.com/brief/news/arts-and-entertainment/jason-blum-on-the-surge-of-horror-trends</w:t>
        </w:r>
      </w:hyperlink>
      <w:r>
        <w:t xml:space="preserve"> - Supports the idea that Blumhouse is adapting to industry changes by focusing more on sequels due to audience demand.</w:t>
      </w:r>
      <w:r/>
    </w:p>
    <w:p>
      <w:pPr>
        <w:pStyle w:val="ListNumber"/>
        <w:spacing w:line="240" w:lineRule="auto"/>
        <w:ind w:left="720"/>
      </w:pPr>
      <w:r/>
      <w:hyperlink r:id="rId14">
        <w:r>
          <w:rPr>
            <w:color w:val="0000EE"/>
            <w:u w:val="single"/>
          </w:rPr>
          <w:t>https://www.thepopverse.com/live-movies-horror-blumhouse-jason-blum-technology-new-york-city-comic-con-nycc-2024</w:t>
        </w:r>
      </w:hyperlink>
      <w:r>
        <w:t xml:space="preserve"> - Corroborates Jason Blum's adaptive approach to the evolving horror genre and technological innovations.</w:t>
      </w:r>
      <w:r/>
    </w:p>
    <w:p>
      <w:pPr>
        <w:pStyle w:val="ListNumber"/>
        <w:spacing w:line="240" w:lineRule="auto"/>
        <w:ind w:left="720"/>
      </w:pPr>
      <w:r/>
      <w:hyperlink r:id="rId10">
        <w:r>
          <w:rPr>
            <w:color w:val="0000EE"/>
            <w:u w:val="single"/>
          </w:rPr>
          <w:t>https://laist.com/news/arts-and-entertainment/jason-blum-on-the-surge-of-horror-trends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aist.com/news/arts-and-entertainment/jason-blum-on-the-surge-of-horror-trends" TargetMode="External"/><Relationship Id="rId11" Type="http://schemas.openxmlformats.org/officeDocument/2006/relationships/hyperlink" Target="https://laist.com/brief/news/arts-and-entertainment/jason-blum-on-the-surge-of-horror-trends" TargetMode="External"/><Relationship Id="rId12" Type="http://schemas.openxmlformats.org/officeDocument/2006/relationships/hyperlink" Target="https://theankler.com/p/jason-blum-blumhouse-deals-sequels-ai" TargetMode="External"/><Relationship Id="rId13" Type="http://schemas.openxmlformats.org/officeDocument/2006/relationships/hyperlink" Target="https://www.reddit.com/r/fivenightsatfreddys/comments/1g94hj0/blumhouse_jason_blums_official_response_to_a_fan/" TargetMode="External"/><Relationship Id="rId14" Type="http://schemas.openxmlformats.org/officeDocument/2006/relationships/hyperlink" Target="https://www.thepopverse.com/live-movies-horror-blumhouse-jason-blum-technology-new-york-city-comic-con-nycc-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