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HR professionals expand AI integration with innovative tools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Title: HR Professionals Expand AI Integration with Innovative Tools</w:t>
      </w:r>
      <w:r/>
    </w:p>
    <w:p>
      <w:r/>
      <w:r>
        <w:t>In the rapidly evolving landscape of artificial intelligence, HR professionals are beginning to explore new ways to integrate AI tools into their workflows. Despite the proliferation of these innovative technologies aimed at streamlining human resources processes, many in the field find themselves hesitant or confused due to a lack of familiarity with AI.</w:t>
      </w:r>
      <w:r/>
    </w:p>
    <w:p>
      <w:r/>
      <w:r>
        <w:t>One notable exception is Colleen McCreary, the recently appointed Chief People Officer at Confluent, a leading data platform company. McCreary is embracing AI by leveraging her extensive experience in HR and fintech investing to explore the practical applications of these emerging technologies. Among her innovative experiments is the creation of an "AI Colleen," a chatbot designed to simulate her own responses and assist in routine tasks.</w:t>
      </w:r>
      <w:r/>
    </w:p>
    <w:p>
      <w:r/>
      <w:r>
        <w:t>McCreary's approach demonstrates a proactive stance towards integrating AI in both personal and professional environments. Her experience with fintech investing provides her with a unique perspective on how data-driven technologies can enhance efficiency and decision-making processes. By experimenting with AI tools, she aims to set a precedent for broader adoption within the HR domain, showcasing potential use cases that can transform traditional HR activities.</w:t>
      </w:r>
      <w:r/>
    </w:p>
    <w:p>
      <w:r/>
      <w:r>
        <w:t>While McCreary's enthusiasm represents a growing interest among some HR leaders, a large number of professionals in the field continue to express reservations. The novelty and complexity of AI technologies contribute to a sense of uncertainty, with some feeling overwhelmed by the fast-paced advancements.</w:t>
      </w:r>
      <w:r/>
    </w:p>
    <w:p>
      <w:r/>
      <w:r>
        <w:t>As the AI landscape continues to expand, the human resources sector is likely to see a gradual but significant shift towards technology-enabled practices. The efforts of pioneers like McCreary may serve as a catalyst, encouraging more HR professionals to explore and embrace the possibilities offered by AI. However, the pace of adoption will largely depend on how well these technologies can be integrated into existing systems, as well as the ongoing education and upskilling of HR personnel to build confidence and competence in using AI tools.</w:t>
      </w:r>
      <w:r/>
    </w:p>
    <w:p>
      <w:r/>
      <w:r>
        <w:t>In summary, while the introduction of AI in HR processes is met with mixed reactions, individuals like Colleen McCreary are leading the charge by actively experimenting with and championing the integration of these technologies. Her innovative approach could potentially pave the way for a more tech-savvy human resources industry in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https://www.peoplebox.ai/blog/ai-tools-hr-teams/</w:t>
        </w:r>
      </w:hyperlink>
      <w:r>
        <w:t xml:space="preserve"> - This article discusses the benefits of using AI tools in HR, including increased efficiency, data-driven decision-making, and specific tools like Peoplebox that streamline HR processes.</w:t>
      </w:r>
      <w:r/>
    </w:p>
    <w:p>
      <w:pPr>
        <w:pStyle w:val="ListNumber"/>
        <w:spacing w:line="240" w:lineRule="auto"/>
        <w:ind w:left="720"/>
      </w:pPr>
      <w:r/>
      <w:hyperlink r:id="rId11">
        <w:r>
          <w:rPr>
            <w:color w:val="0000EE"/>
            <w:u w:val="single"/>
          </w:rPr>
          <w:t>https://www.brightmine.com/us/resources/blogs/22-hr-ai-tools-every-hr-team-should-consider/</w:t>
        </w:r>
      </w:hyperlink>
      <w:r>
        <w:t xml:space="preserve"> - This blog post highlights various AI tools for HR, including their capabilities in automating repetitive tasks, enhancing communication, and improving decision-making.</w:t>
      </w:r>
      <w:r/>
    </w:p>
    <w:p>
      <w:pPr>
        <w:pStyle w:val="ListNumber"/>
        <w:spacing w:line="240" w:lineRule="auto"/>
        <w:ind w:left="720"/>
      </w:pPr>
      <w:r/>
      <w:hyperlink r:id="rId12">
        <w:r>
          <w:rPr>
            <w:color w:val="0000EE"/>
            <w:u w:val="single"/>
          </w:rPr>
          <w:t>https://lattice.com/library/ai-tools-for-hr-teams</w:t>
        </w:r>
      </w:hyperlink>
      <w:r>
        <w:t xml:space="preserve"> - This resource lists over 40 AI tools for HR teams, detailing their functions in recruitment, onboarding, performance evaluations, and more.</w:t>
      </w:r>
      <w:r/>
    </w:p>
    <w:p>
      <w:pPr>
        <w:pStyle w:val="ListNumber"/>
        <w:spacing w:line="240" w:lineRule="auto"/>
        <w:ind w:left="720"/>
      </w:pPr>
      <w:r/>
      <w:hyperlink r:id="rId13">
        <w:r>
          <w:rPr>
            <w:color w:val="0000EE"/>
            <w:u w:val="single"/>
          </w:rPr>
          <w:t>https://www.deel.com/blog/ai-tools-hr/</w:t>
        </w:r>
      </w:hyperlink>
      <w:r>
        <w:t xml:space="preserve"> - This guide explains how AI tools streamline HR workflows, including recruitment, onboarding, performance management, and learning and development, and emphasizes the importance of careful integration and training.</w:t>
      </w:r>
      <w:r/>
    </w:p>
    <w:p>
      <w:pPr>
        <w:pStyle w:val="ListNumber"/>
        <w:spacing w:line="240" w:lineRule="auto"/>
        <w:ind w:left="720"/>
      </w:pPr>
      <w:r/>
      <w:hyperlink r:id="rId14">
        <w:r>
          <w:rPr>
            <w:color w:val="0000EE"/>
            <w:u w:val="single"/>
          </w:rPr>
          <w:t>https://willdom.com/blog/blog-ai-tools-for-hr/</w:t>
        </w:r>
      </w:hyperlink>
      <w:r>
        <w:t xml:space="preserve"> - This blog post discusses 14 essential AI tools for HR, highlighting their benefits in hiring, talent management, and process simplification.</w:t>
      </w:r>
      <w:r/>
    </w:p>
    <w:p>
      <w:pPr>
        <w:pStyle w:val="ListNumber"/>
        <w:spacing w:line="240" w:lineRule="auto"/>
        <w:ind w:left="720"/>
      </w:pPr>
      <w:r/>
      <w:hyperlink r:id="rId10">
        <w:r>
          <w:rPr>
            <w:color w:val="0000EE"/>
            <w:u w:val="single"/>
          </w:rPr>
          <w:t>https://www.peoplebox.ai/blog/ai-tools-hr-teams/</w:t>
        </w:r>
      </w:hyperlink>
      <w:r>
        <w:t xml:space="preserve"> - Peoplebox's AI-powered talent management platform is an example of how AI can enhance various HR functions, such as hiring, performance management, and career development.</w:t>
      </w:r>
      <w:r/>
    </w:p>
    <w:p>
      <w:pPr>
        <w:pStyle w:val="ListNumber"/>
        <w:spacing w:line="240" w:lineRule="auto"/>
        <w:ind w:left="720"/>
      </w:pPr>
      <w:r/>
      <w:hyperlink r:id="rId11">
        <w:r>
          <w:rPr>
            <w:color w:val="0000EE"/>
            <w:u w:val="single"/>
          </w:rPr>
          <w:t>https://www.brightmine.com/us/resources/blogs/22-hr-ai-tools-every-hr-team-should-consider/</w:t>
        </w:r>
      </w:hyperlink>
      <w:r>
        <w:t xml:space="preserve"> - The Brightmine HR &amp; Compliance Center uses AI to personalize user dashboards and answer complex HR practice questions, illustrating AI's role in compliance and HR operations.</w:t>
      </w:r>
      <w:r/>
    </w:p>
    <w:p>
      <w:pPr>
        <w:pStyle w:val="ListNumber"/>
        <w:spacing w:line="240" w:lineRule="auto"/>
        <w:ind w:left="720"/>
      </w:pPr>
      <w:r/>
      <w:hyperlink r:id="rId12">
        <w:r>
          <w:rPr>
            <w:color w:val="0000EE"/>
            <w:u w:val="single"/>
          </w:rPr>
          <w:t>https://lattice.com/library/ai-tools-for-hr-teams</w:t>
        </w:r>
      </w:hyperlink>
      <w:r>
        <w:t xml:space="preserve"> - Tools like Lattice and Textio use AI to improve job postings, candidate screening, and performance evaluations, showcasing AI's impact on traditional HR activities.</w:t>
      </w:r>
      <w:r/>
    </w:p>
    <w:p>
      <w:pPr>
        <w:pStyle w:val="ListNumber"/>
        <w:spacing w:line="240" w:lineRule="auto"/>
        <w:ind w:left="720"/>
      </w:pPr>
      <w:r/>
      <w:hyperlink r:id="rId13">
        <w:r>
          <w:rPr>
            <w:color w:val="0000EE"/>
            <w:u w:val="single"/>
          </w:rPr>
          <w:t>https://www.deel.com/blog/ai-tools-hr/</w:t>
        </w:r>
      </w:hyperlink>
      <w:r>
        <w:t xml:space="preserve"> - Deel Engage's AI capabilities in creating career frameworks, feedback mechanisms, and development plans demonstrate how AI can enhance people development programs.</w:t>
      </w:r>
      <w:r/>
    </w:p>
    <w:p>
      <w:pPr>
        <w:pStyle w:val="ListNumber"/>
        <w:spacing w:line="240" w:lineRule="auto"/>
        <w:ind w:left="720"/>
      </w:pPr>
      <w:r/>
      <w:hyperlink r:id="rId14">
        <w:r>
          <w:rPr>
            <w:color w:val="0000EE"/>
            <w:u w:val="single"/>
          </w:rPr>
          <w:t>https://willdom.com/blog/blog-ai-tools-for-hr/</w:t>
        </w:r>
      </w:hyperlink>
      <w:r>
        <w:t xml:space="preserve"> - HireVue's use of machine learning algorithms to screen resumes and identify top candidates is an example of AI's role in improving the hiring process.</w:t>
      </w:r>
      <w:r/>
    </w:p>
    <w:p>
      <w:pPr>
        <w:pStyle w:val="ListNumber"/>
        <w:spacing w:line="240" w:lineRule="auto"/>
        <w:ind w:left="720"/>
      </w:pPr>
      <w:r/>
      <w:hyperlink r:id="rId12">
        <w:r>
          <w:rPr>
            <w:color w:val="0000EE"/>
            <w:u w:val="single"/>
          </w:rPr>
          <w:t>https://lattice.com/library/ai-tools-for-hr-teams</w:t>
        </w:r>
      </w:hyperlink>
      <w:r>
        <w:t xml:space="preserve"> - Zapier's AI-powered automation platform connects various HR tools and systems, automating tasks and improving efficiency in HR workflows.</w:t>
      </w:r>
      <w:r/>
    </w:p>
    <w:p>
      <w:pPr>
        <w:pStyle w:val="ListNumber"/>
        <w:spacing w:line="240" w:lineRule="auto"/>
        <w:ind w:left="720"/>
      </w:pPr>
      <w:r/>
      <w:hyperlink r:id="rId15">
        <w:r>
          <w:rPr>
            <w:color w:val="0000EE"/>
            <w:u w:val="single"/>
          </w:rPr>
          <w:t>https://recruitingheadlines.com/should-you-make-an-hr-ai-chatbot-of-yourself/?utm_source=rss&amp;utm_medium=rss&amp;utm_campaign=should-you-make-an-hr-ai-chatbot-of-yourself</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eoplebox.ai/blog/ai-tools-hr-teams/" TargetMode="External"/><Relationship Id="rId11" Type="http://schemas.openxmlformats.org/officeDocument/2006/relationships/hyperlink" Target="https://www.brightmine.com/us/resources/blogs/22-hr-ai-tools-every-hr-team-should-consider/" TargetMode="External"/><Relationship Id="rId12" Type="http://schemas.openxmlformats.org/officeDocument/2006/relationships/hyperlink" Target="https://lattice.com/library/ai-tools-for-hr-teams" TargetMode="External"/><Relationship Id="rId13" Type="http://schemas.openxmlformats.org/officeDocument/2006/relationships/hyperlink" Target="https://www.deel.com/blog/ai-tools-hr/" TargetMode="External"/><Relationship Id="rId14" Type="http://schemas.openxmlformats.org/officeDocument/2006/relationships/hyperlink" Target="https://willdom.com/blog/blog-ai-tools-for-hr/" TargetMode="External"/><Relationship Id="rId15" Type="http://schemas.openxmlformats.org/officeDocument/2006/relationships/hyperlink" Target="https://recruitingheadlines.com/should-you-make-an-hr-ai-chatbot-of-yourself/?utm_source=rss&amp;utm_medium=rss&amp;utm_campaign=should-you-make-an-hr-ai-chatbot-of-yoursel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