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Jugemu.ai unveils Telegram mini app utilizing TON blockchain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Jugemu.ai Unveils Telegram Mini App Utilizing TON Blockchain</w:t>
      </w:r>
      <w:r/>
    </w:p>
    <w:p>
      <w:r/>
      <w:r>
        <w:t>San Francisco, 31 October 2024 — Jugemu.ai, a pioneering AI and Web3 startup, has officially launched its Telegram Mini App, enhancing user engagement in the realms of artificial intelligence and blockchain technology. The initiative, announced today, aims to facilitate access to generative AI technologies, specifically targeting regions where Telegram usage is prevalent, including Africa and Southeast Asia.</w:t>
      </w:r>
      <w:r/>
    </w:p>
    <w:p>
      <w:r/>
      <w:r>
        <w:rPr>
          <w:b/>
        </w:rPr>
        <w:t>Addressing Rapid Growth in Telegram and Blockchain Use</w:t>
      </w:r>
      <w:r/>
    </w:p>
    <w:p>
      <w:r/>
      <w:r>
        <w:t>This development emerges as Telegram observes significant user growth, particularly across Africa and Southeast Asia, with its monthly active user base surpassing 700 million. Concurrently, the TON blockchain has witnessed similar expansion, marked by over 100 million unique wallet addresses and a twelvefold increase in daily transaction volumes.</w:t>
      </w:r>
      <w:r/>
    </w:p>
    <w:p>
      <w:r/>
      <w:r>
        <w:rPr>
          <w:b/>
        </w:rPr>
        <w:t>Features and Integration of the Jugemu.ai Telegram Mini App</w:t>
      </w:r>
      <w:r/>
    </w:p>
    <w:p>
      <w:r/>
      <w:r>
        <w:t>The Jugemu.ai Telegram Mini App serves as a conduit for making generative AI technology more accessible. Users are granted free access to Jugemu.app, enabling unlimited interaction with 18 of the latest large language models (LLMs) such as ChatGPT, coupled with the capability to compare up to three models simultaneously at no cost. This intuitive platform includes interactive features like point-earning tasks and the “Tap to Earn” gamification element, seamlessly integrated within the Telegram interface.</w:t>
      </w:r>
      <w:r/>
    </w:p>
    <w:p>
      <w:r/>
      <w:r>
        <w:t>Key features of the app include:</w:t>
      </w:r>
      <w:r/>
      <w:r/>
    </w:p>
    <w:p>
      <w:pPr>
        <w:pStyle w:val="ListBullet"/>
        <w:spacing w:line="240" w:lineRule="auto"/>
        <w:ind w:left="720"/>
      </w:pPr>
      <w:r/>
      <w:r>
        <w:rPr>
          <w:b/>
        </w:rPr>
        <w:t>Unlimited Access:</w:t>
      </w:r>
      <w:r>
        <w:t xml:space="preserve"> Free use of 18 innovative LLMs on Jugemu.app, with options to juxtapose three models in a comparative view.</w:t>
      </w:r>
      <w:r/>
    </w:p>
    <w:p>
      <w:pPr>
        <w:pStyle w:val="ListBullet"/>
        <w:spacing w:line="240" w:lineRule="auto"/>
        <w:ind w:left="720"/>
      </w:pPr>
      <w:r/>
      <w:r>
        <w:rPr>
          <w:b/>
        </w:rPr>
        <w:t>Point-Earning System:</w:t>
      </w:r>
      <w:r>
        <w:t xml:space="preserve"> Users gain rewards through simple tasks and can participate in "Tap to Earn" activities.</w:t>
      </w:r>
      <w:r/>
    </w:p>
    <w:p>
      <w:pPr>
        <w:pStyle w:val="ListBullet"/>
        <w:spacing w:line="240" w:lineRule="auto"/>
        <w:ind w:left="720"/>
      </w:pPr>
      <w:r/>
      <w:r>
        <w:rPr>
          <w:b/>
        </w:rPr>
        <w:t>Easy Integration:</w:t>
      </w:r>
      <w:r>
        <w:t xml:space="preserve"> Users can operate within Telegram, eliminating the need to switch between platforms.</w:t>
      </w:r>
      <w:r/>
    </w:p>
    <w:p>
      <w:pPr>
        <w:pStyle w:val="ListBullet"/>
        <w:spacing w:line="240" w:lineRule="auto"/>
        <w:ind w:left="720"/>
      </w:pPr>
      <w:r/>
      <w:r>
        <w:rPr>
          <w:b/>
        </w:rPr>
        <w:t>Blockchain Efficiency:</w:t>
      </w:r>
      <w:r>
        <w:t xml:space="preserve"> Utilisation of the TON blockchain ensures quick and economical transactions.</w:t>
      </w:r>
      <w:r/>
    </w:p>
    <w:p>
      <w:pPr>
        <w:pStyle w:val="ListBullet"/>
        <w:spacing w:line="240" w:lineRule="auto"/>
        <w:ind w:left="720"/>
      </w:pPr>
      <w:r/>
      <w:r>
        <w:rPr>
          <w:b/>
        </w:rPr>
        <w:t>Diverse Payment Methods:</w:t>
      </w:r>
      <w:r>
        <w:t xml:space="preserve"> New methods, including Telegram Stars, to be incrementally introduced.</w:t>
      </w:r>
      <w:r/>
      <w:r/>
    </w:p>
    <w:p>
      <w:r/>
      <w:r>
        <w:rPr>
          <w:b/>
        </w:rPr>
        <w:t>Background and Future Prospects of Jugemu.ai</w:t>
      </w:r>
      <w:r/>
    </w:p>
    <w:p>
      <w:r/>
      <w:r>
        <w:t>Jugemu.ai, a dynamic venture operating at the intersection of AI technology and blockchain, has successfully raised $1 million and is seeking additional funding of the same amount to advance its ecosystem. This ecosystem is designed to foster user and developer engagement through an innovative token-driven framework.</w:t>
      </w:r>
      <w:r/>
    </w:p>
    <w:p>
      <w:r/>
      <w:r>
        <w:t xml:space="preserve">Jugemu.ai's official Telegram Mini App can be accessed via </w:t>
      </w:r>
      <w:hyperlink r:id="rId9">
        <w:r>
          <w:rPr>
            <w:color w:val="0000EE"/>
            <w:u w:val="single"/>
          </w:rPr>
          <w:t>JugemuAIBot</w:t>
        </w:r>
      </w:hyperlink>
      <w:r>
        <w:t xml:space="preserve">, while further updates and insights are available on their </w:t>
      </w:r>
      <w:hyperlink r:id="rId10">
        <w:r>
          <w:rPr>
            <w:color w:val="0000EE"/>
            <w:u w:val="single"/>
          </w:rPr>
          <w:t>Twitter</w:t>
        </w:r>
      </w:hyperlink>
      <w:r>
        <w:t xml:space="preserve"> and </w:t>
      </w:r>
      <w:hyperlink r:id="rId11">
        <w:r>
          <w:rPr>
            <w:color w:val="0000EE"/>
            <w:u w:val="single"/>
          </w:rPr>
          <w:t>official website</w:t>
        </w:r>
      </w:hyperlink>
      <w:r>
        <w:t>.</w:t>
      </w:r>
      <w:r/>
    </w:p>
    <w:p>
      <w:r/>
      <w:r>
        <w:rPr>
          <w:b/>
        </w:rPr>
        <w:t>Press Contact Information</w:t>
      </w:r>
      <w:r/>
    </w:p>
    <w:p>
      <w:r/>
      <w:r>
        <w:t>For further inquiries, Yuto Komatsu, the Business and Marketing Manager at Jugemu.ai, can be reached at yuto@jugemu.ai.</w:t>
      </w:r>
      <w:r/>
    </w:p>
    <w:p>
      <w:r/>
      <w:r>
        <w:rPr>
          <w:b/>
        </w:rPr>
        <w:t>Disclaimer</w:t>
      </w:r>
      <w:r/>
    </w:p>
    <w:p>
      <w:r/>
      <w:r>
        <w:t>The information provided herein originates from Jugemu.ai and reflects the perspectives and statements of the content provider alone. It is important to note that the released information is not intended as investment guidance and should not be perceived as such. Due diligence and consultation with financial professionals are advised before engaging in cryptocurrency and securities investments.</w:t>
      </w:r>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https://www.jugemu.ai</w:t>
        </w:r>
      </w:hyperlink>
      <w:r>
        <w:t xml:space="preserve"> - Corroborates Jugemu.ai's focus on democratizing access to generative AI models using blockchain technology.</w:t>
      </w:r>
      <w:r/>
    </w:p>
    <w:p>
      <w:pPr>
        <w:pStyle w:val="ListNumber"/>
        <w:spacing w:line="240" w:lineRule="auto"/>
        <w:ind w:left="720"/>
      </w:pPr>
      <w:r/>
      <w:hyperlink r:id="rId11">
        <w:r>
          <w:rPr>
            <w:color w:val="0000EE"/>
            <w:u w:val="single"/>
          </w:rPr>
          <w:t>https://www.jugemu.ai</w:t>
        </w:r>
      </w:hyperlink>
      <w:r>
        <w:t xml:space="preserve"> - Provides background on Jugemu.ai as a startup operating at the intersection of AI and blockchain.</w:t>
      </w:r>
      <w:r/>
    </w:p>
    <w:p>
      <w:pPr>
        <w:pStyle w:val="ListNumber"/>
        <w:spacing w:line="240" w:lineRule="auto"/>
        <w:ind w:left="720"/>
      </w:pPr>
      <w:r/>
      <w:hyperlink r:id="rId13">
        <w:r>
          <w:rPr>
            <w:color w:val="0000EE"/>
            <w:u w:val="single"/>
          </w:rPr>
          <w:t>https://ton.org/mini-apps</w:t>
        </w:r>
      </w:hyperlink>
      <w:r>
        <w:t xml:space="preserve"> - Explains the features and integration capabilities of Telegram Mini Apps, including seamless authorization and integrated crypto payments.</w:t>
      </w:r>
      <w:r/>
    </w:p>
    <w:p>
      <w:pPr>
        <w:pStyle w:val="ListNumber"/>
        <w:spacing w:line="240" w:lineRule="auto"/>
        <w:ind w:left="720"/>
      </w:pPr>
      <w:r/>
      <w:hyperlink r:id="rId13">
        <w:r>
          <w:rPr>
            <w:color w:val="0000EE"/>
            <w:u w:val="single"/>
          </w:rPr>
          <w:t>https://ton.org/mini-apps</w:t>
        </w:r>
      </w:hyperlink>
      <w:r>
        <w:t xml:space="preserve"> - Details the growth potential and user base access offered by Telegram Mini Apps, relevant to Jugemu.ai's user engagement strategy.</w:t>
      </w:r>
      <w:r/>
    </w:p>
    <w:p>
      <w:pPr>
        <w:pStyle w:val="ListNumber"/>
        <w:spacing w:line="240" w:lineRule="auto"/>
        <w:ind w:left="720"/>
      </w:pPr>
      <w:r/>
      <w:hyperlink r:id="rId14">
        <w:r>
          <w:rPr>
            <w:color w:val="0000EE"/>
            <w:u w:val="single"/>
          </w:rPr>
          <w:t>https://prtimes.jp/main/html/rd/p/000000003.000146248.html</w:t>
        </w:r>
      </w:hyperlink>
      <w:r>
        <w:t xml:space="preserve"> - Confirms Jugemu.ai's launch of a Telegram Mini App utilizing the TON blockchain and its funding achievements.</w:t>
      </w:r>
      <w:r/>
    </w:p>
    <w:p>
      <w:pPr>
        <w:pStyle w:val="ListNumber"/>
        <w:spacing w:line="240" w:lineRule="auto"/>
        <w:ind w:left="720"/>
      </w:pPr>
      <w:r/>
      <w:hyperlink r:id="rId14">
        <w:r>
          <w:rPr>
            <w:color w:val="0000EE"/>
            <w:u w:val="single"/>
          </w:rPr>
          <w:t>https://prtimes.jp/main/html/rd/p/000000003.000146248.html</w:t>
        </w:r>
      </w:hyperlink>
      <w:r>
        <w:t xml:space="preserve"> - Supports the information about Jugemu.ai's expansion and the use of TON blockchain for its Telegram Mini App.</w:t>
      </w:r>
      <w:r/>
    </w:p>
    <w:p>
      <w:pPr>
        <w:pStyle w:val="ListNumber"/>
        <w:spacing w:line="240" w:lineRule="auto"/>
        <w:ind w:left="720"/>
      </w:pPr>
      <w:r/>
      <w:hyperlink r:id="rId13">
        <w:r>
          <w:rPr>
            <w:color w:val="0000EE"/>
            <w:u w:val="single"/>
          </w:rPr>
          <w:t>https://ton.org/mini-apps</w:t>
        </w:r>
      </w:hyperlink>
      <w:r>
        <w:t xml:space="preserve"> - Describes the ease of integration and operation within the Telegram interface, aligning with Jugemu.ai's app features.</w:t>
      </w:r>
      <w:r/>
    </w:p>
    <w:p>
      <w:pPr>
        <w:pStyle w:val="ListNumber"/>
        <w:spacing w:line="240" w:lineRule="auto"/>
        <w:ind w:left="720"/>
      </w:pPr>
      <w:r/>
      <w:hyperlink r:id="rId11">
        <w:r>
          <w:rPr>
            <w:color w:val="0000EE"/>
            <w:u w:val="single"/>
          </w:rPr>
          <w:t>https://www.jugemu.ai</w:t>
        </w:r>
      </w:hyperlink>
      <w:r>
        <w:t xml:space="preserve"> - Mentions the point-earning system and 'Tap to Earn' gamification element, which are part of the Jugemu.ai Telegram Mini App.</w:t>
      </w:r>
      <w:r/>
    </w:p>
    <w:p>
      <w:pPr>
        <w:pStyle w:val="ListNumber"/>
        <w:spacing w:line="240" w:lineRule="auto"/>
        <w:ind w:left="720"/>
      </w:pPr>
      <w:r/>
      <w:hyperlink r:id="rId13">
        <w:r>
          <w:rPr>
            <w:color w:val="0000EE"/>
            <w:u w:val="single"/>
          </w:rPr>
          <w:t>https://ton.org/mini-apps</w:t>
        </w:r>
      </w:hyperlink>
      <w:r>
        <w:t xml:space="preserve"> - Highlights the efficiency and economical transactions ensured by the TON blockchain, a key feature of the Jugemu.ai app.</w:t>
      </w:r>
      <w:r/>
    </w:p>
    <w:p>
      <w:pPr>
        <w:pStyle w:val="ListNumber"/>
        <w:spacing w:line="240" w:lineRule="auto"/>
        <w:ind w:left="720"/>
      </w:pPr>
      <w:r/>
      <w:hyperlink r:id="rId14">
        <w:r>
          <w:rPr>
            <w:color w:val="0000EE"/>
            <w:u w:val="single"/>
          </w:rPr>
          <w:t>https://prtimes.jp/main/html/rd/p/000000003.000146248.html</w:t>
        </w:r>
      </w:hyperlink>
      <w:r>
        <w:t xml:space="preserve"> - Details Jugemu.ai's funding and its plans for advancing its ecosystem, including additional funding goals.</w:t>
      </w:r>
      <w:r/>
    </w:p>
    <w:p>
      <w:pPr>
        <w:pStyle w:val="ListNumber"/>
        <w:spacing w:line="240" w:lineRule="auto"/>
        <w:ind w:left="720"/>
      </w:pPr>
      <w:r/>
      <w:hyperlink r:id="rId15">
        <w:r>
          <w:rPr>
            <w:color w:val="0000EE"/>
            <w:u w:val="single"/>
          </w:rPr>
          <w:t>https://www.crypto-reporter.com/newsfeed/aixweb3-startup-jugemu-ai-raising-1m-launches-telegram-mini-app-utilizing-ton-to-democratize-access-to-generative-ai-80834/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t.me/JugemuAIBot" TargetMode="External"/><Relationship Id="rId10" Type="http://schemas.openxmlformats.org/officeDocument/2006/relationships/hyperlink" Target="https://x.com/JugemuAI" TargetMode="External"/><Relationship Id="rId11" Type="http://schemas.openxmlformats.org/officeDocument/2006/relationships/hyperlink" Target="https://www.jugemu.ai" TargetMode="External"/><Relationship Id="rId12" Type="http://schemas.openxmlformats.org/officeDocument/2006/relationships/hyperlink" Target="https://www.noahwire.com" TargetMode="External"/><Relationship Id="rId13" Type="http://schemas.openxmlformats.org/officeDocument/2006/relationships/hyperlink" Target="https://ton.org/mini-apps" TargetMode="External"/><Relationship Id="rId14" Type="http://schemas.openxmlformats.org/officeDocument/2006/relationships/hyperlink" Target="https://prtimes.jp/main/html/rd/p/000000003.000146248.html" TargetMode="External"/><Relationship Id="rId15" Type="http://schemas.openxmlformats.org/officeDocument/2006/relationships/hyperlink" Target="https://www.crypto-reporter.com/newsfeed/aixweb3-startup-jugemu-ai-raising-1m-launches-telegram-mini-app-utilizing-ton-to-democratize-access-to-generative-ai-808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