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delays controversial 'Recall' feature to December, citing privacy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Delays Controversial 'Recall' Feature to December, Citing Privacy Concerns</w:t>
      </w:r>
      <w:r/>
    </w:p>
    <w:p>
      <w:r/>
      <w:r>
        <w:t>In a strategic shift, Microsoft has decided to postpone the release of its contentious 'Recall' feature, originally slated for an October release, pushing it back to December. The tech giant aims to refine the user experience and address significant privacy concerns that have surfaced over the months. This development was confirmed in a statement provided to The Verge and other tech platforms, where Brandon LeBlanc, a senior product manager at Microsoft, articulated the need for additional time to ensure a secure and reliable experience for users.</w:t>
      </w:r>
      <w:r/>
    </w:p>
    <w:p>
      <w:r/>
      <w:r>
        <w:t>Recall, a feature designed to capture snapshots of desktop activities, was expected to be integrated into the Copilot+ PCs, running on the Windows 11 2024 Update. Initially introduced in May, the feature faced backlash from users and privacy experts alike. Critics argued that storing unencrypted data potentially exposed a privacy vulnerability, dubbing it a "privacy nightmare."</w:t>
      </w:r>
      <w:r/>
    </w:p>
    <w:p>
      <w:r/>
      <w:r>
        <w:t>To address these concerns, Microsoft committed to significant adjustments to Recall's functionality. Among the planned changes, the feature will now operate on an opt-in basis, meaning users will have to actively engage it rather than it being enabled by default. Furthermore, accessing Recall and its stored data will require Windows Hello biometric authentication or a similar secure method. Additionally, users will have the option to completely uninstall the feature if they choose to do so.</w:t>
      </w:r>
      <w:r/>
    </w:p>
    <w:p>
      <w:r/>
      <w:r>
        <w:t>In an attempt to enhance security, the data stored by Recall will be protected with what Microsoft calls "just in time" decryption, ensuring data is only decrypted when needed. These steps are part of a broader effort by Microsoft to alleviate concerns and foster trust among Windows users.</w:t>
      </w:r>
      <w:r/>
    </w:p>
    <w:p>
      <w:r/>
      <w:r>
        <w:t>Notably, this is not the first delay for Recall. Originally previewed for Copilot+ PCs, it was initially postponed in June when Microsoft sent back its entire codebase for a comprehensive overhaul. This overhaul aimed at addressing the privacy and security issues raised by critics and users.</w:t>
      </w:r>
      <w:r/>
    </w:p>
    <w:p>
      <w:r/>
      <w:r>
        <w:t>Despite the hurdles, Microsoft's renewed commitment to launching Recall indicates the company’s determination to eventually integrate it into its ecosystem. As it stands, Recall will resurface in December, initially available to participants in the Windows Insider program, which allows users to test new features before they are widely released.</w:t>
      </w:r>
      <w:r/>
    </w:p>
    <w:p>
      <w:r/>
      <w:r>
        <w:t>The delay of Recall underscores the complex balance technology companies must strike between innovation and user privacy. With the release now anticipated towards the end of the year, Microsoft will be keenly observing user feedback and market reception as part of its continued effort to refine this feature. Whether Recall will eventually win over the trust of Windows users remains to be seen, but Microsoft appears prepared to make the necessary adjustments to achieve that goal.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Confirms the delay of the Recall feature to December and discusses the privacy and security concerns that led to the delay.</w:t>
      </w:r>
      <w:r/>
    </w:p>
    <w:p>
      <w:pPr>
        <w:pStyle w:val="ListNumber"/>
        <w:spacing w:line="240" w:lineRule="auto"/>
        <w:ind w:left="720"/>
      </w:pPr>
      <w:r/>
      <w:hyperlink r:id="rId11">
        <w:r>
          <w:rPr>
            <w:color w:val="0000EE"/>
            <w:u w:val="single"/>
          </w:rPr>
          <w:t>https://windowsforum.com/threads/microsoft-delays-windows-11-ai-recall-feature-to-december.344595/?amp=1</w:t>
        </w:r>
      </w:hyperlink>
      <w:r>
        <w:t xml:space="preserve"> - Details the reasons behind the delay, including privacy concerns and the need for additional security measures.</w:t>
      </w:r>
      <w:r/>
    </w:p>
    <w:p>
      <w:pPr>
        <w:pStyle w:val="ListNumber"/>
        <w:spacing w:line="240" w:lineRule="auto"/>
        <w:ind w:left="720"/>
      </w:pPr>
      <w:r/>
      <w:hyperlink r:id="rId12">
        <w:r>
          <w:rPr>
            <w:color w:val="0000EE"/>
            <w:u w:val="single"/>
          </w:rPr>
          <w:t>https://www.zdnet.com/article/microsoft-delays-its-troubled-ai-powered-recall-feature-yet-again/</w:t>
        </w:r>
      </w:hyperlink>
      <w:r>
        <w:t xml:space="preserve"> - Provides a statement from Brandon LeBlanc on the commitment to delivering a secure and trusted experience with Recall and the opt-in nature of the feature.</w:t>
      </w:r>
      <w:r/>
    </w:p>
    <w:p>
      <w:pPr>
        <w:pStyle w:val="ListNumber"/>
        <w:spacing w:line="240" w:lineRule="auto"/>
        <w:ind w:left="720"/>
      </w:pPr>
      <w:r/>
      <w:hyperlink r:id="rId13">
        <w:r>
          <w:rPr>
            <w:color w:val="0000EE"/>
            <w:u w:val="single"/>
          </w:rPr>
          <w:t>https://www.bleepingcomputer.com/news/microsoft/microsoft-delays-windows-recall-again-now-by-december/</w:t>
        </w:r>
      </w:hyperlink>
      <w:r>
        <w:t xml:space="preserve"> - Explains the postponement due to customer pushback and the planned security and privacy updates for Recall.</w:t>
      </w:r>
      <w:r/>
    </w:p>
    <w:p>
      <w:pPr>
        <w:pStyle w:val="ListNumber"/>
        <w:spacing w:line="240" w:lineRule="auto"/>
        <w:ind w:left="720"/>
      </w:pPr>
      <w:r/>
      <w:hyperlink r:id="rId14">
        <w:r>
          <w:rPr>
            <w:color w:val="0000EE"/>
            <w:u w:val="single"/>
          </w:rPr>
          <w:t>https://thehackernews.com/2024/11/microsoft-delays-windows-copilot-recall.html</w:t>
        </w:r>
      </w:hyperlink>
      <w:r>
        <w:t xml:space="preserve"> - Discusses the privacy concerns, the opt-in requirement, and the security measures such as Windows Hello authentication and 'just in time' decryption.</w:t>
      </w:r>
      <w:r/>
    </w:p>
    <w:p>
      <w:pPr>
        <w:pStyle w:val="ListNumbe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Describes the initial introduction of Recall in May and the subsequent delays, including the June postponement for a comprehensive overhaul.</w:t>
      </w:r>
      <w:r/>
    </w:p>
    <w:p>
      <w:pPr>
        <w:pStyle w:val="ListNumber"/>
        <w:spacing w:line="240" w:lineRule="auto"/>
        <w:ind w:left="720"/>
      </w:pPr>
      <w:r/>
      <w:hyperlink r:id="rId11">
        <w:r>
          <w:rPr>
            <w:color w:val="0000EE"/>
            <w:u w:val="single"/>
          </w:rPr>
          <w:t>https://windowsforum.com/threads/microsoft-delays-windows-11-ai-recall-feature-to-december.344595/?amp=1</w:t>
        </w:r>
      </w:hyperlink>
      <w:r>
        <w:t xml:space="preserve"> - Highlights the controversy surrounding Recall, including criticisms from users and privacy experts about data storage and encryption.</w:t>
      </w:r>
      <w:r/>
    </w:p>
    <w:p>
      <w:pPr>
        <w:pStyle w:val="ListNumber"/>
        <w:spacing w:line="240" w:lineRule="auto"/>
        <w:ind w:left="720"/>
      </w:pPr>
      <w:r/>
      <w:hyperlink r:id="rId12">
        <w:r>
          <w:rPr>
            <w:color w:val="0000EE"/>
            <w:u w:val="single"/>
          </w:rPr>
          <w:t>https://www.zdnet.com/article/microsoft-delays-its-troubled-ai-powered-recall-feature-yet-again/</w:t>
        </w:r>
      </w:hyperlink>
      <w:r>
        <w:t xml:space="preserve"> - Mentions the use of local AI models and Neural Processing Units (NPU) in Recall and the storage of data in an SQLite database.</w:t>
      </w:r>
      <w:r/>
    </w:p>
    <w:p>
      <w:pPr>
        <w:pStyle w:val="ListNumber"/>
        <w:spacing w:line="240" w:lineRule="auto"/>
        <w:ind w:left="720"/>
      </w:pPr>
      <w:r/>
      <w:hyperlink r:id="rId13">
        <w:r>
          <w:rPr>
            <w:color w:val="0000EE"/>
            <w:u w:val="single"/>
          </w:rPr>
          <w:t>https://www.bleepingcomputer.com/news/microsoft/microsoft-delays-windows-recall-again-now-by-december/</w:t>
        </w:r>
      </w:hyperlink>
      <w:r>
        <w:t xml:space="preserve"> - Details the user options, including the ability to exclude specific apps, websites, or in-private browsing sessions from Recall.</w:t>
      </w:r>
      <w:r/>
    </w:p>
    <w:p>
      <w:pPr>
        <w:pStyle w:val="ListNumber"/>
        <w:spacing w:line="240" w:lineRule="auto"/>
        <w:ind w:left="720"/>
      </w:pPr>
      <w:r/>
      <w:hyperlink r:id="rId14">
        <w:r>
          <w:rPr>
            <w:color w:val="0000EE"/>
            <w:u w:val="single"/>
          </w:rPr>
          <w:t>https://thehackernews.com/2024/11/microsoft-delays-windows-copilot-recall.html</w:t>
        </w:r>
      </w:hyperlink>
      <w:r>
        <w:t xml:space="preserve"> - Discusses the broader implications of the delay, including the balance between innovation and user privacy.</w:t>
      </w:r>
      <w:r/>
    </w:p>
    <w:p>
      <w:pPr>
        <w:pStyle w:val="ListNumber"/>
        <w:spacing w:line="240" w:lineRule="auto"/>
        <w:ind w:left="720"/>
      </w:pPr>
      <w:r/>
      <w:hyperlink r:id="rId10">
        <w:r>
          <w:rPr>
            <w:color w:val="0000EE"/>
            <w:u w:val="single"/>
          </w:rPr>
          <w:t>https://www.tomshardware.com/software/operating-systems/microsoft-again-delays-recall-feature-says-it-will-arrive-for-windows-insiders-on-copilot-plus-pcs-in-december</w:t>
        </w:r>
      </w:hyperlink>
      <w:r>
        <w:t xml:space="preserve"> - Explains that Recall will initially be available to Windows Insiders on Copilot+ PCs in December as part of the Windows Insider program.</w:t>
      </w:r>
      <w:r/>
    </w:p>
    <w:p>
      <w:pPr>
        <w:pStyle w:val="ListNumber"/>
        <w:spacing w:line="240" w:lineRule="auto"/>
        <w:ind w:left="720"/>
      </w:pPr>
      <w:r/>
      <w:hyperlink r:id="rId15">
        <w:r>
          <w:rPr>
            <w:color w:val="0000EE"/>
            <w:u w:val="single"/>
          </w:rPr>
          <w:t>https://www.pcworld.com/article/2507827/windows-11s-controversial-ai-recall-feature-delayed-again.html</w:t>
        </w:r>
      </w:hyperlink>
      <w:r>
        <w:t xml:space="preserve"> - Please view link - unable to able to access data</w:t>
      </w:r>
      <w:r/>
    </w:p>
    <w:p>
      <w:pPr>
        <w:pStyle w:val="ListNumber"/>
        <w:spacing w:line="240" w:lineRule="auto"/>
        <w:ind w:left="720"/>
      </w:pPr>
      <w:r/>
      <w:hyperlink r:id="rId12">
        <w:r>
          <w:rPr>
            <w:color w:val="0000EE"/>
            <w:u w:val="single"/>
          </w:rPr>
          <w:t>https://www.zdnet.com/article/microsoft-delays-its-troubled-ai-powered-recall-feature-yet-again/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software/operating-systems/microsoft-again-delays-recall-feature-says-it-will-arrive-for-windows-insiders-on-copilot-plus-pcs-in-december" TargetMode="External"/><Relationship Id="rId11" Type="http://schemas.openxmlformats.org/officeDocument/2006/relationships/hyperlink" Target="https://windowsforum.com/threads/microsoft-delays-windows-11-ai-recall-feature-to-december.344595/?amp=1" TargetMode="External"/><Relationship Id="rId12" Type="http://schemas.openxmlformats.org/officeDocument/2006/relationships/hyperlink" Target="https://www.zdnet.com/article/microsoft-delays-its-troubled-ai-powered-recall-feature-yet-again/" TargetMode="External"/><Relationship Id="rId13" Type="http://schemas.openxmlformats.org/officeDocument/2006/relationships/hyperlink" Target="https://www.bleepingcomputer.com/news/microsoft/microsoft-delays-windows-recall-again-now-by-december/" TargetMode="External"/><Relationship Id="rId14" Type="http://schemas.openxmlformats.org/officeDocument/2006/relationships/hyperlink" Target="https://thehackernews.com/2024/11/microsoft-delays-windows-copilot-recall.html" TargetMode="External"/><Relationship Id="rId15" Type="http://schemas.openxmlformats.org/officeDocument/2006/relationships/hyperlink" Target="https://www.pcworld.com/article/2507827/windows-11s-controversial-ai-recall-feature-delayed-agai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