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launches AI innovations in healthcare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unveiled a range of new AI-driven innovations as part of its Microsoft Cloud for Healthcare platform. This initiative is set to make transformative changes in the healthcare sector by introducing technologies that aim to improve patient care experiences, streamline healthcare team collaboration, and unlock valuable clinical insights.</w:t>
      </w:r>
      <w:r/>
    </w:p>
    <w:p>
      <w:r/>
      <w:r>
        <w:t>Key elements of these advancements include the integration of healthcare-specific AI models in Azure AI Studio and the enhancement of data solutions in Microsoft Fabric. A standout feature is the AI-driven nursing workflow solution. These innovations are crafted to enable healthcare organisations to create customised AI solutions more efficiently, thus lowering the computational and data demands traditionally required.</w:t>
      </w:r>
      <w:r/>
    </w:p>
    <w:p>
      <w:r/>
      <w:r>
        <w:t>Central to this technological advancement is Microsoft’s collaboration with major healthcare industry leaders such as Providence and technology firms like Paige.ai. Through these partnerships, Microsoft has developed multimodal medical imaging foundation models. These models are capable of analysing a broad spectrum of healthcare data types, including medical imaging, genomics, and clinical records. Such capabilities facilitate a more comprehensive understanding and utilisation of healthcare data, enhancing diagnosis and treatment processes.</w:t>
      </w:r>
      <w:r/>
    </w:p>
    <w:p>
      <w:r/>
      <w:r>
        <w:t>In a bid to further streamline healthcare operations, Microsoft has introduced the public preview of its healthcare agent service within Copilot Studio. This service is designed to assist with administrative tasks that are critical yet time-consuming, such as scheduling appointments and triaging patient cases.</w:t>
      </w:r>
      <w:r/>
    </w:p>
    <w:p>
      <w:r/>
      <w:r>
        <w:t>AI-driven solutions for nursing workflows, developed in collaboration with Epic and several healthcare institutions, are another significant component of this initiative. These solutions are specifically designed to alleviate some of the administrative workload that falls on nurses, allowing them to focus more on patient care. By integrating AI, this approach helps healthcare facilities manage the dual challenges of workforce limitations and the growing demands of patient care.</w:t>
      </w:r>
      <w:r/>
    </w:p>
    <w:p>
      <w:r/>
      <w:r>
        <w:t>Furthermore, Microsoft's commitment to ethical AI development is underscored in these initiatives. The company continues to adhere to principles ensuring that its AI technologies are deployed responsibly and safely. This commitment is aimed at improving the outcomes for both healthcare professionals and patients, ensuring that technological advancements translate into tangible benefits in the healthcare industry.</w:t>
      </w:r>
      <w:r/>
    </w:p>
    <w:p>
      <w:r/>
      <w:r>
        <w:t>Through these new advancements, Microsoft positions itself at the forefront of integrating cutting-edge technology with healthcare, offering tools that promise to enhance the efficiency and effectiveness of healthcare delivery.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https://blogs.microsoft.com/blog/2023/10/10/microsoft-introduces-new-data-and-ai-solutions-to-help-healthcare-organizations-unlock-insights-and-improve-patient-and-clinician-experiences/</w:t>
        </w:r>
      </w:hyperlink>
      <w:r>
        <w:t xml:space="preserve"> - This article explains the introduction of new data and AI solutions in Microsoft Cloud for Healthcare, including the integration of healthcare-specific AI models and enhancements in Microsoft Fabric.</w:t>
      </w:r>
      <w:r/>
    </w:p>
    <w:p>
      <w:pPr>
        <w:pStyle w:val="ListNumber"/>
        <w:spacing w:line="240" w:lineRule="auto"/>
        <w:ind w:left="720"/>
      </w:pPr>
      <w:r/>
      <w:hyperlink r:id="rId11">
        <w:r>
          <w:rPr>
            <w:color w:val="0000EE"/>
            <w:u w:val="single"/>
          </w:rPr>
          <w:t>https://thehealthcaretechnologyreport.com/microsoft-unveils-new-ai-innovations-for-healthcare/</w:t>
        </w:r>
      </w:hyperlink>
      <w:r>
        <w:t xml:space="preserve"> - This report discusses Microsoft's new AI innovations for healthcare, highlighting the integration of AI models and data solutions to improve patient care and streamline healthcare operations.</w:t>
      </w:r>
      <w:r/>
    </w:p>
    <w:p>
      <w:pPr>
        <w:pStyle w:val="ListNumber"/>
        <w:spacing w:line="240" w:lineRule="auto"/>
        <w:ind w:left="720"/>
      </w:pPr>
      <w:r/>
      <w:hyperlink r:id="rId12">
        <w:r>
          <w:rPr>
            <w:color w:val="0000EE"/>
            <w:u w:val="single"/>
          </w:rPr>
          <w:t>https://www.microsoft.com/en-us/industry/blog/healthcare/2024/03/11/harness-the-power-of-data-and-ai-in-healthcare-with-new-microsoft-solutions/</w:t>
        </w:r>
      </w:hyperlink>
      <w:r>
        <w:t xml:space="preserve"> - This blog post details the new AI-driven innovations in Microsoft Cloud for Healthcare, including Azure AI Health Insights and the enhancement of data solutions in Microsoft Fabric.</w:t>
      </w:r>
      <w:r/>
    </w:p>
    <w:p>
      <w:pPr>
        <w:pStyle w:val="ListNumber"/>
        <w:spacing w:line="240" w:lineRule="auto"/>
        <w:ind w:left="720"/>
      </w:pPr>
      <w:r/>
      <w:hyperlink r:id="rId13">
        <w:r>
          <w:rPr>
            <w:color w:val="0000EE"/>
            <w:u w:val="single"/>
          </w:rPr>
          <w:t>https://blogs.microsoft.com/blog/2024/03/11/microsoft-makes-the-promise-of-ai-in-healthcare-real-through-new-collaborations-with-healthcare-organizations-and-partners/</w:t>
        </w:r>
      </w:hyperlink>
      <w:r>
        <w:t xml:space="preserve"> - This article discusses Microsoft's collaborations with healthcare organizations like Providence and the development of multimodal medical imaging foundation models to analyze various healthcare data types.</w:t>
      </w:r>
      <w:r/>
    </w:p>
    <w:p>
      <w:pPr>
        <w:pStyle w:val="ListNumber"/>
        <w:spacing w:line="240" w:lineRule="auto"/>
        <w:ind w:left="720"/>
      </w:pPr>
      <w:r/>
      <w:hyperlink r:id="rId14">
        <w:r>
          <w:rPr>
            <w:color w:val="0000EE"/>
            <w:u w:val="single"/>
          </w:rPr>
          <w:t>https://www.microsoft.com/en-us/industry/health/microsoft-cloud-for-healthcare</w:t>
        </w:r>
      </w:hyperlink>
      <w:r>
        <w:t xml:space="preserve"> - This page provides an overview of Microsoft Cloud for Healthcare, including the integration of AI models, data solutions, and collaborations with major healthcare industry leaders.</w:t>
      </w:r>
      <w:r/>
    </w:p>
    <w:p>
      <w:pPr>
        <w:pStyle w:val="ListNumber"/>
        <w:spacing w:line="240" w:lineRule="auto"/>
        <w:ind w:left="720"/>
      </w:pPr>
      <w:r/>
      <w:hyperlink r:id="rId10">
        <w:r>
          <w:rPr>
            <w:color w:val="0000EE"/>
            <w:u w:val="single"/>
          </w:rPr>
          <w:t>https://blogs.microsoft.com/blog/2023/10/10/microsoft-introduces-new-data-and-ai-solutions-to-help-healthcare-organizations-unlock-insights-and-improve-patient-and-clinician-experiences/</w:t>
        </w:r>
      </w:hyperlink>
      <w:r>
        <w:t xml:space="preserve"> - This article mentions the public preview of healthcare data solutions in Microsoft Fabric, which helps in analyzing and visualizing data-driven insights across healthcare organizations.</w:t>
      </w:r>
      <w:r/>
    </w:p>
    <w:p>
      <w:pPr>
        <w:pStyle w:val="ListNumber"/>
        <w:spacing w:line="240" w:lineRule="auto"/>
        <w:ind w:left="720"/>
      </w:pPr>
      <w:r/>
      <w:hyperlink r:id="rId12">
        <w:r>
          <w:rPr>
            <w:color w:val="0000EE"/>
            <w:u w:val="single"/>
          </w:rPr>
          <w:t>https://www.microsoft.com/en-us/industry/blog/healthcare/2024/03/11/harness-the-power-of-data-and-ai-in-healthcare-with-new-microsoft-solutions/</w:t>
        </w:r>
      </w:hyperlink>
      <w:r>
        <w:t xml:space="preserve"> - This blog post introduces the Azure AI Health Bot and its role in assisting with administrative tasks such as scheduling appointments and triaging patient cases.</w:t>
      </w:r>
      <w:r/>
    </w:p>
    <w:p>
      <w:pPr>
        <w:pStyle w:val="ListNumber"/>
        <w:spacing w:line="240" w:lineRule="auto"/>
        <w:ind w:left="720"/>
      </w:pPr>
      <w:r/>
      <w:hyperlink r:id="rId13">
        <w:r>
          <w:rPr>
            <w:color w:val="0000EE"/>
            <w:u w:val="single"/>
          </w:rPr>
          <w:t>https://blogs.microsoft.com/blog/2024/03/11/microsoft-makes-the-promise-of-ai-in-healthcare-real-through-new-collaborations-with-healthcare-organizations-and-partners/</w:t>
        </w:r>
      </w:hyperlink>
      <w:r>
        <w:t xml:space="preserve"> - This article discusses AI-driven solutions for nursing workflows, developed in collaboration with Epic and several healthcare institutions, to alleviate administrative workload on nurses.</w:t>
      </w:r>
      <w:r/>
    </w:p>
    <w:p>
      <w:pPr>
        <w:pStyle w:val="ListNumber"/>
        <w:spacing w:line="240" w:lineRule="auto"/>
        <w:ind w:left="720"/>
      </w:pPr>
      <w:r/>
      <w:hyperlink r:id="rId14">
        <w:r>
          <w:rPr>
            <w:color w:val="0000EE"/>
            <w:u w:val="single"/>
          </w:rPr>
          <w:t>https://www.microsoft.com/en-us/industry/health/microsoft-cloud-for-healthcare</w:t>
        </w:r>
      </w:hyperlink>
      <w:r>
        <w:t xml:space="preserve"> - This page highlights Microsoft's commitment to ethical AI development and the adherence to principles ensuring responsible and safe deployment of AI technologies in healthcare.</w:t>
      </w:r>
      <w:r/>
    </w:p>
    <w:p>
      <w:pPr>
        <w:pStyle w:val="ListNumber"/>
        <w:spacing w:line="240" w:lineRule="auto"/>
        <w:ind w:left="720"/>
      </w:pPr>
      <w:r/>
      <w:hyperlink r:id="rId10">
        <w:r>
          <w:rPr>
            <w:color w:val="0000EE"/>
            <w:u w:val="single"/>
          </w:rPr>
          <w:t>https://blogs.microsoft.com/blog/2023/10/10/microsoft-introduces-new-data-and-ai-solutions-to-help-healthcare-organizations-unlock-insights-and-improve-patient-and-clinician-experiences/</w:t>
        </w:r>
      </w:hyperlink>
      <w:r>
        <w:t xml:space="preserve"> - This article explains how Microsoft's new AI innovations position the company at the forefront of integrating cutting-edge technology with healthcare to enhance efficiency and effectiveness.</w:t>
      </w:r>
      <w:r/>
    </w:p>
    <w:p>
      <w:pPr>
        <w:pStyle w:val="ListNumber"/>
        <w:spacing w:line="240" w:lineRule="auto"/>
        <w:ind w:left="720"/>
      </w:pPr>
      <w:r/>
      <w:hyperlink r:id="rId12">
        <w:r>
          <w:rPr>
            <w:color w:val="0000EE"/>
            <w:u w:val="single"/>
          </w:rPr>
          <w:t>https://www.microsoft.com/en-us/industry/blog/healthcare/2024/03/11/harness-the-power-of-data-and-ai-in-healthcare-with-new-microsoft-solutions/</w:t>
        </w:r>
      </w:hyperlink>
      <w:r>
        <w:t xml:space="preserve"> - This blog post details the collaboration with healthcare industry leaders and technology firms, such as Paige.ai, to develop advanced AI solutions for healthcare.</w:t>
      </w:r>
      <w:r/>
    </w:p>
    <w:p>
      <w:pPr>
        <w:pStyle w:val="ListNumber"/>
        <w:spacing w:line="240" w:lineRule="auto"/>
        <w:ind w:left="720"/>
      </w:pPr>
      <w:r/>
      <w:hyperlink r:id="rId11">
        <w:r>
          <w:rPr>
            <w:color w:val="0000EE"/>
            <w:u w:val="single"/>
          </w:rPr>
          <w:t>https://thehealthcaretechnologyreport.com/microsoft-unveils-new-ai-innovations-for-healthcare/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microsoft.com/blog/2023/10/10/microsoft-introduces-new-data-and-ai-solutions-to-help-healthcare-organizations-unlock-insights-and-improve-patient-and-clinician-experiences/" TargetMode="External"/><Relationship Id="rId11" Type="http://schemas.openxmlformats.org/officeDocument/2006/relationships/hyperlink" Target="https://thehealthcaretechnologyreport.com/microsoft-unveils-new-ai-innovations-for-healthcare/" TargetMode="External"/><Relationship Id="rId12" Type="http://schemas.openxmlformats.org/officeDocument/2006/relationships/hyperlink" Target="https://www.microsoft.com/en-us/industry/blog/healthcare/2024/03/11/harness-the-power-of-data-and-ai-in-healthcare-with-new-microsoft-solutions/" TargetMode="External"/><Relationship Id="rId13" Type="http://schemas.openxmlformats.org/officeDocument/2006/relationships/hyperlink" Target="https://blogs.microsoft.com/blog/2024/03/11/microsoft-makes-the-promise-of-ai-in-healthcare-real-through-new-collaborations-with-healthcare-organizations-and-partners/" TargetMode="External"/><Relationship Id="rId14" Type="http://schemas.openxmlformats.org/officeDocument/2006/relationships/hyperlink" Target="https://www.microsoft.com/en-us/industry/health/microsoft-cloud-for-health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