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Oleap Archer headset enhances productivity with AI and cutting-edge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enhance productivity and streamline communication, the newly released Oleap Archer Single-Ear Meeting Headset is making waves with its innovative features, designed to cater to professionals and students alike. This high-tech device is engineered to ensure seamless communication and efficient meeting management through a variety of cutting-edge functionalities, making it a prime choice for those needing reliable and versatile audio equipment.</w:t>
      </w:r>
      <w:r/>
    </w:p>
    <w:p>
      <w:r/>
      <w:r>
        <w:t>Launched in late 2023, the Oleap Archer stands out primarily for its integration of the advanced ChatGPT-4o-powered AI, which provides automatic transcription and summarisation of audio captured during meetings and lectures. This feature is expected to be particularly appealing to users who need efficient note-taking solutions, without the need for manual intervention.</w:t>
      </w:r>
      <w:r/>
    </w:p>
    <w:p>
      <w:r/>
      <w:r>
        <w:t>A notable component of the Oleap Archer is its VoiceON Technology. Capable of delivering clarity at a level of 50dB, this technology is designed to significantly improve conversation quality by filtering out background noise. This is further complemented by the dual connection feature, which simplifies the process of switching between devices, allowing users to maintain control effortlessly.</w:t>
      </w:r>
      <w:r/>
    </w:p>
    <w:p>
      <w:r/>
      <w:r>
        <w:t>The headset also addresses user comfort and practicality with its one-ear design, which not only enhances comfort for extended use but also allows users to remain aware of their surroundings. This is particularly useful in dynamic work environments where multitasking is a necessity.</w:t>
      </w:r>
      <w:r/>
    </w:p>
    <w:p>
      <w:r/>
      <w:r>
        <w:t>Equipped with an impressive battery life, the Oleap Archer promises up to 7 hours of active use on a single charge, with an additional 21 hours available from its charging case. This feature ensures that the headset meets the demands of a typical workday without frequent recharging interruptions.</w:t>
      </w:r>
      <w:r/>
    </w:p>
    <w:p>
      <w:r/>
      <w:r>
        <w:t>Another highlight of the Oleap Archer is its efficiency in initiating recordings. Users can start recording with just a single press, enhancing ease of use. Additionally, the device offers 1,000 minutes of free transcription each month via its AI model, providing substantial value for users who require extensive transcription services.</w:t>
      </w:r>
      <w:r/>
    </w:p>
    <w:p>
      <w:r/>
      <w:r>
        <w:t>The Oleap Archer Single-Ear Meeting Headset is positioned as a highly functional tool that aligns well with the needs of modern professionals. Its innovative design and advanced features underscore the device's potential as a staple in contemporary productivity setups. With technology increasingly playing a pivotal role in everyday communication and productivity, the Oleap Archer is poised to be a significant addition to the landscape of audio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https://thegadgetflow.com/product/oleap-archer-single-ear-meeting-headset/</w:t>
        </w:r>
      </w:hyperlink>
      <w:r>
        <w:t xml:space="preserve"> - Corroborates the integration of ChatGPT-4o-powered AI for transcription and summarization, VoiceON Technology, and the one-ear design for comfort.</w:t>
      </w:r>
      <w:r/>
    </w:p>
    <w:p>
      <w:pPr>
        <w:pStyle w:val="ListNumber"/>
        <w:spacing w:line="240" w:lineRule="auto"/>
        <w:ind w:left="720"/>
      </w:pPr>
      <w:r/>
      <w:hyperlink r:id="rId10">
        <w:r>
          <w:rPr>
            <w:color w:val="0000EE"/>
            <w:u w:val="single"/>
          </w:rPr>
          <w:t>https://thegadgetflow.com/product/oleap-archer-single-ear-meeting-headset/</w:t>
        </w:r>
      </w:hyperlink>
      <w:r>
        <w:t xml:space="preserve"> - Supports the feature of up to 7 hours of battery life and 21 hours from the charging case.</w:t>
      </w:r>
      <w:r/>
    </w:p>
    <w:p>
      <w:pPr>
        <w:pStyle w:val="ListNumber"/>
        <w:spacing w:line="240" w:lineRule="auto"/>
        <w:ind w:left="720"/>
      </w:pPr>
      <w:r/>
      <w:hyperlink r:id="rId10">
        <w:r>
          <w:rPr>
            <w:color w:val="0000EE"/>
            <w:u w:val="single"/>
          </w:rPr>
          <w:t>https://thegadgetflow.com/product/oleap-archer-single-ear-meeting-headset/</w:t>
        </w:r>
      </w:hyperlink>
      <w:r>
        <w:t xml:space="preserve"> - Confirms the ability to start recording with a single press and the offer of 1,000 minutes of free transcription per month.</w:t>
      </w:r>
      <w:r/>
    </w:p>
    <w:p>
      <w:pPr>
        <w:pStyle w:val="ListNumber"/>
        <w:spacing w:line="240" w:lineRule="auto"/>
        <w:ind w:left="720"/>
      </w:pPr>
      <w:r/>
      <w:hyperlink r:id="rId11">
        <w:r>
          <w:rPr>
            <w:color w:val="0000EE"/>
            <w:u w:val="single"/>
          </w:rPr>
          <w:t>https://www.oleapai.com/?srsltid=AfmBOopNYZl1mdVY4OnH51ZmPbCv2qHDtebkGTTCxS5ysSNbdv0-Vyst</w:t>
        </w:r>
      </w:hyperlink>
      <w:r>
        <w:t xml:space="preserve"> - Supports the presence of advanced noise-cancelling microphones and the open-ear design for comfort.</w:t>
      </w:r>
      <w:r/>
    </w:p>
    <w:p>
      <w:pPr>
        <w:pStyle w:val="ListNumber"/>
        <w:spacing w:line="240" w:lineRule="auto"/>
        <w:ind w:left="720"/>
      </w:pPr>
      <w:r/>
      <w:hyperlink r:id="rId12">
        <w:r>
          <w:rPr>
            <w:color w:val="0000EE"/>
            <w:u w:val="single"/>
          </w:rPr>
          <w:t>https://www.kickstarter.com/projects/oleap/oleap-archer-single-ear-meeing-headset/faqs?category_id=52&amp;total_hits=144</w:t>
        </w:r>
      </w:hyperlink>
      <w:r>
        <w:t xml:space="preserve"> - Provides additional details on the recording, transcription, and summarization features of the Oleap Archer.</w:t>
      </w:r>
      <w:r/>
    </w:p>
    <w:p>
      <w:pPr>
        <w:pStyle w:val="ListNumber"/>
        <w:spacing w:line="240" w:lineRule="auto"/>
        <w:ind w:left="720"/>
      </w:pPr>
      <w:r/>
      <w:hyperlink r:id="rId13">
        <w:r>
          <w:rPr>
            <w:color w:val="0000EE"/>
            <w:u w:val="single"/>
          </w:rPr>
          <w:t>https://www.youtube.com/watch?v=HnPLnwBTeMc</w:t>
        </w:r>
      </w:hyperlink>
      <w:r>
        <w:t xml:space="preserve"> - Introduces the features of the Oleap Archer, including its AI capabilities and user-friendly design.</w:t>
      </w:r>
      <w:r/>
    </w:p>
    <w:p>
      <w:pPr>
        <w:pStyle w:val="ListNumber"/>
        <w:spacing w:line="240" w:lineRule="auto"/>
        <w:ind w:left="720"/>
      </w:pPr>
      <w:r/>
      <w:hyperlink r:id="rId10">
        <w:r>
          <w:rPr>
            <w:color w:val="0000EE"/>
            <w:u w:val="single"/>
          </w:rPr>
          <w:t>https://thegadgetflow.com/product/oleap-archer-single-ear-meeting-headset/</w:t>
        </w:r>
      </w:hyperlink>
      <w:r>
        <w:t xml:space="preserve"> - Details the dual connection feature and its role in simplifying device switching.</w:t>
      </w:r>
      <w:r/>
    </w:p>
    <w:p>
      <w:pPr>
        <w:pStyle w:val="ListNumber"/>
        <w:spacing w:line="240" w:lineRule="auto"/>
        <w:ind w:left="720"/>
      </w:pPr>
      <w:r/>
      <w:hyperlink r:id="rId11">
        <w:r>
          <w:rPr>
            <w:color w:val="0000EE"/>
            <w:u w:val="single"/>
          </w:rPr>
          <w:t>https://www.oleapai.com/?srsltid=AfmBOopNYZl1mdVY4OnH51ZmPbCv2qHDtebkGTTCxS5ysSNbdv0-Vyst</w:t>
        </w:r>
      </w:hyperlink>
      <w:r>
        <w:t xml:space="preserve"> - Highlights the comfort and practicality of the one-ear design.</w:t>
      </w:r>
      <w:r/>
    </w:p>
    <w:p>
      <w:pPr>
        <w:pStyle w:val="ListNumber"/>
        <w:spacing w:line="240" w:lineRule="auto"/>
        <w:ind w:left="720"/>
      </w:pPr>
      <w:r/>
      <w:hyperlink r:id="rId10">
        <w:r>
          <w:rPr>
            <w:color w:val="0000EE"/>
            <w:u w:val="single"/>
          </w:rPr>
          <w:t>https://thegadgetflow.com/product/oleap-archer-single-ear-meeting-headset/</w:t>
        </w:r>
      </w:hyperlink>
      <w:r>
        <w:t xml:space="preserve"> - Explains the noise-free dialog feature and its accuracy even in whispering conditions.</w:t>
      </w:r>
      <w:r/>
    </w:p>
    <w:p>
      <w:pPr>
        <w:pStyle w:val="ListNumber"/>
        <w:spacing w:line="240" w:lineRule="auto"/>
        <w:ind w:left="720"/>
      </w:pPr>
      <w:r/>
      <w:hyperlink r:id="rId14">
        <w:r>
          <w:rPr>
            <w:color w:val="0000EE"/>
            <w:u w:val="single"/>
          </w:rPr>
          <w:t>https://www.youtube.com/watch?v=0yHdE9RCYow</w:t>
        </w:r>
      </w:hyperlink>
      <w:r>
        <w:t xml:space="preserve"> - Showcases the Oleap Archer at the Hong Kong Electronics Fair, highlighting its innovative features.</w:t>
      </w:r>
      <w:r/>
    </w:p>
    <w:p>
      <w:pPr>
        <w:pStyle w:val="ListNumber"/>
        <w:spacing w:line="240" w:lineRule="auto"/>
        <w:ind w:left="720"/>
      </w:pPr>
      <w:r/>
      <w:hyperlink r:id="rId10">
        <w:r>
          <w:rPr>
            <w:color w:val="0000EE"/>
            <w:u w:val="single"/>
          </w:rPr>
          <w:t>https://thegadgetflow.com/product/oleap-archer-single-ear-meeting-headset/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gadgetflow.com/product/oleap-archer-single-ear-meeting-headset/" TargetMode="External"/><Relationship Id="rId11" Type="http://schemas.openxmlformats.org/officeDocument/2006/relationships/hyperlink" Target="https://www.oleapai.com/?srsltid=AfmBOopNYZl1mdVY4OnH51ZmPbCv2qHDtebkGTTCxS5ysSNbdv0-Vyst" TargetMode="External"/><Relationship Id="rId12" Type="http://schemas.openxmlformats.org/officeDocument/2006/relationships/hyperlink" Target="https://www.kickstarter.com/projects/oleap/oleap-archer-single-ear-meeing-headset/faqs?category_id=52&amp;total_hits=144" TargetMode="External"/><Relationship Id="rId13" Type="http://schemas.openxmlformats.org/officeDocument/2006/relationships/hyperlink" Target="https://www.youtube.com/watch?v=HnPLnwBTeMc" TargetMode="External"/><Relationship Id="rId14" Type="http://schemas.openxmlformats.org/officeDocument/2006/relationships/hyperlink" Target="https://www.youtube.com/watch?v=0yHdE9RCY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