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OneXPlayer unveils OneXFly F1 Pro handheld gaming device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OneXPlayer, a brand known for pushing the envelope in the realm of portable gaming devices, has unveiled a highly anticipated addition to their lineup: the OneXFly F1 Pro. This announcement was made via a video on One-Netbook's YouTube channel, where the company revealed enticing details about the new handheld gaming device.</w:t>
      </w:r>
      <w:r/>
    </w:p>
    <w:p>
      <w:r/>
      <w:r>
        <w:t>The OneXFly F1 Pro comes equipped with a 7-inch OLED display capable of a remarkable 144 Hz refresh rate, a feature that sets it apart from many other handhelds on the market. This high refresh rate, coupled with the OLED's "wide colour gamut," "stunning brightness," and "vibrant colours," promises an impressive visual experience. The screen also boasts a narrow bezel design, enhancing the device's sleek and modern aesthetic.</w:t>
      </w:r>
      <w:r/>
    </w:p>
    <w:p>
      <w:r/>
      <w:r>
        <w:t>Under the hood, the OneXFly F1 Pro is powered by the latest mobile processor from AMD, the Ryzen AI 9 HX 370. This chip stands out with its robust configuration of four Zen 5 cores and eight Zen 5c cores, alongside the Radeon 890M GPU. The inclusion of this powerful GPU, which features 16 RDNA 3.5 Compute Units (CUs), is expected to deliver a substantial performance boost—reportedly 20% faster than its predecessor, the Radeon 780M. This could potentially handle the demands of the 144 Hz display for less graphically intensive gaming titles.</w:t>
      </w:r>
      <w:r/>
    </w:p>
    <w:p>
      <w:r/>
      <w:r>
        <w:t>The announcement also highlights that potential buyers might have several processor choices, including the Ryzen 7 8840U and the Ryzen AI 9 365. While the Ryzen 7 8840U is comparable to existing models in its class, the Ryzen AI 9 365 introduces new architecture with its blend of Zen 5 and Zen 5c cores, and the Radeon 880M GPU with 12 CUs.</w:t>
      </w:r>
      <w:r/>
    </w:p>
    <w:p>
      <w:r/>
      <w:r>
        <w:t>As with all innovations, battery life remains a critical consideration for gamers on the go. Although exact details about battery capacity are yet to be disclosed, there has been considerable speculation around whether the OneXFly F1 Pro will feature a battery comparable to the 80 Whr unit found in the ROG Ally X. The battery specifications, along with the device’s ability to maximise the capabilities of the HX 370 chip while maintaining portability, are crucial factors eagerly awaited by potential buyers.</w:t>
      </w:r>
      <w:r/>
    </w:p>
    <w:p>
      <w:r/>
      <w:r>
        <w:t>The OneXFly F1 Pro also features joysticks reported to be drift-free, likely utilising Hall effect sensors, following in the footsteps of their previous models. Given the positive reception of earlier OneXFly models—a notable example being a high review score of 87%—expectations for the F1 Pro are reasonably high.</w:t>
      </w:r>
      <w:r/>
    </w:p>
    <w:p>
      <w:r/>
      <w:r>
        <w:t xml:space="preserve">As of now, while pricing details haven't been confirmed, speculation suggests that the model equipped with the HX 370 chip could command a price exceeding $1,000. The official release date is anticipated for November, though an exact date has not been publicly disclosed. As handheld gaming devices continue to gain traction, the OneXFly F1 Pro aims to carve out its niche with its combination of cutting-edge technology and sleek design. </w:t>
      </w:r>
      <w:r/>
    </w:p>
    <w:p>
      <w:r/>
      <w:r>
        <w:t>Gaming enthusiasts and tech aficionados alike will be watching closely as further details emerge, with hopes that the OneXFly F1 Pro will deliver on its promises and set new standards in the handheld gaming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https://www.technetbooks.com/2024/10/one-netbook-onexfly-f1-pro-powerful.html</w:t>
        </w:r>
      </w:hyperlink>
      <w:r>
        <w:t xml:space="preserve"> - Corroborates the announcement of the OneXFly F1 Pro, its 7-inch 144Hz OLED display, and the use of AMD's Ryzen AI 9 processors.</w:t>
      </w:r>
      <w:r/>
    </w:p>
    <w:p>
      <w:pPr>
        <w:pStyle w:val="ListNumber"/>
        <w:spacing w:line="240" w:lineRule="auto"/>
        <w:ind w:left="720"/>
      </w:pPr>
      <w:r/>
      <w:hyperlink r:id="rId11">
        <w:r>
          <w:rPr>
            <w:color w:val="0000EE"/>
            <w:u w:val="single"/>
          </w:rPr>
          <w:t>https://onexplayerstore.com/products/onexfly-gaming-handheld</w:t>
        </w:r>
      </w:hyperlink>
      <w:r>
        <w:t xml:space="preserve"> - Provides details on the OneXFly's hardware, including the AMD Ryzen 7 8840U CPU and its performance capabilities.</w:t>
      </w:r>
      <w:r/>
    </w:p>
    <w:p>
      <w:pPr>
        <w:pStyle w:val="ListNumber"/>
        <w:spacing w:line="240" w:lineRule="auto"/>
        <w:ind w:left="720"/>
      </w:pPr>
      <w:r/>
      <w:hyperlink r:id="rId12">
        <w:r>
          <w:rPr>
            <w:color w:val="0000EE"/>
            <w:u w:val="single"/>
          </w:rPr>
          <w:t>https://www.reddit.com/r/OneXPlayer/comments/1gfqt7c/onexfly_f1_pro_a_7_oled_144hz_gaming_handheld/</w:t>
        </w:r>
      </w:hyperlink>
      <w:r>
        <w:t xml:space="preserve"> - Discusses the launch of the OneXFly F1 Pro and its 7-inch OLED 144Hz display.</w:t>
      </w:r>
      <w:r/>
    </w:p>
    <w:p>
      <w:pPr>
        <w:pStyle w:val="ListNumber"/>
        <w:spacing w:line="240" w:lineRule="auto"/>
        <w:ind w:left="720"/>
      </w:pPr>
      <w:r/>
      <w:hyperlink r:id="rId13">
        <w:r>
          <w:rPr>
            <w:color w:val="0000EE"/>
            <w:u w:val="single"/>
          </w:rPr>
          <w:t>https://onexplayerstore.com</w:t>
        </w:r>
      </w:hyperlink>
      <w:r>
        <w:t xml:space="preserve"> - Mentions the OneXPlayer brand and its focus on powerful handheld gaming devices, including the OneXFly series.</w:t>
      </w:r>
      <w:r/>
    </w:p>
    <w:p>
      <w:pPr>
        <w:pStyle w:val="ListNumber"/>
        <w:spacing w:line="240" w:lineRule="auto"/>
        <w:ind w:left="720"/>
      </w:pPr>
      <w:r/>
      <w:hyperlink r:id="rId14">
        <w:r>
          <w:rPr>
            <w:color w:val="0000EE"/>
            <w:u w:val="single"/>
          </w:rPr>
          <w:t>https://www.amazon.com/onexplayer-onexfly/s?k=onexplayer+onexfly</w:t>
        </w:r>
      </w:hyperlink>
      <w:r>
        <w:t xml:space="preserve"> - Lists various OneXFly models and their specifications, including display and processor options.</w:t>
      </w:r>
      <w:r/>
    </w:p>
    <w:p>
      <w:pPr>
        <w:pStyle w:val="ListNumber"/>
        <w:spacing w:line="240" w:lineRule="auto"/>
        <w:ind w:left="720"/>
      </w:pPr>
      <w:r/>
      <w:hyperlink r:id="rId11">
        <w:r>
          <w:rPr>
            <w:color w:val="0000EE"/>
            <w:u w:val="single"/>
          </w:rPr>
          <w:t>https://onexplayerstore.com/products/onexfly-gaming-handheld</w:t>
        </w:r>
      </w:hyperlink>
      <w:r>
        <w:t xml:space="preserve"> - Details the customer reviews and feedback on the OneXFly, highlighting its performance, battery life, and design.</w:t>
      </w:r>
      <w:r/>
    </w:p>
    <w:p>
      <w:pPr>
        <w:pStyle w:val="ListNumber"/>
        <w:spacing w:line="240" w:lineRule="auto"/>
        <w:ind w:left="720"/>
      </w:pPr>
      <w:r/>
      <w:hyperlink r:id="rId10">
        <w:r>
          <w:rPr>
            <w:color w:val="0000EE"/>
            <w:u w:val="single"/>
          </w:rPr>
          <w:t>https://www.technetbooks.com/2024/10/one-netbook-onexfly-f1-pro-powerful.html</w:t>
        </w:r>
      </w:hyperlink>
      <w:r>
        <w:t xml:space="preserve"> - Mentions the potential processor choices, including the Ryzen AI 9 365 and Ryzen 7 8840U, and their respective GPUs.</w:t>
      </w:r>
      <w:r/>
    </w:p>
    <w:p>
      <w:pPr>
        <w:pStyle w:val="ListNumber"/>
        <w:spacing w:line="240" w:lineRule="auto"/>
        <w:ind w:left="720"/>
      </w:pPr>
      <w:r/>
      <w:hyperlink r:id="rId11">
        <w:r>
          <w:rPr>
            <w:color w:val="0000EE"/>
            <w:u w:val="single"/>
          </w:rPr>
          <w:t>https://onexplayerstore.com/products/onexfly-gaming-handheld</w:t>
        </w:r>
      </w:hyperlink>
      <w:r>
        <w:t xml:space="preserve"> - Explains the use of Hall effect sensors in the joysticks to prevent drift, a feature consistent with previous OneXFly models.</w:t>
      </w:r>
      <w:r/>
    </w:p>
    <w:p>
      <w:pPr>
        <w:pStyle w:val="ListNumber"/>
        <w:spacing w:line="240" w:lineRule="auto"/>
        <w:ind w:left="720"/>
      </w:pPr>
      <w:r/>
      <w:hyperlink r:id="rId12">
        <w:r>
          <w:rPr>
            <w:color w:val="0000EE"/>
            <w:u w:val="single"/>
          </w:rPr>
          <w:t>https://www.reddit.com/r/OneXPlayer/comments/1gfqt7c/onexfly_f1_pro_a_7_oled_144hz_gaming_handheld/</w:t>
        </w:r>
      </w:hyperlink>
      <w:r>
        <w:t xml:space="preserve"> - Discusses the anticipation and expectations around the OneXFly F1 Pro's release, including pricing and release date speculation.</w:t>
      </w:r>
      <w:r/>
    </w:p>
    <w:p>
      <w:pPr>
        <w:pStyle w:val="ListNumber"/>
        <w:spacing w:line="240" w:lineRule="auto"/>
        <w:ind w:left="720"/>
      </w:pPr>
      <w:r/>
      <w:hyperlink r:id="rId13">
        <w:r>
          <w:rPr>
            <w:color w:val="0000EE"/>
            <w:u w:val="single"/>
          </w:rPr>
          <w:t>https://onexplayerstore.com</w:t>
        </w:r>
      </w:hyperlink>
      <w:r>
        <w:t xml:space="preserve"> - Highlights the brand's focus on combining cutting-edge technology with sleek design, relevant to the OneXFly F1 Pro's features.</w:t>
      </w:r>
      <w:r/>
    </w:p>
    <w:p>
      <w:pPr>
        <w:pStyle w:val="ListNumber"/>
        <w:spacing w:line="240" w:lineRule="auto"/>
        <w:ind w:left="720"/>
      </w:pPr>
      <w:r/>
      <w:hyperlink r:id="rId15">
        <w:r>
          <w:rPr>
            <w:color w:val="0000EE"/>
            <w:u w:val="single"/>
          </w:rPr>
          <w:t>https://www.pcgamer.com/hardware/handheld-gaming-pcs/amds-top-ryzen-ai-mobile-chip-featuring-zen-5-and-a-juiced-gpu-is-headed-to-a-handheld-gaming-pc-next-month/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netbooks.com/2024/10/one-netbook-onexfly-f1-pro-powerful.html" TargetMode="External"/><Relationship Id="rId11" Type="http://schemas.openxmlformats.org/officeDocument/2006/relationships/hyperlink" Target="https://onexplayerstore.com/products/onexfly-gaming-handheld" TargetMode="External"/><Relationship Id="rId12" Type="http://schemas.openxmlformats.org/officeDocument/2006/relationships/hyperlink" Target="https://www.reddit.com/r/OneXPlayer/comments/1gfqt7c/onexfly_f1_pro_a_7_oled_144hz_gaming_handheld/" TargetMode="External"/><Relationship Id="rId13" Type="http://schemas.openxmlformats.org/officeDocument/2006/relationships/hyperlink" Target="https://onexplayerstore.com" TargetMode="External"/><Relationship Id="rId14" Type="http://schemas.openxmlformats.org/officeDocument/2006/relationships/hyperlink" Target="https://www.amazon.com/onexplayer-onexfly/s?k=onexplayer+onexfly" TargetMode="External"/><Relationship Id="rId15" Type="http://schemas.openxmlformats.org/officeDocument/2006/relationships/hyperlink" Target="https://www.pcgamer.com/hardware/handheld-gaming-pcs/amds-top-ryzen-ai-mobile-chip-featuring-zen-5-and-a-juiced-gpu-is-headed-to-a-handheld-gaming-pc-next-mon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