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 introduces chat search feature to enhance user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OpenAI, the company behind the popular AI chatbot ChatGPT, has announced the introduction of a new feature designed to enhance user experience by addressing a common frustration faced by its millions of users. The update, revealed on Tuesday through OpenAI's official X post, enables users to efficiently search their chat history within the ChatGPT web platform, offering a much-desired organisational tool.</w:t>
      </w:r>
      <w:r/>
    </w:p>
    <w:p>
      <w:r/>
      <w:r>
        <w:t>The new feature is set to simplify the process of managing past conversations, which often accumulate with generic and unhelpful labels in the history bar. This development responds to user demand for easier navigation and retrieval of information that may be buried in extensive chat logs. To access this feature, users will find a magnifying glass icon located in the upper left-hand corner of their ChatGPT interface, signifying the search function.</w:t>
      </w:r>
      <w:r/>
    </w:p>
    <w:p>
      <w:r/>
      <w:r>
        <w:t>OpenAI plans to execute a staggered rollout of this feature, aligning with their typical release strategy. Initially, it will be available to ChatGPT Plus and Team subscribers, followed by broader availability to Enterprise and educational institution users next week. Free-tier users will gain access incrementally over the next month. During the rollout, paid users have yet expressed anticipation regarding when they will be able to utilise this new tool.</w:t>
      </w:r>
      <w:r/>
    </w:p>
    <w:p>
      <w:r/>
      <w:r>
        <w:t>The introduction of a chat search feature highlights OpenAI's responsiveness to user feedback, addressing the intricacies involved in navigating and retrieving valuable exchanges. This development serves to assist users who have been advocating for additional organisational capabilities within the platform, such as the ability to pin important conversations or create dedicated chat folders.</w:t>
      </w:r>
      <w:r/>
    </w:p>
    <w:p>
      <w:r/>
      <w:r>
        <w:t>Until the full deployment of the search function, there are alternative methods that users can employ to manage their chat histories. This includes archiving important conversations through the settings menu, where users can select "Archived chats" under the general settings tab. Additionally, users can rename chats for easier identification or delete unwanted conversations to streamline their chat history.</w:t>
      </w:r>
      <w:r/>
    </w:p>
    <w:p>
      <w:r/>
      <w:r>
        <w:t>This initiative by OpenAI follows ongoing efforts to enhance the utility and accessibility of ChatGPT, amidst the increasing integration of artificial intelligence in various contexts. The rollout of the search feature is indicative of the company's commitment to refining its product in response to the evolving needs of its 250 million-strong user base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https://www.npr.org/2024/11/01/nx-s1-5174958/chatgpt-search-feature-openai</w:t>
        </w:r>
      </w:hyperlink>
      <w:r>
        <w:t xml:space="preserve"> - Describes the new web search feature in ChatGPT, including the ability to search the web and provide links to sources.</w:t>
      </w:r>
      <w:r/>
    </w:p>
    <w:p>
      <w:pPr>
        <w:pStyle w:val="ListNumber"/>
        <w:spacing w:line="240" w:lineRule="auto"/>
        <w:ind w:left="720"/>
      </w:pPr>
      <w:r/>
      <w:hyperlink r:id="rId11">
        <w:r>
          <w:rPr>
            <w:color w:val="0000EE"/>
            <w:u w:val="single"/>
          </w:rPr>
          <w:t>https://www.technologyreview.com/2024/10/31/1106472/chatgpt-now-lets-you-search-the-internet/</w:t>
        </w:r>
      </w:hyperlink>
      <w:r>
        <w:t xml:space="preserve"> - Details how ChatGPT can now search the web for up-to-date answers, including sports, stocks, and news, and deliver rich multi-media results.</w:t>
      </w:r>
      <w:r/>
    </w:p>
    <w:p>
      <w:pPr>
        <w:pStyle w:val="ListNumber"/>
        <w:spacing w:line="240" w:lineRule="auto"/>
        <w:ind w:left="720"/>
      </w:pPr>
      <w:r/>
      <w:hyperlink r:id="rId12">
        <w:r>
          <w:rPr>
            <w:color w:val="0000EE"/>
            <w:u w:val="single"/>
          </w:rPr>
          <w:t>https://openai.com/index/introducing-chatgpt-search/</w:t>
        </w:r>
      </w:hyperlink>
      <w:r>
        <w:t xml:space="preserve"> - Explains the new search feature in ChatGPT, including how it works, its availability, and the integration with other OpenAI tools.</w:t>
      </w:r>
      <w:r/>
    </w:p>
    <w:p>
      <w:pPr>
        <w:pStyle w:val="ListNumber"/>
        <w:spacing w:line="240" w:lineRule="auto"/>
        <w:ind w:left="720"/>
      </w:pPr>
      <w:r/>
      <w:hyperlink r:id="rId11">
        <w:r>
          <w:rPr>
            <w:color w:val="0000EE"/>
            <w:u w:val="single"/>
          </w:rPr>
          <w:t>https://www.technologyreview.com/2024/10/31/1106472/chatgpt-now-lets-you-search-the-internet/</w:t>
        </w:r>
      </w:hyperlink>
      <w:r>
        <w:t xml:space="preserve"> - Mentions the collaboration with news organizations and publishers to enhance the search feature and provide high-quality content.</w:t>
      </w:r>
      <w:r/>
    </w:p>
    <w:p>
      <w:pPr>
        <w:pStyle w:val="ListNumber"/>
        <w:spacing w:line="240" w:lineRule="auto"/>
        <w:ind w:left="720"/>
      </w:pPr>
      <w:r/>
      <w:hyperlink r:id="rId12">
        <w:r>
          <w:rPr>
            <w:color w:val="0000EE"/>
            <w:u w:val="single"/>
          </w:rPr>
          <w:t>https://openai.com/index/introducing-chatgpt-search/</w:t>
        </w:r>
      </w:hyperlink>
      <w:r>
        <w:t xml:space="preserve"> - Describes the availability of the search feature for ChatGPT Plus and Team users, as well as the planned rollout for other users.</w:t>
      </w:r>
      <w:r/>
    </w:p>
    <w:p>
      <w:pPr>
        <w:pStyle w:val="ListNumber"/>
        <w:spacing w:line="240" w:lineRule="auto"/>
        <w:ind w:left="720"/>
      </w:pPr>
      <w:r/>
      <w:hyperlink r:id="rId10">
        <w:r>
          <w:rPr>
            <w:color w:val="0000EE"/>
            <w:u w:val="single"/>
          </w:rPr>
          <w:t>https://www.npr.org/2024/11/01/nx-s1-5174958/chatgpt-search-feature-openai</w:t>
        </w:r>
      </w:hyperlink>
      <w:r>
        <w:t xml:space="preserve"> - Highlights the innovative manner in which users can interact with information using the new search feature.</w:t>
      </w:r>
      <w:r/>
    </w:p>
    <w:p>
      <w:pPr>
        <w:pStyle w:val="ListNumber"/>
        <w:spacing w:line="240" w:lineRule="auto"/>
        <w:ind w:left="720"/>
      </w:pPr>
      <w:r/>
      <w:hyperlink r:id="rId11">
        <w:r>
          <w:rPr>
            <w:color w:val="0000EE"/>
            <w:u w:val="single"/>
          </w:rPr>
          <w:t>https://www.technologyreview.com/2024/10/31/1106472/chatgpt-now-lets-you-search-the-internet/</w:t>
        </w:r>
      </w:hyperlink>
      <w:r>
        <w:t xml:space="preserve"> - Discusses the potential impact of AI-powered search tools on the market, including competition with Google.</w:t>
      </w:r>
      <w:r/>
    </w:p>
    <w:p>
      <w:pPr>
        <w:pStyle w:val="ListNumber"/>
        <w:spacing w:line="240" w:lineRule="auto"/>
        <w:ind w:left="720"/>
      </w:pPr>
      <w:r/>
      <w:hyperlink r:id="rId12">
        <w:r>
          <w:rPr>
            <w:color w:val="0000EE"/>
            <w:u w:val="single"/>
          </w:rPr>
          <w:t>https://openai.com/index/introducing-chatgpt-search/</w:t>
        </w:r>
      </w:hyperlink>
      <w:r>
        <w:t xml:space="preserve"> - Explains how the search model is fine-tuned and how it leverages third-party search providers and content from partners.</w:t>
      </w:r>
      <w:r/>
    </w:p>
    <w:p>
      <w:pPr>
        <w:pStyle w:val="ListNumber"/>
        <w:spacing w:line="240" w:lineRule="auto"/>
        <w:ind w:left="720"/>
      </w:pPr>
      <w:r/>
      <w:hyperlink r:id="rId13">
        <w:r>
          <w:rPr>
            <w:color w:val="0000EE"/>
            <w:u w:val="single"/>
          </w:rPr>
          <w:t>https://www.washingtonpost.com/technology/2024/10/31/openai-chatgpt-search-ai-upgrade-google/</w:t>
        </w:r>
      </w:hyperlink>
      <w:r>
        <w:t xml:space="preserve"> - Provides context on how the new search feature challenges traditional search engines like Google.</w:t>
      </w:r>
      <w:r/>
    </w:p>
    <w:p>
      <w:pPr>
        <w:pStyle w:val="ListNumber"/>
        <w:spacing w:line="240" w:lineRule="auto"/>
        <w:ind w:left="720"/>
      </w:pPr>
      <w:r/>
      <w:hyperlink r:id="rId14">
        <w:r>
          <w:rPr>
            <w:color w:val="0000EE"/>
            <w:u w:val="single"/>
          </w:rPr>
          <w:t>https://arstechnica.com/ai/2024/10/openai-launches-chatgpt-with-search-taking-google-head-on/</w:t>
        </w:r>
      </w:hyperlink>
      <w:r>
        <w:t xml:space="preserve"> - Details the integration of search with other OpenAI tools and the future plans for enhancing the search experience.</w:t>
      </w:r>
      <w:r/>
    </w:p>
    <w:p>
      <w:pPr>
        <w:pStyle w:val="ListNumber"/>
        <w:spacing w:line="240" w:lineRule="auto"/>
        <w:ind w:left="720"/>
      </w:pPr>
      <w:r/>
      <w:hyperlink r:id="rId12">
        <w:r>
          <w:rPr>
            <w:color w:val="0000EE"/>
            <w:u w:val="single"/>
          </w:rPr>
          <w:t>https://openai.com/index/introducing-chatgpt-search/</w:t>
        </w:r>
      </w:hyperlink>
      <w:r>
        <w:t xml:space="preserve"> - Mentions the ability to go deeper with follow-up questions and the consideration of the full context of the chat.</w:t>
      </w:r>
      <w:r/>
    </w:p>
    <w:p>
      <w:pPr>
        <w:pStyle w:val="ListNumber"/>
        <w:spacing w:line="240" w:lineRule="auto"/>
        <w:ind w:left="720"/>
      </w:pPr>
      <w:r/>
      <w:hyperlink r:id="rId15">
        <w:r>
          <w:rPr>
            <w:color w:val="0000EE"/>
            <w:u w:val="single"/>
          </w:rPr>
          <w:t>https://www.zdnet.com/article/this-highly-requested-chatgpt-search-feature-is-finally-rolling-out-to-web-users/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pr.org/2024/11/01/nx-s1-5174958/chatgpt-search-feature-openai" TargetMode="External"/><Relationship Id="rId11" Type="http://schemas.openxmlformats.org/officeDocument/2006/relationships/hyperlink" Target="https://www.technologyreview.com/2024/10/31/1106472/chatgpt-now-lets-you-search-the-internet/" TargetMode="External"/><Relationship Id="rId12" Type="http://schemas.openxmlformats.org/officeDocument/2006/relationships/hyperlink" Target="https://openai.com/index/introducing-chatgpt-search/" TargetMode="External"/><Relationship Id="rId13" Type="http://schemas.openxmlformats.org/officeDocument/2006/relationships/hyperlink" Target="https://www.washingtonpost.com/technology/2024/10/31/openai-chatgpt-search-ai-upgrade-google/" TargetMode="External"/><Relationship Id="rId14" Type="http://schemas.openxmlformats.org/officeDocument/2006/relationships/hyperlink" Target="https://arstechnica.com/ai/2024/10/openai-launches-chatgpt-with-search-taking-google-head-on/" TargetMode="External"/><Relationship Id="rId15" Type="http://schemas.openxmlformats.org/officeDocument/2006/relationships/hyperlink" Target="https://www.zdnet.com/article/this-highly-requested-chatgpt-search-feature-is-finally-rolling-out-to-web-us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