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Oprah Winfrey explores the impact of artificial intelligence in new special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Oprah Winfrey, renowned for her impactful presence in the world of television, has recently delved into a subject that is rapidly transforming the global landscape: artificial intelligence (AI). Her new ABC special, titled “AI and the Future of Us: An Oprah Winfrey Special,” presents an in-depth exploration of AI and its potential to significantly alter societal norms.</w:t>
      </w:r>
      <w:r/>
    </w:p>
    <w:p>
      <w:r/>
      <w:r>
        <w:t xml:space="preserve">Broadcast in November 2024, the special features insightful interviews with an array of prominent figures in the tech industry. Among those interviewed are Bill Gates, founder of Microsoft, and Sam Altman, CEO of OpenAI, who provide expert insights into the boundless possibilities AI holds. They highlight its ability to revolutionise sectors such as healthcare—by improving diagnostics and patient care—and education—by enhancing personalised learning experiences. Marques Brownlee, a well-known tech reviewer from YouTube, adds to the discussion with his take on the latest AI technologies and trends, illustrating both the technical advancements and consumer perceptions. </w:t>
      </w:r>
      <w:r/>
    </w:p>
    <w:p>
      <w:r/>
      <w:r>
        <w:t>Furthermore, the special includes a conversation with Christopher Wray, Director of the FBI, who discusses AI from a security perspective, suggesting that while AI holds immense promise, it also requires careful oversight to prevent misuse that could jeopardise public safety.</w:t>
      </w:r>
      <w:r/>
    </w:p>
    <w:p>
      <w:r/>
      <w:r>
        <w:t>However, in a balanced approach that Winfrey is known for, the programme does not shy away from discussing the potential pitfalls of AI. The concerns discussed range from the deepening of socio-economic divides to invasions of privacy and the existential risks posed to humanity. Winfrey engages with Tristan Harris and Aza Raskin, co-founders of the Center for Humane Technology, who express alarm over the speed and scope of AI's integration into daily life, highlighting the potential consequences of unregulated AI development. Additionally, author Marilynne Robinson provides a philosophical perspective, pondering on the impact AI might have on human values and societal norms.</w:t>
      </w:r>
      <w:r/>
    </w:p>
    <w:p>
      <w:r/>
      <w:r>
        <w:t>The objective of the special is to provide a balanced platform for discussion, offering viewers a comprehensive look at AI’s dual nature. On one hand, the promising prospects for human progress, and on the other, the significant ethical and practical challenges it presents.</w:t>
      </w:r>
      <w:r/>
    </w:p>
    <w:p>
      <w:r/>
      <w:r>
        <w:t>For those interested in exploring this critical subject further, “AI and the Future of Us: An Oprah Winfrey Special” is available to stream online, providing viewers an opportunity to engage with the issues at their own pace. As the debate around AI continues to evolve, this special remains a relevant and informative resource for understanding what lies at the intersection of technology and society.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https://www.imdb.com/title/tt33303487/</w:t>
        </w:r>
      </w:hyperlink>
      <w:r>
        <w:t xml:space="preserve"> - Provides details about the TV special 'AI and the Future of Us: An Oprah Winfrey Special', including its cast and a brief description of its content.</w:t>
      </w:r>
      <w:r/>
    </w:p>
    <w:p>
      <w:pPr>
        <w:pStyle w:val="ListNumber"/>
        <w:spacing w:line="240" w:lineRule="auto"/>
        <w:ind w:left="720"/>
      </w:pPr>
      <w:r/>
      <w:hyperlink r:id="rId11">
        <w:r>
          <w:rPr>
            <w:color w:val="0000EE"/>
            <w:u w:val="single"/>
          </w:rPr>
          <w:t>https://abcnews.go.com/Nightline/video/oprah-winfrey-explores-future-ai-technology-113654082</w:t>
        </w:r>
      </w:hyperlink>
      <w:r>
        <w:t xml:space="preserve"> - Discusses Oprah Winfrey's special on AI, highlighting its exploration of AI's impact and featuring interviews with key figures in the tech industry.</w:t>
      </w:r>
      <w:r/>
    </w:p>
    <w:p>
      <w:pPr>
        <w:pStyle w:val="ListNumber"/>
        <w:spacing w:line="240" w:lineRule="auto"/>
        <w:ind w:left="720"/>
      </w:pPr>
      <w:r/>
      <w:hyperlink r:id="rId12">
        <w:r>
          <w:rPr>
            <w:color w:val="0000EE"/>
            <w:u w:val="single"/>
          </w:rPr>
          <w:t>https://www.forbes.com/sites/robertbtucker/2024/09/11/what-oprahs-ai-special-reveals-about-where-humanity-is-headed/</w:t>
        </w:r>
      </w:hyperlink>
      <w:r>
        <w:t xml:space="preserve"> - Details the special's focus on the profound impact of AI, including insights from Sam Altman, Bill Gates, and other experts on its benefits and risks.</w:t>
      </w:r>
      <w:r/>
    </w:p>
    <w:p>
      <w:pPr>
        <w:pStyle w:val="ListNumber"/>
        <w:spacing w:line="240" w:lineRule="auto"/>
        <w:ind w:left="720"/>
      </w:pPr>
      <w:r/>
      <w:hyperlink r:id="rId13">
        <w:r>
          <w:rPr>
            <w:color w:val="0000EE"/>
            <w:u w:val="single"/>
          </w:rPr>
          <w:t>https://abc.com/movies-and-specials/d9e8a932-0cd7-4187-81b8-294929f8c8f7</w:t>
        </w:r>
      </w:hyperlink>
      <w:r>
        <w:t xml:space="preserve"> - Provides information on the special's broadcast, its aim to demystify AI, and its availability for streaming.</w:t>
      </w:r>
      <w:r/>
    </w:p>
    <w:p>
      <w:pPr>
        <w:pStyle w:val="ListNumber"/>
        <w:spacing w:line="240" w:lineRule="auto"/>
        <w:ind w:left="720"/>
      </w:pPr>
      <w:r/>
      <w:hyperlink r:id="rId12">
        <w:r>
          <w:rPr>
            <w:color w:val="0000EE"/>
            <w:u w:val="single"/>
          </w:rPr>
          <w:t>https://www.forbes.com/sites/robertbtucker/2024/09/11/what-oprahs-ai-special-reveals-about-where-humanity-is-headed/</w:t>
        </w:r>
      </w:hyperlink>
      <w:r>
        <w:t xml:space="preserve"> - Highlights the interviews with Bill Gates and Sam Altman, discussing AI's potential in healthcare and education.</w:t>
      </w:r>
      <w:r/>
    </w:p>
    <w:p>
      <w:pPr>
        <w:pStyle w:val="ListNumber"/>
        <w:spacing w:line="240" w:lineRule="auto"/>
        <w:ind w:left="720"/>
      </w:pPr>
      <w:r/>
      <w:hyperlink r:id="rId12">
        <w:r>
          <w:rPr>
            <w:color w:val="0000EE"/>
            <w:u w:val="single"/>
          </w:rPr>
          <w:t>https://www.forbes.com/sites/robertbtucker/2024/09/11/what-oprahs-ai-special-reveals-about-where-humanity-is-headed/</w:t>
        </w:r>
      </w:hyperlink>
      <w:r>
        <w:t xml:space="preserve"> - Includes Christopher Wray's discussion on AI from a security perspective and the need for careful oversight.</w:t>
      </w:r>
      <w:r/>
    </w:p>
    <w:p>
      <w:pPr>
        <w:pStyle w:val="ListNumber"/>
        <w:spacing w:line="240" w:lineRule="auto"/>
        <w:ind w:left="720"/>
      </w:pPr>
      <w:r/>
      <w:hyperlink r:id="rId12">
        <w:r>
          <w:rPr>
            <w:color w:val="0000EE"/>
            <w:u w:val="single"/>
          </w:rPr>
          <w:t>https://www.forbes.com/sites/robertbtucker/2024/09/11/what-oprahs-ai-special-reveals-about-where-humanity-is-headed/</w:t>
        </w:r>
      </w:hyperlink>
      <w:r>
        <w:t xml:space="preserve"> - Mentions the concerns raised by Tristan Harris and Aza Raskin about the unregulated development of AI and its potential consequences.</w:t>
      </w:r>
      <w:r/>
    </w:p>
    <w:p>
      <w:pPr>
        <w:pStyle w:val="ListNumber"/>
        <w:spacing w:line="240" w:lineRule="auto"/>
        <w:ind w:left="720"/>
      </w:pPr>
      <w:r/>
      <w:hyperlink r:id="rId12">
        <w:r>
          <w:rPr>
            <w:color w:val="0000EE"/>
            <w:u w:val="single"/>
          </w:rPr>
          <w:t>https://www.forbes.com/sites/robertbtucker/2024/09/11/what-oprahs-ai-special-reveals-about-where-humanity-is-headed/</w:t>
        </w:r>
      </w:hyperlink>
      <w:r>
        <w:t xml:space="preserve"> - Discusses Marilynne Robinson's philosophical perspective on the impact of AI on human values and societal norms.</w:t>
      </w:r>
      <w:r/>
    </w:p>
    <w:p>
      <w:pPr>
        <w:pStyle w:val="ListNumber"/>
        <w:spacing w:line="240" w:lineRule="auto"/>
        <w:ind w:left="720"/>
      </w:pPr>
      <w:r/>
      <w:hyperlink r:id="rId10">
        <w:r>
          <w:rPr>
            <w:color w:val="0000EE"/>
            <w:u w:val="single"/>
          </w:rPr>
          <w:t>https://www.imdb.com/title/tt33303487/</w:t>
        </w:r>
      </w:hyperlink>
      <w:r>
        <w:t xml:space="preserve"> - Critiques the special for not discussing certain critical aspects of AI, such as its impact on the arts and potential doomsday scenarios.</w:t>
      </w:r>
      <w:r/>
    </w:p>
    <w:p>
      <w:pPr>
        <w:pStyle w:val="ListNumber"/>
        <w:spacing w:line="240" w:lineRule="auto"/>
        <w:ind w:left="720"/>
      </w:pPr>
      <w:r/>
      <w:hyperlink r:id="rId11">
        <w:r>
          <w:rPr>
            <w:color w:val="0000EE"/>
            <w:u w:val="single"/>
          </w:rPr>
          <w:t>https://abcnews.go.com/Nightline/video/oprah-winfrey-explores-future-ai-technology-113654082</w:t>
        </w:r>
      </w:hyperlink>
      <w:r>
        <w:t xml:space="preserve"> - Mentions the balanced approach of the special in presenting both the benefits and pitfalls of AI.</w:t>
      </w:r>
      <w:r/>
    </w:p>
    <w:p>
      <w:pPr>
        <w:pStyle w:val="ListNumber"/>
        <w:spacing w:line="240" w:lineRule="auto"/>
        <w:ind w:left="720"/>
      </w:pPr>
      <w:r/>
      <w:hyperlink r:id="rId13">
        <w:r>
          <w:rPr>
            <w:color w:val="0000EE"/>
            <w:u w:val="single"/>
          </w:rPr>
          <w:t>https://abc.com/movies-and-specials/d9e8a932-0cd7-4187-81b8-294929f8c8f7</w:t>
        </w:r>
      </w:hyperlink>
      <w:r>
        <w:t xml:space="preserve"> - Confirms the special's availability for streaming, allowing viewers to engage with the issues at their own pace.</w:t>
      </w:r>
      <w:r/>
    </w:p>
    <w:p>
      <w:pPr>
        <w:pStyle w:val="ListNumber"/>
        <w:spacing w:line="240" w:lineRule="auto"/>
        <w:ind w:left="720"/>
      </w:pPr>
      <w:r/>
      <w:hyperlink r:id="rId14">
        <w:r>
          <w:rPr>
            <w:color w:val="0000EE"/>
            <w:u w:val="single"/>
          </w:rPr>
          <w:t>https://unitenewsonline.org/articles/57417-2/</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mdb.com/title/tt33303487/" TargetMode="External"/><Relationship Id="rId11" Type="http://schemas.openxmlformats.org/officeDocument/2006/relationships/hyperlink" Target="https://abcnews.go.com/Nightline/video/oprah-winfrey-explores-future-ai-technology-113654082" TargetMode="External"/><Relationship Id="rId12" Type="http://schemas.openxmlformats.org/officeDocument/2006/relationships/hyperlink" Target="https://www.forbes.com/sites/robertbtucker/2024/09/11/what-oprahs-ai-special-reveals-about-where-humanity-is-headed/" TargetMode="External"/><Relationship Id="rId13" Type="http://schemas.openxmlformats.org/officeDocument/2006/relationships/hyperlink" Target="https://abc.com/movies-and-specials/d9e8a932-0cd7-4187-81b8-294929f8c8f7" TargetMode="External"/><Relationship Id="rId14" Type="http://schemas.openxmlformats.org/officeDocument/2006/relationships/hyperlink" Target="https://unitenewsonline.org/articles/57417-2/"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