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Pioneering AI startup brings household robots closer to reality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landmark development that brings a long-cherished science fiction vision closer to reality, a San Francisco-based startup, Physical Intelligence, is pioneering the integration of artificial intelligence into everyday household tasks. Drawing inspiration from iconic depictions such as Rosey the Robot from "The Jetsons," the startup has successfully demonstrated an AI model capable of performing a variety of domestic chores. This innovative effort marks a significant step towards transforming the speculative into the practical by utilizing a model trained on an unprecedented scale of robotic data.</w:t>
      </w:r>
      <w:r/>
    </w:p>
    <w:p>
      <w:r/>
      <w:r>
        <w:t>Physical Intelligence aims to recreate the transformative leap seen in large language models (LLMs) within the domain of physical tasks. LLMs have revolutionised interaction with machines by leveraging vast datasets to enable complex conversational AI systems like ChatGPT. Similarly, Physical Intelligence seeks to imbue robots with the ability to perform domestic work by applying a data-rich model broadly analogous to those used for language processing.</w:t>
      </w:r>
      <w:r/>
    </w:p>
    <w:p>
      <w:r/>
      <w:r>
        <w:t>According to Karol Hausman, CEO of Physical Intelligence, the approach involves a versatile 'recipe' that capitalizes on data drawn from a multitude of robotic systems and configurations. This strategy mirrors the methodology applied in training language models, where diverse and extensive datasets are foundational to achieving broad-ranging capabilities.</w:t>
      </w:r>
      <w:r/>
    </w:p>
    <w:p>
      <w:r/>
      <w:r>
        <w:t>The company’s AI model can undertake chores such as unloading laundry from a dryer, folding clothes, and tidying up cluttered tables. This advancement suggests the potential for creating a household robot with wide-ranging applicability, much like the diverse functions enabled by advanced conversational AI.</w:t>
      </w:r>
      <w:r/>
    </w:p>
    <w:p>
      <w:r/>
      <w:r>
        <w:t>While the implications of this technology are vast, with possibilities extending far beyond simple domestic applications, the initiative highlights a significant intersection of AI with day-to-day life. The ability to perform such a spectrum of tasks could redefine the role of robots in the home and potentially transform various aspects of human daily routines.</w:t>
      </w:r>
      <w:r/>
    </w:p>
    <w:p>
      <w:r/>
      <w:r>
        <w:t>As Physical Intelligence continues to refine its approach, the achievement introduces exciting prospects for the future of robotics in the household, showcasing the ever-growing convergence of AI capabilities in both virtual and physical realms. The venture signifies a step forward in closing the gap between present technological capabilities and the futuristic visions portrayed in popular culture.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https://mitsloan.mit.edu/ideas-made-to-matter/whats-next-generative-ai-household-chores-and-more</w:t>
        </w:r>
      </w:hyperlink>
      <w:r>
        <w:t xml:space="preserve"> - Corroborates the prediction that up to 40% of household chores will be automated within the next 10 years and discusses the use of generative AI and large models to train robots for domestic tasks.</w:t>
      </w:r>
      <w:r/>
    </w:p>
    <w:p>
      <w:pPr>
        <w:pStyle w:val="ListNumber"/>
        <w:spacing w:line="240" w:lineRule="auto"/>
        <w:ind w:left="720"/>
      </w:pPr>
      <w:r/>
      <w:hyperlink r:id="rId11">
        <w:r>
          <w:rPr>
            <w:color w:val="0000EE"/>
            <w:u w:val="single"/>
          </w:rPr>
          <w:t>https://www.weforum.org/stories/2023/04/ai-housework-gender-gap-robots/</w:t>
        </w:r>
      </w:hyperlink>
      <w:r>
        <w:t xml:space="preserve"> - Supports the idea that nearly 40% of domestic chores could be automated within a decade and highlights the social and economic impacts, especially on gender roles.</w:t>
      </w:r>
      <w:r/>
    </w:p>
    <w:p>
      <w:pPr>
        <w:pStyle w:val="ListNumber"/>
        <w:spacing w:line="240" w:lineRule="auto"/>
        <w:ind w:left="720"/>
      </w:pPr>
      <w:r/>
      <w:hyperlink r:id="rId12">
        <w:r>
          <w:rPr>
            <w:color w:val="0000EE"/>
            <w:u w:val="single"/>
          </w:rPr>
          <w:t>https://www.cnet.com/tech/services-and-software/ai-and-robots-that-do-your-household-chores-dream-on-folks/</w:t>
        </w:r>
      </w:hyperlink>
      <w:r>
        <w:t xml:space="preserve"> - Discusses the challenges and current state of developing robots that can perform various household tasks, such as laundry and dishes, and the need for advanced hardware and AI training.</w:t>
      </w:r>
      <w:r/>
    </w:p>
    <w:p>
      <w:pPr>
        <w:pStyle w:val="ListNumber"/>
        <w:spacing w:line="240" w:lineRule="auto"/>
        <w:ind w:left="720"/>
      </w:pPr>
      <w:r/>
      <w:hyperlink r:id="rId13">
        <w:r>
          <w:rPr>
            <w:color w:val="0000EE"/>
            <w:u w:val="single"/>
          </w:rPr>
          <w:t>https://getcoai.com/news/this-startup-just-gave-robots-the-power-to-perform-household-tasks/</w:t>
        </w:r>
      </w:hyperlink>
      <w:r>
        <w:t xml:space="preserve"> - Mentions a startup enabling robots to perform household tasks like folding laundry and cleaning tables using advanced AI models, similar to the approach described by Physical Intelligence.</w:t>
      </w:r>
      <w:r/>
    </w:p>
    <w:p>
      <w:pPr>
        <w:pStyle w:val="ListNumber"/>
        <w:spacing w:line="240" w:lineRule="auto"/>
        <w:ind w:left="720"/>
      </w:pPr>
      <w:r/>
      <w:hyperlink r:id="rId14">
        <w:r>
          <w:rPr>
            <w:color w:val="0000EE"/>
            <w:u w:val="single"/>
          </w:rPr>
          <w:t>https://www.reddit.com/r/Futurology/comments/11ar0ll/almost_40_of_domestic_tasks_could_be_done_by/</w:t>
        </w:r>
      </w:hyperlink>
      <w:r>
        <w:t xml:space="preserve"> - Discusses the potential for robots to perform household chores, the benefits, and the challenges, including the need for robots to understand and interact with their environment.</w:t>
      </w:r>
      <w:r/>
    </w:p>
    <w:p>
      <w:pPr>
        <w:pStyle w:val="ListNumber"/>
        <w:spacing w:line="240" w:lineRule="auto"/>
        <w:ind w:left="720"/>
      </w:pPr>
      <w:r/>
      <w:hyperlink r:id="rId10">
        <w:r>
          <w:rPr>
            <w:color w:val="0000EE"/>
            <w:u w:val="single"/>
          </w:rPr>
          <w:t>https://mitsloan.mit.edu/ideas-made-to-matter/whats-next-generative-ai-household-chores-and-more</w:t>
        </w:r>
      </w:hyperlink>
      <w:r>
        <w:t xml:space="preserve"> - Explains the concept of Large X Models and their role in training robots to perform various physical tasks, similar to the data-rich model approach mentioned.</w:t>
      </w:r>
      <w:r/>
    </w:p>
    <w:p>
      <w:pPr>
        <w:pStyle w:val="ListNumber"/>
        <w:spacing w:line="240" w:lineRule="auto"/>
        <w:ind w:left="720"/>
      </w:pPr>
      <w:r/>
      <w:hyperlink r:id="rId12">
        <w:r>
          <w:rPr>
            <w:color w:val="0000EE"/>
            <w:u w:val="single"/>
          </w:rPr>
          <w:t>https://www.cnet.com/tech/services-and-software/ai-and-robots-that-do-your-household-chores-dream-on-folks/</w:t>
        </w:r>
      </w:hyperlink>
      <w:r>
        <w:t xml:space="preserve"> - Describes the development of robots like Mobile Aloha, which can perform tasks such as putting away cooking pots and cleaning up spills, using imitation learning and teleoperation.</w:t>
      </w:r>
      <w:r/>
    </w:p>
    <w:p>
      <w:pPr>
        <w:pStyle w:val="ListNumber"/>
        <w:spacing w:line="240" w:lineRule="auto"/>
        <w:ind w:left="720"/>
      </w:pPr>
      <w:r/>
      <w:hyperlink r:id="rId11">
        <w:r>
          <w:rPr>
            <w:color w:val="0000EE"/>
            <w:u w:val="single"/>
          </w:rPr>
          <w:t>https://www.weforum.org/stories/2023/04/ai-housework-gender-gap-robots/</w:t>
        </w:r>
      </w:hyperlink>
      <w:r>
        <w:t xml:space="preserve"> - Highlights the ease of automating traditional housework tasks like cooking and cleaning compared to care tasks, and the potential social and economic impacts of such automation.</w:t>
      </w:r>
      <w:r/>
    </w:p>
    <w:p>
      <w:pPr>
        <w:pStyle w:val="ListNumber"/>
        <w:spacing w:line="240" w:lineRule="auto"/>
        <w:ind w:left="720"/>
      </w:pPr>
      <w:r/>
      <w:hyperlink r:id="rId10">
        <w:r>
          <w:rPr>
            <w:color w:val="0000EE"/>
            <w:u w:val="single"/>
          </w:rPr>
          <w:t>https://mitsloan.mit.edu/ideas-made-to-matter/whats-next-generative-ai-household-chores-and-more</w:t>
        </w:r>
      </w:hyperlink>
      <w:r>
        <w:t xml:space="preserve"> - Mentions the development of general-purpose robots powered by Large X Models, which can perform a broad range of tasks, aligning with the vision of versatile household robots.</w:t>
      </w:r>
      <w:r/>
    </w:p>
    <w:p>
      <w:pPr>
        <w:pStyle w:val="ListNumber"/>
        <w:spacing w:line="240" w:lineRule="auto"/>
        <w:ind w:left="720"/>
      </w:pPr>
      <w:r/>
      <w:hyperlink r:id="rId12">
        <w:r>
          <w:rPr>
            <w:color w:val="0000EE"/>
            <w:u w:val="single"/>
          </w:rPr>
          <w:t>https://www.cnet.com/tech/services-and-software/ai-and-robots-that-do-your-household-chores-dream-on-folks/</w:t>
        </w:r>
      </w:hyperlink>
      <w:r>
        <w:t xml:space="preserve"> - Discusses the challenges of building robots that can interact with complex environments like laundry rooms and the need for advanced AI and hardware to achieve this.</w:t>
      </w:r>
      <w:r/>
    </w:p>
    <w:p>
      <w:pPr>
        <w:pStyle w:val="ListNumber"/>
        <w:spacing w:line="240" w:lineRule="auto"/>
        <w:ind w:left="720"/>
      </w:pPr>
      <w:r/>
      <w:hyperlink r:id="rId13">
        <w:r>
          <w:rPr>
            <w:color w:val="0000EE"/>
            <w:u w:val="single"/>
          </w:rPr>
          <w:t>https://getcoai.com/news/this-startup-just-gave-robots-the-power-to-perform-household-tasks/</w:t>
        </w:r>
      </w:hyperlink>
      <w:r>
        <w:t xml:space="preserve"> - Supports the idea that startups are actively working on AI models to enable robots to perform a variety of household tasks, aligning with Physical Intelligence's goals.</w:t>
      </w:r>
      <w:r/>
    </w:p>
    <w:p>
      <w:pPr>
        <w:pStyle w:val="ListNumber"/>
        <w:spacing w:line="240" w:lineRule="auto"/>
        <w:ind w:left="720"/>
      </w:pPr>
      <w:r/>
      <w:hyperlink r:id="rId15">
        <w:r>
          <w:rPr>
            <w:color w:val="0000EE"/>
            <w:u w:val="single"/>
          </w:rPr>
          <w:t>https://www.wired.com/story/physical-intelligence-home-robot/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mitsloan.mit.edu/ideas-made-to-matter/whats-next-generative-ai-household-chores-and-more" TargetMode="External"/><Relationship Id="rId11" Type="http://schemas.openxmlformats.org/officeDocument/2006/relationships/hyperlink" Target="https://www.weforum.org/stories/2023/04/ai-housework-gender-gap-robots/" TargetMode="External"/><Relationship Id="rId12" Type="http://schemas.openxmlformats.org/officeDocument/2006/relationships/hyperlink" Target="https://www.cnet.com/tech/services-and-software/ai-and-robots-that-do-your-household-chores-dream-on-folks/" TargetMode="External"/><Relationship Id="rId13" Type="http://schemas.openxmlformats.org/officeDocument/2006/relationships/hyperlink" Target="https://getcoai.com/news/this-startup-just-gave-robots-the-power-to-perform-household-tasks/" TargetMode="External"/><Relationship Id="rId14" Type="http://schemas.openxmlformats.org/officeDocument/2006/relationships/hyperlink" Target="https://www.reddit.com/r/Futurology/comments/11ar0ll/almost_40_of_domestic_tasks_could_be_done_by/" TargetMode="External"/><Relationship Id="rId15" Type="http://schemas.openxmlformats.org/officeDocument/2006/relationships/hyperlink" Target="https://www.wired.com/story/physical-intelligence-home-robo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