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Robert Downey Jr. reassures fans about AI in Marvel films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Robert Downey Jr., the acclaimed actor known for his portrayal of Tony Stark, recently addressed concerns about the potential use of artificial intelligence to recreate his image in future Marvel Studios films. The 59-year-old actor, who debuted as the charismatic tech billionaire Iron Man in the 2008 film "Iron Man" and starred in the Marvel Cinematic Universe (MCU) until 2019's blockbuster hit "Avengers: Endgame," expressed confidence that the studio has no intention of using AI to digitally resurrect his iconic character.</w:t>
      </w:r>
      <w:r/>
    </w:p>
    <w:p>
      <w:r/>
      <w:r>
        <w:t>During an interview on the "On With Kara Swisher" podcast, Downey was queried about his perspective on the integration of AI within the film industry. He stated, "I will say this — there's two tracks. One is: How do I feel about everything that's going on? And my answer is I feel about it minimally because I have an actual emotional life that's occurring that doesn't have a lot of room for that."</w:t>
      </w:r>
      <w:r/>
    </w:p>
    <w:p>
      <w:r/>
      <w:r>
        <w:t>Downey elaborated on his viewpoint regarding his future within the MCU, indicating a sense of trust in the filmmakers at Marvel Studios. He remarked, "And to go back to the MCU, I'm not worried about them hijacking my character's soul because there's like three or four guys and gals who make all the decisions there anyway and they would never do that to me, with or without me."</w:t>
      </w:r>
      <w:r/>
    </w:p>
    <w:p>
      <w:r/>
      <w:r>
        <w:t>Throughout his time in the MCU, Downey helped to define a new era of superhero films, leaving a lasting impact on the franchise and its legions of fans worldwide. His remarks on the podcast highlight a level of confidence in the ethical considerations of the creative team behind the MCU. As AI technology continues to advance, discussions around its use in the preservation and recreation of actors' likenesses have become increasingly pertinent within the entertainment industry.</w:t>
      </w:r>
      <w:r/>
    </w:p>
    <w:p>
      <w:r/>
      <w:r>
        <w:t>However, Downey's comments suggest a belief in the integrity and decision-making processes of the key figures at Marvel Studios, implying that the use of AI to digitally re-create his portrayal of Tony Stark is not a likely course of action in the foreseeable future. His trust in the studio's leadership potentially reflects the strong personal and professional relationships cultivated over more than a decade of collaboration.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https://www.hindustantimes.com/entertainment/hollywood/robert-downey-jr-intends-to-sue-future-marvel-executives-if-they-use-ai-to-recreate-his-iconic-iron-man-for-mcu-101730268262818.html</w:t>
        </w:r>
      </w:hyperlink>
      <w:r>
        <w:t xml:space="preserve"> - Corroborates Robert Downey Jr.'s intention to sue future Marvel executives if they use AI to recreate his Iron Man character.</w:t>
      </w:r>
      <w:r/>
    </w:p>
    <w:p>
      <w:pPr>
        <w:pStyle w:val="ListNumber"/>
        <w:spacing w:line="240" w:lineRule="auto"/>
        <w:ind w:left="720"/>
      </w:pPr>
      <w:r/>
      <w:hyperlink r:id="rId11">
        <w:r>
          <w:rPr>
            <w:color w:val="0000EE"/>
            <w:u w:val="single"/>
          </w:rPr>
          <w:t>https://www.reddit.com/r/marvelstudios/comments/1gehsws/robert_downey_jr_on_using_ai_to_recreate_iron_man/</w:t>
        </w:r>
      </w:hyperlink>
      <w:r>
        <w:t xml:space="preserve"> - Provides details from the 'On With Kara Swisher' podcast where Downey Jr. expressed his confidence that Marvel Studios would not use AI to recreate his character.</w:t>
      </w:r>
      <w:r/>
    </w:p>
    <w:p>
      <w:pPr>
        <w:pStyle w:val="ListNumber"/>
        <w:spacing w:line="240" w:lineRule="auto"/>
        <w:ind w:left="720"/>
      </w:pPr>
      <w:r/>
      <w:hyperlink r:id="rId12">
        <w:r>
          <w:rPr>
            <w:color w:val="0000EE"/>
            <w:u w:val="single"/>
          </w:rPr>
          <w:t>https://www.usnews.com/news/technology/articles/2024-10-29/robert-downey-jr-says-he-intends-to-sue-all-future-executives-who-use-his-ai-replica</w:t>
        </w:r>
      </w:hyperlink>
      <w:r>
        <w:t xml:space="preserve"> - Supports the claim that Downey Jr. does not think Marvel executives would recreate his portrayal of Tony Stark using AI and his intention to sue if they do.</w:t>
      </w:r>
      <w:r/>
    </w:p>
    <w:p>
      <w:pPr>
        <w:pStyle w:val="ListNumber"/>
        <w:spacing w:line="240" w:lineRule="auto"/>
        <w:ind w:left="720"/>
      </w:pPr>
      <w:r/>
      <w:hyperlink r:id="rId13">
        <w:r>
          <w:rPr>
            <w:color w:val="0000EE"/>
            <w:u w:val="single"/>
          </w:rPr>
          <w:t>https://www.cbc.ca/news/entertainment/rober-downey-ai-1.7368346</w:t>
        </w:r>
      </w:hyperlink>
      <w:r>
        <w:t xml:space="preserve"> - Confirms Downey Jr.'s statement that he will sue any future executives who attempt to recreate his likeness using AI, even after his death.</w:t>
      </w:r>
      <w:r/>
    </w:p>
    <w:p>
      <w:pPr>
        <w:pStyle w:val="ListNumber"/>
        <w:spacing w:line="240" w:lineRule="auto"/>
        <w:ind w:left="720"/>
      </w:pPr>
      <w:r/>
      <w:hyperlink r:id="rId14">
        <w:r>
          <w:rPr>
            <w:color w:val="0000EE"/>
            <w:u w:val="single"/>
          </w:rPr>
          <w:t>https://people.com/robert-downey-jr-will-sue-anyone-who-replicates-his-likeness-using-ai-8736117</w:t>
        </w:r>
      </w:hyperlink>
      <w:r>
        <w:t xml:space="preserve"> - Details Downey Jr.'s comments on the 'On With Kara Swisher' podcast about his feelings on AI use in the film industry and his trust in Marvel Studios' decision-making.</w:t>
      </w:r>
      <w:r/>
    </w:p>
    <w:p>
      <w:pPr>
        <w:pStyle w:val="ListNumber"/>
        <w:spacing w:line="240" w:lineRule="auto"/>
        <w:ind w:left="720"/>
      </w:pPr>
      <w:r/>
      <w:hyperlink r:id="rId14">
        <w:r>
          <w:rPr>
            <w:color w:val="0000EE"/>
            <w:u w:val="single"/>
          </w:rPr>
          <w:t>https://people.com/robert-downey-jr-will-sue-anyone-who-replicates-his-likeness-using-ai-8736117</w:t>
        </w:r>
      </w:hyperlink>
      <w:r>
        <w:t xml:space="preserve"> - Provides context on Downey Jr.'s current projects and his upcoming roles in Marvel movies, highlighting his continued involvement with the MCU.</w:t>
      </w:r>
      <w:r/>
    </w:p>
    <w:p>
      <w:pPr>
        <w:pStyle w:val="ListNumber"/>
        <w:spacing w:line="240" w:lineRule="auto"/>
        <w:ind w:left="720"/>
      </w:pPr>
      <w:r/>
      <w:hyperlink r:id="rId11">
        <w:r>
          <w:rPr>
            <w:color w:val="0000EE"/>
            <w:u w:val="single"/>
          </w:rPr>
          <w:t>https://www.reddit.com/r/marvelstudios/comments/1gehsws/robert_downey_jr_on_using_ai_to_recreate_iron_man/</w:t>
        </w:r>
      </w:hyperlink>
      <w:r>
        <w:t xml:space="preserve"> - Discusses the broader implications of AI use in the entertainment industry and fan reactions to Downey Jr.'s statements.</w:t>
      </w:r>
      <w:r/>
    </w:p>
    <w:p>
      <w:pPr>
        <w:pStyle w:val="ListNumber"/>
        <w:spacing w:line="240" w:lineRule="auto"/>
        <w:ind w:left="720"/>
      </w:pPr>
      <w:r/>
      <w:hyperlink r:id="rId12">
        <w:r>
          <w:rPr>
            <w:color w:val="0000EE"/>
            <w:u w:val="single"/>
          </w:rPr>
          <w:t>https://www.usnews.com/news/technology/articles/2024-10-29/robert-downey-jr-says-he-intends-to-sue-all-future-executives-who-use-his-ai-replica</w:t>
        </w:r>
      </w:hyperlink>
      <w:r>
        <w:t xml:space="preserve"> - Reiterates Downey Jr.'s confidence in the ethical considerations of Marvel Studios' creative team regarding AI use.</w:t>
      </w:r>
      <w:r/>
    </w:p>
    <w:p>
      <w:pPr>
        <w:pStyle w:val="ListNumber"/>
        <w:spacing w:line="240" w:lineRule="auto"/>
        <w:ind w:left="720"/>
      </w:pPr>
      <w:r/>
      <w:hyperlink r:id="rId13">
        <w:r>
          <w:rPr>
            <w:color w:val="0000EE"/>
            <w:u w:val="single"/>
          </w:rPr>
          <w:t>https://www.cbc.ca/news/entertainment/rober-downey-ai-1.7368346</w:t>
        </w:r>
      </w:hyperlink>
      <w:r>
        <w:t xml:space="preserve"> - Supports the notion that Downey Jr.'s trust in Marvel Studios is rooted in his long-standing relationships with key figures in the studio.</w:t>
      </w:r>
      <w:r/>
    </w:p>
    <w:p>
      <w:pPr>
        <w:pStyle w:val="ListNumber"/>
        <w:spacing w:line="240" w:lineRule="auto"/>
        <w:ind w:left="720"/>
      </w:pPr>
      <w:r/>
      <w:hyperlink r:id="rId14">
        <w:r>
          <w:rPr>
            <w:color w:val="0000EE"/>
            <w:u w:val="single"/>
          </w:rPr>
          <w:t>https://people.com/robert-downey-jr-will-sue-anyone-who-replicates-his-likeness-using-ai-8736117</w:t>
        </w:r>
      </w:hyperlink>
      <w:r>
        <w:t xml:space="preserve"> - Highlights the significance of Downey Jr.'s remarks in the context of advancing AI technology and its potential impact on the entertainment industry.</w:t>
      </w:r>
      <w:r/>
    </w:p>
    <w:p>
      <w:pPr>
        <w:pStyle w:val="ListNumber"/>
        <w:spacing w:line="240" w:lineRule="auto"/>
        <w:ind w:left="720"/>
      </w:pPr>
      <w:r/>
      <w:hyperlink r:id="rId10">
        <w:r>
          <w:rPr>
            <w:color w:val="0000EE"/>
            <w:u w:val="single"/>
          </w:rPr>
          <w:t>https://www.hindustantimes.com/entertainment/hollywood/robert-downey-jr-intends-to-sue-future-marvel-executives-if-they-use-ai-to-recreate-his-iconic-iron-man-for-mcu-101730268262818.html</w:t>
        </w:r>
      </w:hyperlink>
      <w:r>
        <w:t xml:space="preserve"> - Corroborates the overall sentiment that Downey Jr. believes the use of AI to recreate his character is not a likely course of action by Marvel Studios.</w:t>
      </w:r>
      <w:r/>
    </w:p>
    <w:p>
      <w:pPr>
        <w:pStyle w:val="ListNumber"/>
        <w:spacing w:line="240" w:lineRule="auto"/>
        <w:ind w:left="720"/>
      </w:pPr>
      <w:r/>
      <w:hyperlink r:id="rId15">
        <w:r>
          <w:rPr>
            <w:color w:val="0000EE"/>
            <w:u w:val="single"/>
          </w:rPr>
          <w:t>https://missoulian.com/robert-downey-jr-on-ai-im-not-worried/article_9574cac5-1136-5697-9184-c392d87e78ab.html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industantimes.com/entertainment/hollywood/robert-downey-jr-intends-to-sue-future-marvel-executives-if-they-use-ai-to-recreate-his-iconic-iron-man-for-mcu-101730268262818.html" TargetMode="External"/><Relationship Id="rId11" Type="http://schemas.openxmlformats.org/officeDocument/2006/relationships/hyperlink" Target="https://www.reddit.com/r/marvelstudios/comments/1gehsws/robert_downey_jr_on_using_ai_to_recreate_iron_man/" TargetMode="External"/><Relationship Id="rId12" Type="http://schemas.openxmlformats.org/officeDocument/2006/relationships/hyperlink" Target="https://www.usnews.com/news/technology/articles/2024-10-29/robert-downey-jr-says-he-intends-to-sue-all-future-executives-who-use-his-ai-replica" TargetMode="External"/><Relationship Id="rId13" Type="http://schemas.openxmlformats.org/officeDocument/2006/relationships/hyperlink" Target="https://www.cbc.ca/news/entertainment/rober-downey-ai-1.7368346" TargetMode="External"/><Relationship Id="rId14" Type="http://schemas.openxmlformats.org/officeDocument/2006/relationships/hyperlink" Target="https://people.com/robert-downey-jr-will-sue-anyone-who-replicates-his-likeness-using-ai-8736117" TargetMode="External"/><Relationship Id="rId15" Type="http://schemas.openxmlformats.org/officeDocument/2006/relationships/hyperlink" Target="https://missoulian.com/robert-downey-jr-on-ai-im-not-worried/article_9574cac5-1136-5697-9184-c392d87e78ab.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