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Rust makes strides in artificial intelligence and machine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Rust, traditionally renowned for its performance and safety features, is gradually making its presence felt in the realm of artificial intelligence (AI) and machine learning. While still in the nascent stages of being recognised as a mainstream language for AI development, the ecosystem of AI-specific libraries built around Rust is expanding rapidly. This development accentuates Rust's potential in offering robust, high-performance, and safe environments for AI projects.</w:t>
      </w:r>
      <w:r/>
    </w:p>
    <w:p>
      <w:r/>
      <w:r>
        <w:t>The burgeoning collection of libraries includes Linfa, Tch-rs, and Rust-NN, each serving distinct roles within the AI development framework.</w:t>
      </w:r>
      <w:r/>
    </w:p>
    <w:p>
      <w:r/>
      <w:r>
        <w:t>Linfa stands out as a Rust library facilitating traditional machine learning algorithm implementation. It provides developers with a suite of tools to apply classical algorithms, making machine learning operations more seamless within the Rust environment. This library is pivotal for those looking to leverage Rust's performance capabilities while engaging in machine learning pursuits.</w:t>
      </w:r>
      <w:r/>
    </w:p>
    <w:p>
      <w:r/>
      <w:r>
        <w:t>Another noteworthy contribution is Tch-rs, a library that effectively acts as a bridge to the popular deep learning framework PyTorch. By serving as a binding to PyTorch, Tch-rs enables Rust developers to integrate and make use of PyTorch’s deeply entrenched capabilities. This connection allows developers to harness the functionalities of PyTorch's extensive deep learning ecosystem, while simultaneously benefiting from Rust's inherent safety and performance enhancements.</w:t>
      </w:r>
      <w:r/>
    </w:p>
    <w:p>
      <w:r/>
      <w:r>
        <w:t>Rust-NN is also gaining traction among developers focussing on neural networks. Concentrating specifically on this niche, Rust-NN provides comprehensive tools necessary for the construction and training of deep learning models. This library is particularly attractive for developers seeking to capitalise on Rust’s safe and concurrent programming features while developing advanced neural network architectures.</w:t>
      </w:r>
      <w:r/>
    </w:p>
    <w:p>
      <w:r/>
      <w:r>
        <w:t>The accelerated development of these libraries highlights Rust's evolution in becoming a more practical and alluring platform for AI development. As the ecosystem diversifies, Rust's potential to secure a more prominent position within the AI landscape strengthens. The development community seems eager to explore Rust's advantages, such as efficient memory management and control, along with competitive execution speed, which significantly contribute to AI and machine learning endeavours.</w:t>
      </w:r>
      <w:r/>
    </w:p>
    <w:p>
      <w:r/>
      <w:r>
        <w:t>As the Rust language and its associated libraries continue to mature, they are projected to facilitate a wider adoption in AI circles. With an expanding toolkit for developers, Rust is increasingly becoming a viable alternative for those seeking to integrate AI capabilities into their projects, providing a compelling combination of safety, speed,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https://github.com/vaaaaanquish/Awesome-Rust-MachineLearning</w:t>
        </w:r>
      </w:hyperlink>
      <w:r>
        <w:t xml:space="preserve"> - This repository lists various machine learning libraries in Rust, including Linfa, and other libraries that support traditional machine learning and deep learning.</w:t>
      </w:r>
      <w:r/>
    </w:p>
    <w:p>
      <w:pPr>
        <w:pStyle w:val="ListNumber"/>
        <w:spacing w:line="240" w:lineRule="auto"/>
        <w:ind w:left="720"/>
      </w:pPr>
      <w:r/>
      <w:hyperlink r:id="rId11">
        <w:r>
          <w:rPr>
            <w:color w:val="0000EE"/>
            <w:u w:val="single"/>
          </w:rPr>
          <w:t>https://lib.rs/science/ml</w:t>
        </w:r>
      </w:hyperlink>
      <w:r>
        <w:t xml:space="preserve"> - This page provides a comprehensive list of Rust libraries for machine learning, including Linfa, Tch-rs, and other deep learning frameworks.</w:t>
      </w:r>
      <w:r/>
    </w:p>
    <w:p>
      <w:pPr>
        <w:pStyle w:val="ListNumber"/>
        <w:spacing w:line="240" w:lineRule="auto"/>
        <w:ind w:left="720"/>
      </w:pPr>
      <w:r/>
      <w:hyperlink r:id="rId12">
        <w:r>
          <w:rPr>
            <w:color w:val="0000EE"/>
            <w:u w:val="single"/>
          </w:rPr>
          <w:t>https://github.com/rust-ml/linfa#current-state</w:t>
        </w:r>
      </w:hyperlink>
      <w:r>
        <w:t xml:space="preserve"> - This link explains Linfa, a Rust library for traditional machine learning algorithm implementation, highlighting its tools and capabilities.</w:t>
      </w:r>
      <w:r/>
    </w:p>
    <w:p>
      <w:pPr>
        <w:pStyle w:val="ListNumber"/>
        <w:spacing w:line="240" w:lineRule="auto"/>
        <w:ind w:left="720"/>
      </w:pPr>
      <w:r/>
      <w:hyperlink r:id="rId13">
        <w:r>
          <w:rPr>
            <w:color w:val="0000EE"/>
            <w:u w:val="single"/>
          </w:rPr>
          <w:t>https://github.com/LaurentMazare/tch-rs</w:t>
        </w:r>
      </w:hyperlink>
      <w:r>
        <w:t xml:space="preserve"> - Tch-rs is a Rust binding for PyTorch, enabling Rust developers to use PyTorch's deep learning capabilities while leveraging Rust's safety and performance features.</w:t>
      </w:r>
      <w:r/>
    </w:p>
    <w:p>
      <w:pPr>
        <w:pStyle w:val="ListNumber"/>
        <w:spacing w:line="240" w:lineRule="auto"/>
        <w:ind w:left="720"/>
      </w:pPr>
      <w:r/>
      <w:hyperlink r:id="rId14">
        <w:r>
          <w:rPr>
            <w:color w:val="0000EE"/>
            <w:u w:val="single"/>
          </w:rPr>
          <w:t>https://github.com/AtheMathmo/rusty-machine#machine-learning</w:t>
        </w:r>
      </w:hyperlink>
      <w:r>
        <w:t xml:space="preserve"> - This link discusses Rust-NN and other machine learning libraries in Rust, focusing on their tools for constructing and training deep learning models.</w:t>
      </w:r>
      <w:r/>
    </w:p>
    <w:p>
      <w:pPr>
        <w:pStyle w:val="ListNumber"/>
        <w:spacing w:line="240" w:lineRule="auto"/>
        <w:ind w:left="720"/>
      </w:pPr>
      <w:r/>
      <w:hyperlink r:id="rId15">
        <w:r>
          <w:rPr>
            <w:color w:val="0000EE"/>
            <w:u w:val="single"/>
          </w:rPr>
          <w:t>https://users.rust-lang.org/t/is-rust-lang-good-for-artificial-intelligence-and-machine-learning/93864</w:t>
        </w:r>
      </w:hyperlink>
      <w:r>
        <w:t xml:space="preserve"> - This discussion highlights Rust's potential in AI and machine learning, despite its less mature ecosystem compared to Python, and mentions the use of libraries like Tch-rs and Linfa.</w:t>
      </w:r>
      <w:r/>
    </w:p>
    <w:p>
      <w:pPr>
        <w:pStyle w:val="ListNumber"/>
        <w:spacing w:line="240" w:lineRule="auto"/>
        <w:ind w:left="720"/>
      </w:pPr>
      <w:r/>
      <w:hyperlink r:id="rId16">
        <w:r>
          <w:rPr>
            <w:color w:val="0000EE"/>
            <w:u w:val="single"/>
          </w:rPr>
          <w:t>https://www.reddit.com/r/rust/comments/fvehyq/d_who_is_using_rust_for_machine_learning_in/</w:t>
        </w:r>
      </w:hyperlink>
      <w:r>
        <w:t xml:space="preserve"> - This Reddit thread discusses the use of Rust in machine learning production and research, mentioning libraries and frameworks like Tch-rs and Linfa.</w:t>
      </w:r>
      <w:r/>
    </w:p>
    <w:p>
      <w:pPr>
        <w:pStyle w:val="ListNumber"/>
        <w:spacing w:line="240" w:lineRule="auto"/>
        <w:ind w:left="720"/>
      </w:pPr>
      <w:r/>
      <w:hyperlink r:id="rId17">
        <w:r>
          <w:rPr>
            <w:color w:val="0000EE"/>
            <w:u w:val="single"/>
          </w:rPr>
          <w:t>https://github.com/e-tornike/best-of-ml-rust</w:t>
        </w:r>
      </w:hyperlink>
      <w:r>
        <w:t xml:space="preserve"> - This curated list of awesome machine learning Rust libraries includes Linfa, Tch-rs, and other frameworks, showcasing the expanding ecosystem of AI-specific libraries in Rust.</w:t>
      </w:r>
      <w:r/>
    </w:p>
    <w:p>
      <w:pPr>
        <w:pStyle w:val="ListNumber"/>
        <w:spacing w:line="240" w:lineRule="auto"/>
        <w:ind w:left="720"/>
      </w:pPr>
      <w:r/>
      <w:hyperlink r:id="rId18">
        <w:r>
          <w:rPr>
            <w:color w:val="0000EE"/>
            <w:u w:val="single"/>
          </w:rPr>
          <w:t>https://github.com/modelfoxdotdev/modelfox</w:t>
        </w:r>
      </w:hyperlink>
      <w:r>
        <w:t xml:space="preserve"> - Modelfox is an all-in-one automated machine learning framework in Rust, illustrating the growing diversity and maturity of Rust's AI ecosystem.</w:t>
      </w:r>
      <w:r/>
    </w:p>
    <w:p>
      <w:pPr>
        <w:pStyle w:val="ListNumber"/>
        <w:spacing w:line="240" w:lineRule="auto"/>
        <w:ind w:left="720"/>
      </w:pPr>
      <w:r/>
      <w:hyperlink r:id="rId19">
        <w:r>
          <w:rPr>
            <w:color w:val="0000EE"/>
            <w:u w:val="single"/>
          </w:rPr>
          <w:t>https://smartcorelib.org/user_guide/quick_start.html</w:t>
        </w:r>
      </w:hyperlink>
      <w:r>
        <w:t xml:space="preserve"> - SmartCore is another comprehensive library for machine learning in Rust, providing tools for linear algebra, numerical computing, and optimization, which contributes to Rust's viability in AI development.</w:t>
      </w:r>
      <w:r/>
    </w:p>
    <w:p>
      <w:pPr>
        <w:pStyle w:val="ListNumber"/>
        <w:spacing w:line="240" w:lineRule="auto"/>
        <w:ind w:left="720"/>
      </w:pPr>
      <w:r/>
      <w:hyperlink r:id="rId20">
        <w:r>
          <w:rPr>
            <w:color w:val="0000EE"/>
            <w:u w:val="single"/>
          </w:rPr>
          <w:t>https://github.com/snipsco/tract</w:t>
        </w:r>
      </w:hyperlink>
      <w:r>
        <w:t xml:space="preserve"> - Tract is a Rust library for running existing machine learning models, particularly useful for embedded devices and other performance-critical applications, highlighting Rust's performance advantages in AI.</w:t>
      </w:r>
      <w:r/>
    </w:p>
    <w:p>
      <w:pPr>
        <w:pStyle w:val="ListNumber"/>
        <w:spacing w:line="240" w:lineRule="auto"/>
        <w:ind w:left="720"/>
      </w:pPr>
      <w:r/>
      <w:hyperlink r:id="rId21">
        <w:r>
          <w:rPr>
            <w:color w:val="0000EE"/>
            <w:u w:val="single"/>
          </w:rPr>
          <w:t>https://www.analyticsinsight.net/artificial-intelligence/why-rust-is-becoming-a-contender-in-ai-development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thub.com/vaaaaanquish/Awesome-Rust-MachineLearning" TargetMode="External"/><Relationship Id="rId11" Type="http://schemas.openxmlformats.org/officeDocument/2006/relationships/hyperlink" Target="https://lib.rs/science/ml" TargetMode="External"/><Relationship Id="rId12" Type="http://schemas.openxmlformats.org/officeDocument/2006/relationships/hyperlink" Target="https://github.com/rust-ml/linfa#current-state" TargetMode="External"/><Relationship Id="rId13" Type="http://schemas.openxmlformats.org/officeDocument/2006/relationships/hyperlink" Target="https://github.com/LaurentMazare/tch-rs" TargetMode="External"/><Relationship Id="rId14" Type="http://schemas.openxmlformats.org/officeDocument/2006/relationships/hyperlink" Target="https://github.com/AtheMathmo/rusty-machine#machine-learning" TargetMode="External"/><Relationship Id="rId15" Type="http://schemas.openxmlformats.org/officeDocument/2006/relationships/hyperlink" Target="https://users.rust-lang.org/t/is-rust-lang-good-for-artificial-intelligence-and-machine-learning/93864" TargetMode="External"/><Relationship Id="rId16" Type="http://schemas.openxmlformats.org/officeDocument/2006/relationships/hyperlink" Target="https://www.reddit.com/r/rust/comments/fvehyq/d_who_is_using_rust_for_machine_learning_in/" TargetMode="External"/><Relationship Id="rId17" Type="http://schemas.openxmlformats.org/officeDocument/2006/relationships/hyperlink" Target="https://github.com/e-tornike/best-of-ml-rust" TargetMode="External"/><Relationship Id="rId18" Type="http://schemas.openxmlformats.org/officeDocument/2006/relationships/hyperlink" Target="https://github.com/modelfoxdotdev/modelfox" TargetMode="External"/><Relationship Id="rId19" Type="http://schemas.openxmlformats.org/officeDocument/2006/relationships/hyperlink" Target="https://smartcorelib.org/user_guide/quick_start.html" TargetMode="External"/><Relationship Id="rId20" Type="http://schemas.openxmlformats.org/officeDocument/2006/relationships/hyperlink" Target="https://github.com/snipsco/tract" TargetMode="External"/><Relationship Id="rId21" Type="http://schemas.openxmlformats.org/officeDocument/2006/relationships/hyperlink" Target="https://www.analyticsinsight.net/artificial-intelligence/why-rust-is-becoming-a-contender-in-ai-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