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Seattle's Tech Roast Show brings comedians and tech workers together for a night of laughter and reflection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Seattle, a city renowned for its thriving tech industry and innovative spirit, recently hosted a unique comedic event aimed at roasting the very culture that defines much of its professional landscape. The Tech Roast Show, staged at the prestigious Benaroya Hall, gathered over 500 attendees, predominantly tech workers, eager to experience a comedic critique of their industry. The sold-out event welcomed participants who paid upwards of $50 for a night of laughter and satirical reflection.</w:t>
      </w:r>
      <w:r/>
    </w:p>
    <w:p>
      <w:r/>
      <w:r>
        <w:t>The show, also known as Socially Inept: Tech Roast Show, began its journey in Seattle around 2018. It was created by comedians Austin Nasso, Nikita Oster, Jesse Warren, and producer Lee Yang, who united through the local comedy circuit. The concept was simple yet effective: to humourously scrutinise the fast-paced, high-stakes world of tech. Over the years, the show has evolved to embrace a more immersive, audience-centric format, moving beyond traditional stand-up comedy to incorporate improv and audience interaction.</w:t>
      </w:r>
      <w:r/>
    </w:p>
    <w:p>
      <w:r/>
      <w:r>
        <w:t>The evening kicked off with enthusiastic participation from the audience, as comedians called out to various tech roles, inviting engineers, project managers, and even interns to identify themselves. What ensued was a mix of impromptu questioning and playful roasting, where individuals from different tech backgrounds, such as a finance professional from Google, found themselves in the comedic crosshairs. This interaction not only entertained but also highlighted some of the absurdities inherent in corporate jargon and the culture of tech giants.</w:t>
      </w:r>
      <w:r/>
    </w:p>
    <w:p>
      <w:r/>
      <w:r>
        <w:t>A hallmark of the Tech Roast Show is its involvement of the audience in spontaneous and sometimes absurd games. For instance, attendees at a recent show were invited to sort themselves by their total compensation, or to display empathy more convincingly than an AI chatbot. Such activities aim to underline the peculiarities of tech culture while providing a platform for nuanced humour.</w:t>
      </w:r>
      <w:r/>
    </w:p>
    <w:p>
      <w:r/>
      <w:r>
        <w:t>An audience member and former waitress from a seafood buffet with an unusual feature — a pool with women dressed as mermaids — shared her 'worst job' story, exemplifying the strange twists that can characterise working life. These tales contribute to a larger narrative questioning the sometimes contentious relationship between individuals and their corporate employers, a theme the show explores through comedic yet incisive commentary.</w:t>
      </w:r>
      <w:r/>
    </w:p>
    <w:p>
      <w:r/>
      <w:r>
        <w:t>While the surface humour targets the quirks of tech culture, underlying themes address more profound issues such as mental health and the pervasive influence of tech companies on personal lives. Ostensibly empowered with high salaries and prestige, many tech workers still encounter environments fraught with intense competition, isolation, and threats of obsolescence due to advancing technology.</w:t>
      </w:r>
      <w:r/>
    </w:p>
    <w:p>
      <w:r/>
      <w:r>
        <w:t>The event also examined the evolving relationship between humans and AI, introducing an innovative segment called “I can’t believe it’s not human,” where AI was pitted against humans in an empathy challenge. This segment featured Mr. Red, an AI chatbot primarily developed by Oster. The humorous contrast between human empathy and the AI's stilted responses provided a comedic lens through which to explore the very real tensions between technology and human emotional intelligence.</w:t>
      </w:r>
      <w:r/>
    </w:p>
    <w:p>
      <w:r/>
      <w:r>
        <w:t>Nasso, one of the founding comedians, describes the show as offering a “cathartic, therapeutic laugh and a sense of community” — something much needed in a city where one in seven employees works in tech. This comedic event serves not only as entertainment but also as a social commentary on the dynamics between tech professionals, their demanding work environments, and the rapid technological advancements surrounding them.</w:t>
      </w:r>
      <w:r/>
    </w:p>
    <w:p>
      <w:r/>
      <w:r>
        <w:t>As the show continues to grow and engage audiences, its unique blend of comedy, audience participation, and cultural commentary highlights the shifting intersections of people, corporations, and AI — all through the universal language of humour.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https://www.eventbrite.com/e/tech-roast-show-2042-tickets-794361174657</w:t>
        </w:r>
      </w:hyperlink>
      <w:r>
        <w:t xml:space="preserve"> - Corroborates the event 'Tech Roast Show' being held at Benaroya Hall in Seattle.</w:t>
      </w:r>
      <w:r/>
    </w:p>
    <w:p>
      <w:pPr>
        <w:pStyle w:val="ListNumber"/>
        <w:spacing w:line="240" w:lineRule="auto"/>
        <w:ind w:left="720"/>
      </w:pPr>
      <w:r/>
      <w:hyperlink r:id="rId11">
        <w:r>
          <w:rPr>
            <w:color w:val="0000EE"/>
            <w:u w:val="single"/>
          </w:rPr>
          <w:t>https://sociallyinept.io</w:t>
        </w:r>
      </w:hyperlink>
      <w:r>
        <w:t xml:space="preserve"> - Provides information about the creators and the concept of the Tech Roast Show, including its origins and format.</w:t>
      </w:r>
      <w:r/>
    </w:p>
    <w:p>
      <w:pPr>
        <w:pStyle w:val="ListNumber"/>
        <w:spacing w:line="240" w:lineRule="auto"/>
        <w:ind w:left="720"/>
      </w:pPr>
      <w:r/>
      <w:hyperlink r:id="rId12">
        <w:r>
          <w:rPr>
            <w:color w:val="0000EE"/>
            <w:u w:val="single"/>
          </w:rPr>
          <w:t>https://www.ticketmaster.com/tech-roast-touring-machine-seattle-washington-11-12-2024/event/0F006137BBE971CE</w:t>
        </w:r>
      </w:hyperlink>
      <w:r>
        <w:t xml:space="preserve"> - Confirms upcoming dates and venues for the Tech Roast Show, such as the Neptune Theatre in Seattle.</w:t>
      </w:r>
      <w:r/>
    </w:p>
    <w:p>
      <w:pPr>
        <w:pStyle w:val="ListNumber"/>
        <w:spacing w:line="240" w:lineRule="auto"/>
        <w:ind w:left="720"/>
      </w:pPr>
      <w:r/>
      <w:hyperlink r:id="rId13">
        <w:r>
          <w:rPr>
            <w:color w:val="0000EE"/>
            <w:u w:val="single"/>
          </w:rPr>
          <w:t>https://www.eventbrite.com/e/tech-roast-show-2042-tickets-909532996677</w:t>
        </w:r>
      </w:hyperlink>
      <w:r>
        <w:t xml:space="preserve"> - Additional confirmation of the Tech Roast Show events at Benaroya Hall, highlighting the recurring nature of the show.</w:t>
      </w:r>
      <w:r/>
    </w:p>
    <w:p>
      <w:pPr>
        <w:pStyle w:val="ListNumber"/>
        <w:spacing w:line="240" w:lineRule="auto"/>
        <w:ind w:left="720"/>
      </w:pPr>
      <w:r/>
      <w:hyperlink r:id="rId14">
        <w:r>
          <w:rPr>
            <w:color w:val="0000EE"/>
            <w:u w:val="single"/>
          </w:rPr>
          <w:t>https://www.stgpresents.org/events/tech-roast/</w:t>
        </w:r>
      </w:hyperlink>
      <w:r>
        <w:t xml:space="preserve"> - Details the event schedule, venue, and format of the Tech Roast Show at the Neptune Theatre.</w:t>
      </w:r>
      <w:r/>
    </w:p>
    <w:p>
      <w:pPr>
        <w:pStyle w:val="ListNumber"/>
        <w:spacing w:line="240" w:lineRule="auto"/>
        <w:ind w:left="720"/>
      </w:pPr>
      <w:r/>
      <w:hyperlink r:id="rId11">
        <w:r>
          <w:rPr>
            <w:color w:val="0000EE"/>
            <w:u w:val="single"/>
          </w:rPr>
          <w:t>https://sociallyinept.io</w:t>
        </w:r>
      </w:hyperlink>
      <w:r>
        <w:t xml:space="preserve"> - Explains the involvement of the audience in spontaneous and sometimes absurd games, and the comedic critique of tech culture.</w:t>
      </w:r>
      <w:r/>
    </w:p>
    <w:p>
      <w:pPr>
        <w:pStyle w:val="ListNumber"/>
        <w:spacing w:line="240" w:lineRule="auto"/>
        <w:ind w:left="720"/>
      </w:pPr>
      <w:r/>
      <w:hyperlink r:id="rId14">
        <w:r>
          <w:rPr>
            <w:color w:val="0000EE"/>
            <w:u w:val="single"/>
          </w:rPr>
          <w:t>https://www.stgpresents.org/events/tech-roast/</w:t>
        </w:r>
      </w:hyperlink>
      <w:r>
        <w:t xml:space="preserve"> - Supports the information about the show's audience-centric format and interactive elements.</w:t>
      </w:r>
      <w:r/>
    </w:p>
    <w:p>
      <w:pPr>
        <w:pStyle w:val="ListNumber"/>
        <w:spacing w:line="240" w:lineRule="auto"/>
        <w:ind w:left="720"/>
      </w:pPr>
      <w:r/>
      <w:hyperlink r:id="rId11">
        <w:r>
          <w:rPr>
            <w:color w:val="0000EE"/>
            <w:u w:val="single"/>
          </w:rPr>
          <w:t>https://sociallyinept.io</w:t>
        </w:r>
      </w:hyperlink>
      <w:r>
        <w:t xml:space="preserve"> - Highlights the show's focus on critiquing the culture of tech giants and the experiences of tech workers.</w:t>
      </w:r>
      <w:r/>
    </w:p>
    <w:p>
      <w:pPr>
        <w:pStyle w:val="ListNumber"/>
        <w:spacing w:line="240" w:lineRule="auto"/>
        <w:ind w:left="720"/>
      </w:pPr>
      <w:r/>
      <w:hyperlink r:id="rId12">
        <w:r>
          <w:rPr>
            <w:color w:val="0000EE"/>
            <w:u w:val="single"/>
          </w:rPr>
          <w:t>https://www.ticketmaster.com/tech-roast-touring-machine-seattle-washington-11-12-2024/event/0F006137BBE971CE</w:t>
        </w:r>
      </w:hyperlink>
      <w:r>
        <w:t xml:space="preserve"> - Confirms the show's popularity and the involvement of various tech roles in the comedic segments.</w:t>
      </w:r>
      <w:r/>
    </w:p>
    <w:p>
      <w:pPr>
        <w:pStyle w:val="ListNumber"/>
        <w:spacing w:line="240" w:lineRule="auto"/>
        <w:ind w:left="720"/>
      </w:pPr>
      <w:r/>
      <w:hyperlink r:id="rId10">
        <w:r>
          <w:rPr>
            <w:color w:val="0000EE"/>
            <w:u w:val="single"/>
          </w:rPr>
          <w:t>https://www.eventbrite.com/e/tech-roast-show-2042-tickets-794361174657</w:t>
        </w:r>
      </w:hyperlink>
      <w:r>
        <w:t xml:space="preserve"> - Provides evidence of the show's sold-out status and the engagement of over 500 attendees.</w:t>
      </w:r>
      <w:r/>
    </w:p>
    <w:p>
      <w:pPr>
        <w:pStyle w:val="ListNumber"/>
        <w:spacing w:line="240" w:lineRule="auto"/>
        <w:ind w:left="720"/>
      </w:pPr>
      <w:r/>
      <w:hyperlink r:id="rId11">
        <w:r>
          <w:rPr>
            <w:color w:val="0000EE"/>
            <w:u w:val="single"/>
          </w:rPr>
          <w:t>https://sociallyinept.io</w:t>
        </w:r>
      </w:hyperlink>
      <w:r>
        <w:t xml:space="preserve"> - Supports the underlying themes of mental health, competition, and the influence of tech companies on personal lives.</w:t>
      </w:r>
      <w:r/>
    </w:p>
    <w:p>
      <w:pPr>
        <w:pStyle w:val="ListNumber"/>
        <w:spacing w:line="240" w:lineRule="auto"/>
        <w:ind w:left="720"/>
      </w:pPr>
      <w:r/>
      <w:hyperlink r:id="rId15">
        <w:r>
          <w:rPr>
            <w:color w:val="0000EE"/>
            <w:u w:val="single"/>
          </w:rPr>
          <w:t>https://www.seattletimes.com/life/culture/seattle-grown-comedy-show-roasts-techies-brings-ai-on-stage/?utm_source=RSS&amp;utm_medium=Referral&amp;utm_campaign=RSS_all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ntbrite.com/e/tech-roast-show-2042-tickets-794361174657" TargetMode="External"/><Relationship Id="rId11" Type="http://schemas.openxmlformats.org/officeDocument/2006/relationships/hyperlink" Target="https://sociallyinept.io" TargetMode="External"/><Relationship Id="rId12" Type="http://schemas.openxmlformats.org/officeDocument/2006/relationships/hyperlink" Target="https://www.ticketmaster.com/tech-roast-touring-machine-seattle-washington-11-12-2024/event/0F006137BBE971CE" TargetMode="External"/><Relationship Id="rId13" Type="http://schemas.openxmlformats.org/officeDocument/2006/relationships/hyperlink" Target="https://www.eventbrite.com/e/tech-roast-show-2042-tickets-909532996677" TargetMode="External"/><Relationship Id="rId14" Type="http://schemas.openxmlformats.org/officeDocument/2006/relationships/hyperlink" Target="https://www.stgpresents.org/events/tech-roast/" TargetMode="External"/><Relationship Id="rId15" Type="http://schemas.openxmlformats.org/officeDocument/2006/relationships/hyperlink" Target="https://www.seattletimes.com/life/culture/seattle-grown-comedy-show-roasts-techies-brings-ai-on-stage/?utm_source=RSS&amp;utm_medium=Referral&amp;utm_campaign=RSS_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