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ST Telemedia's Fairview 1 data centre set to open in 2025</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ST Telemedia Global Data Centres (STT GDC) Philippines has confirmed that the initial phase of operations for its STT Fairview 1 data centre is progressing according to schedule and is set to be operational by the second quarter of 2025. This announcement underscores the company's commitment to meeting its projected timelines, having previously indicated the facility would be ready in the early part of 2025. </w:t>
      </w:r>
      <w:r/>
    </w:p>
    <w:p>
      <w:r/>
      <w:r>
        <w:t>The STT Fairview campus, upon completion, will hold the title of the largest data centre in the Philippines, boasting a total IT capacity of 124 megawatts (MW). This capacity underscores the facility's design to accommodate the growing demand for artificial intelligence (AI) workloads within the country. The burgeoning field of AI is expected to significantly bolster the Philippine economy, with projections estimating that it could contribute as much as 12% or approximately US$92 billion to the nation’s Gross Domestic Product (GDP) by the year 2030.</w:t>
      </w:r>
      <w:r/>
    </w:p>
    <w:p>
      <w:r/>
      <w:r>
        <w:t>Carlo Malana, the President and CEO of STT GDC Philippines, reiterated the company's dedication to its timeline commitments. In his statement, Malana highlighted the strategic importance of the data centre, noting its alignment with the current and anticipated needs of hyperscale technology clients. He also pointed out the pivotal role played by local technical talent in achieving these objectives.</w:t>
      </w:r>
      <w:r/>
    </w:p>
    <w:p>
      <w:r/>
      <w:r>
        <w:t>The establishment of STT GDC Philippines is a collaborative initiative formed as a joint venture between Globe, Ayala Corporation, and Singapore-based ST Telemedia Global Data Centres. This enterprise is set to significantly enhance the region's digital infrastructure, placing the Philippines on the map as a key player in the global digital economy.</w:t>
      </w:r>
      <w:r/>
    </w:p>
    <w:p>
      <w:r/>
      <w:r>
        <w:t xml:space="preserve">Sustainability has been identified as a cornerstone of STT GDC Philippines' expansion strategy. The company is deploying innovative technologies and best practices to reduce environmental impact while simultaneously enhancing the efficiency and resilience of its infrastructure. This approach reflects a growing trend within the industry to balance operational growth with environmentally responsible practices. </w:t>
      </w:r>
      <w:r/>
    </w:p>
    <w:p>
      <w:r/>
      <w:r>
        <w:t>In summary, STT GDC Philippines is poised to make a substantial impact on the country's data infrastructure landscape with its STT Fairview 1 facility, supporting the anticipated surge in AI-driven economic activities and adhering to a robust sustainability model.</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https://www.thefinancialdistrict.com.ph/post/largest-data-center-in-the-philippines-to-be-ready-by-next-year</w:t>
        </w:r>
      </w:hyperlink>
      <w:r>
        <w:t xml:space="preserve"> - Corroborates the timeline for the STT Fairview 1 data centre to be ready by Q2 2025 and its status as the largest data centre in the Philippines.</w:t>
      </w:r>
      <w:r/>
    </w:p>
    <w:p>
      <w:pPr>
        <w:pStyle w:val="ListNumber"/>
        <w:spacing w:line="240" w:lineRule="auto"/>
        <w:ind w:left="720"/>
      </w:pPr>
      <w:r/>
      <w:hyperlink r:id="rId11">
        <w:r>
          <w:rPr>
            <w:color w:val="0000EE"/>
            <w:u w:val="single"/>
          </w:rPr>
          <w:t>https://www.bworldonline.com/corporate/2024/11/01/632110/fairview-data-center-on-track-for-q2-2025-says-stt-gdc/</w:t>
        </w:r>
      </w:hyperlink>
      <w:r>
        <w:t xml:space="preserve"> - Confirms that the STT Fairview 1 data centre is on track to be operational by Q2 2025.</w:t>
      </w:r>
      <w:r/>
    </w:p>
    <w:p>
      <w:pPr>
        <w:pStyle w:val="ListNumber"/>
        <w:spacing w:line="240" w:lineRule="auto"/>
        <w:ind w:left="720"/>
      </w:pPr>
      <w:r/>
      <w:hyperlink r:id="rId12">
        <w:r>
          <w:rPr>
            <w:color w:val="0000EE"/>
            <w:u w:val="single"/>
          </w:rPr>
          <w:t>https://datacenternews.asia/story/stt-gdc-set-to-launch-philippines-largest-data-centre</w:t>
        </w:r>
      </w:hyperlink>
      <w:r>
        <w:t xml:space="preserve"> - Supports the information that STT Fairview 1 will be the largest data centre in the Philippines.</w:t>
      </w:r>
      <w:r/>
    </w:p>
    <w:p>
      <w:pPr>
        <w:pStyle w:val="ListNumber"/>
        <w:spacing w:line="240" w:lineRule="auto"/>
        <w:ind w:left="720"/>
      </w:pPr>
      <w:r/>
      <w:hyperlink r:id="rId13">
        <w:r>
          <w:rPr>
            <w:color w:val="0000EE"/>
            <w:u w:val="single"/>
          </w:rPr>
          <w:t>https://www.sttelemediagdc.com/newsroom/stt-fairview-1-opening-q2-2025-positioned-to-support-growing-ai-demand</w:t>
        </w:r>
      </w:hyperlink>
      <w:r>
        <w:t xml:space="preserve"> - Details the planned opening of STT Fairview 1 in Q2 2025 and its positioning to support growing AI demand.</w:t>
      </w:r>
      <w:r/>
    </w:p>
    <w:p>
      <w:pPr>
        <w:pStyle w:val="ListNumber"/>
        <w:spacing w:line="240" w:lineRule="auto"/>
        <w:ind w:left="720"/>
      </w:pPr>
      <w:r/>
      <w:hyperlink r:id="rId14">
        <w:r>
          <w:rPr>
            <w:color w:val="0000EE"/>
            <w:u w:val="single"/>
          </w:rPr>
          <w:t>https://manilastandard.net/business/314517887/stt-gdc-set-to-open-data-center-in-2025.html</w:t>
        </w:r>
      </w:hyperlink>
      <w:r>
        <w:t xml:space="preserve"> - Confirms the opening of the STT Fairview 1 data centre in 2025.</w:t>
      </w:r>
      <w:r/>
    </w:p>
    <w:p>
      <w:pPr>
        <w:pStyle w:val="ListNumber"/>
        <w:spacing w:line="240" w:lineRule="auto"/>
        <w:ind w:left="720"/>
      </w:pPr>
      <w:r/>
      <w:hyperlink r:id="rId10">
        <w:r>
          <w:rPr>
            <w:color w:val="0000EE"/>
            <w:u w:val="single"/>
          </w:rPr>
          <w:t>https://www.thefinancialdistrict.com.ph/post/largest-data-center-in-the-philippines-to-be-ready-by-next-year</w:t>
        </w:r>
      </w:hyperlink>
      <w:r>
        <w:t xml:space="preserve"> - Mentions the total IT capacity of 124 MW and the facility's design to accommodate growing AI workloads.</w:t>
      </w:r>
      <w:r/>
    </w:p>
    <w:p>
      <w:pPr>
        <w:pStyle w:val="ListNumber"/>
        <w:spacing w:line="240" w:lineRule="auto"/>
        <w:ind w:left="720"/>
      </w:pPr>
      <w:r/>
      <w:hyperlink r:id="rId13">
        <w:r>
          <w:rPr>
            <w:color w:val="0000EE"/>
            <w:u w:val="single"/>
          </w:rPr>
          <w:t>https://www.sttelemediagdc.com/newsroom/stt-fairview-1-opening-q2-2025-positioned-to-support-growing-ai-demand</w:t>
        </w:r>
      </w:hyperlink>
      <w:r>
        <w:t xml:space="preserve"> - Highlights the strategic importance of the data centre for hyperscale technology clients and the role of local technical talent.</w:t>
      </w:r>
      <w:r/>
    </w:p>
    <w:p>
      <w:pPr>
        <w:pStyle w:val="ListNumber"/>
        <w:spacing w:line="240" w:lineRule="auto"/>
        <w:ind w:left="720"/>
      </w:pPr>
      <w:r/>
      <w:hyperlink r:id="rId12">
        <w:r>
          <w:rPr>
            <w:color w:val="0000EE"/>
            <w:u w:val="single"/>
          </w:rPr>
          <w:t>https://datacenternews.asia/story/stt-gdc-set-to-launch-philippines-largest-data-centre</w:t>
        </w:r>
      </w:hyperlink>
      <w:r>
        <w:t xml:space="preserve"> - Discusses the collaborative initiative between Globe, Ayala Corporation, and ST Telemedia Global Data Centres.</w:t>
      </w:r>
      <w:r/>
    </w:p>
    <w:p>
      <w:pPr>
        <w:pStyle w:val="ListNumber"/>
        <w:spacing w:line="240" w:lineRule="auto"/>
        <w:ind w:left="720"/>
      </w:pPr>
      <w:r/>
      <w:hyperlink r:id="rId11">
        <w:r>
          <w:rPr>
            <w:color w:val="0000EE"/>
            <w:u w:val="single"/>
          </w:rPr>
          <w:t>https://www.bworldonline.com/corporate/2024/11/01/632110/fairview-data-center-on-track-for-q2-2025-says-stt-gdc/</w:t>
        </w:r>
      </w:hyperlink>
      <w:r>
        <w:t xml:space="preserve"> - Mentions the enhancement of the region's digital infrastructure through the establishment of STT GDC Philippines.</w:t>
      </w:r>
      <w:r/>
    </w:p>
    <w:p>
      <w:pPr>
        <w:pStyle w:val="ListNumber"/>
        <w:spacing w:line="240" w:lineRule="auto"/>
        <w:ind w:left="720"/>
      </w:pPr>
      <w:r/>
      <w:hyperlink r:id="rId13">
        <w:r>
          <w:rPr>
            <w:color w:val="0000EE"/>
            <w:u w:val="single"/>
          </w:rPr>
          <w:t>https://www.sttelemediagdc.com/newsroom/stt-fairview-1-opening-q2-2025-positioned-to-support-growing-ai-demand</w:t>
        </w:r>
      </w:hyperlink>
      <w:r>
        <w:t xml:space="preserve"> - Details the company's focus on sustainability and deploying innovative technologies to reduce environmental impact.</w:t>
      </w:r>
      <w:r/>
    </w:p>
    <w:p>
      <w:pPr>
        <w:pStyle w:val="ListNumber"/>
        <w:spacing w:line="240" w:lineRule="auto"/>
        <w:ind w:left="720"/>
      </w:pPr>
      <w:r/>
      <w:hyperlink r:id="rId15">
        <w:r>
          <w:rPr>
            <w:color w:val="0000EE"/>
            <w:u w:val="single"/>
          </w:rPr>
          <w:t>https://www.intelligentdatacentres.com/2024/10/31/stt-fairview-1-set-to-open-in-q2-2025-positioned-to-support-growing-ai-demands/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financialdistrict.com.ph/post/largest-data-center-in-the-philippines-to-be-ready-by-next-year" TargetMode="External"/><Relationship Id="rId11" Type="http://schemas.openxmlformats.org/officeDocument/2006/relationships/hyperlink" Target="https://www.bworldonline.com/corporate/2024/11/01/632110/fairview-data-center-on-track-for-q2-2025-says-stt-gdc/" TargetMode="External"/><Relationship Id="rId12" Type="http://schemas.openxmlformats.org/officeDocument/2006/relationships/hyperlink" Target="https://datacenternews.asia/story/stt-gdc-set-to-launch-philippines-largest-data-centre" TargetMode="External"/><Relationship Id="rId13" Type="http://schemas.openxmlformats.org/officeDocument/2006/relationships/hyperlink" Target="https://www.sttelemediagdc.com/newsroom/stt-fairview-1-opening-q2-2025-positioned-to-support-growing-ai-demand" TargetMode="External"/><Relationship Id="rId14" Type="http://schemas.openxmlformats.org/officeDocument/2006/relationships/hyperlink" Target="https://manilastandard.net/business/314517887/stt-gdc-set-to-open-data-center-in-2025.html" TargetMode="External"/><Relationship Id="rId15" Type="http://schemas.openxmlformats.org/officeDocument/2006/relationships/hyperlink" Target="https://www.intelligentdatacentres.com/2024/10/31/stt-fairview-1-set-to-open-in-q2-2025-positioned-to-support-growing-ai-demand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