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artificial intelligence in Apple's smartphone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digital age, artificial intelligence (AI) applications are significantly reshaping how individuals engage with their smartphones, particularly within the realm of Apple’s iPhone offerings. At the forefront of this technological advancement is Siri, Apple’s voice assistant, which has become an integral component of the iPhone experience. Leveraging sophisticated AI technology, Siri empowers users by performing a multitude of tasks ranging from setting reminders and making phone calls to sending messages and searching the internet.</w:t>
      </w:r>
      <w:r/>
    </w:p>
    <w:p>
      <w:r/>
      <w:r>
        <w:t>Siri operates through natural language processing and voice recognition, enabling a seamless user experience where spoken commands translate into actions. Since its introduction, Siri has continually evolved, providing enhanced efficiency and convenience in everyday activities, making it an indispensable tool for many iPhone users globally.</w:t>
      </w:r>
      <w:r/>
    </w:p>
    <w:p>
      <w:r/>
      <w:r>
        <w:t>In parallel, Notion AI is making waves as an innovative application that integrates artificial intelligence into the popular productivity tool, Notion. This particular enhancement has brought forward significant improvements for users needing to organise tasks, compose notes, and manage projects with greater ease and effectiveness. The AI component of Notion AI can generate content, summarise information, and produce ideas for brainstorming sessions, thereby growing its versatility for users who rely on effective organisation and multitasking capabilities.</w:t>
      </w:r>
      <w:r/>
    </w:p>
    <w:p>
      <w:r/>
      <w:r>
        <w:t>Notion AI caters particularly to iPhone users who desire an elevated level of productivity in their professional and personal lives. Its ability to streamline workflow and augment creative processes stands as a testament to the growing adoption of AI in enhancing task management and operational efficiency.</w:t>
      </w:r>
      <w:r/>
    </w:p>
    <w:p>
      <w:r/>
      <w:r>
        <w:t>Both Siri and Notion AI exemplify the burgeoning role of artificial intelligence in everyday technology use, reflecting the continuing trend towards integrating intelligent systems to facilitate more intuitive and responsive user experiences. As these applications continue to develop and improve, they represent the broader potential of AI in enriching the functionality of smartphones amidst an ever-evolving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https://www.usnews.com/news/business/articles/2024-09-19/apple-releases-ai-software-for-a-smarter-siri-on-the-iphone-16</w:t>
        </w:r>
      </w:hyperlink>
      <w:r>
        <w:t xml:space="preserve"> - Corroborates the integration of AI into Siri, enhancing its capabilities and performance on the iPhone 16.</w:t>
      </w:r>
      <w:r/>
    </w:p>
    <w:p>
      <w:pPr>
        <w:pStyle w:val="ListNumber"/>
        <w:spacing w:line="240" w:lineRule="auto"/>
        <w:ind w:left="720"/>
      </w:pPr>
      <w:r/>
      <w:hyperlink r:id="rId11">
        <w:r>
          <w:rPr>
            <w:color w:val="0000EE"/>
            <w:u w:val="single"/>
          </w:rPr>
          <w:t>https://apnews.com/article/apple-artificial-intelligence-iphone-16-siri-3bbf16e06e29f09320dcbefcf4ffc40b</w:t>
        </w:r>
      </w:hyperlink>
      <w:r>
        <w:t xml:space="preserve"> - Supports the details about Apple's AI software update for Siri and its features, including language understanding and task automation.</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Provides information on Apple Intelligence, including its integration with Siri, writing tools, and other AI features across Apple devices.</w:t>
      </w:r>
      <w:r/>
    </w:p>
    <w:p>
      <w:pPr>
        <w:pStyle w:val="ListNumber"/>
        <w:spacing w:line="240" w:lineRule="auto"/>
        <w:ind w:left="720"/>
      </w:pPr>
      <w:r/>
      <w:hyperlink r:id="rId13">
        <w:r>
          <w:rPr>
            <w:color w:val="0000EE"/>
            <w:u w:val="single"/>
          </w:rPr>
          <w:t>https://www.apple.com/apple-intelligence/</w:t>
        </w:r>
      </w:hyperlink>
      <w:r>
        <w:t xml:space="preserve"> - Explains the capabilities of Apple Intelligence, such as enhanced language understanding, writing tools, and privacy features.</w:t>
      </w:r>
      <w:r/>
    </w:p>
    <w:p>
      <w:pPr>
        <w:pStyle w:val="ListNumber"/>
        <w:spacing w:line="240" w:lineRule="auto"/>
        <w:ind w:left="720"/>
      </w:pPr>
      <w:r/>
      <w:hyperlink r:id="rId10">
        <w:r>
          <w:rPr>
            <w:color w:val="0000EE"/>
            <w:u w:val="single"/>
          </w:rPr>
          <w:t>https://www.usnews.com/news/business/articles/2024-09-19/apple-releases-ai-software-for-a-smarter-siri-on-the-iphone-16</w:t>
        </w:r>
      </w:hyperlink>
      <w:r>
        <w:t xml:space="preserve"> - Details how Siri's evolution has made it an indispensable tool for iPhone users, performing various tasks efficiently.</w:t>
      </w:r>
      <w:r/>
    </w:p>
    <w:p>
      <w:pPr>
        <w:pStyle w:val="ListNumber"/>
        <w:spacing w:line="240" w:lineRule="auto"/>
        <w:ind w:left="720"/>
      </w:pPr>
      <w:r/>
      <w:hyperlink r:id="rId11">
        <w:r>
          <w:rPr>
            <w:color w:val="0000EE"/>
            <w:u w:val="single"/>
          </w:rPr>
          <w:t>https://apnews.com/article/apple-artificial-intelligence-iphone-16-siri-3bbf16e06e29f09320dcbefcf4ffc40b</w:t>
        </w:r>
      </w:hyperlink>
      <w:r>
        <w:t xml:space="preserve"> - Corroborates Siri's ability to operate through natural language processing and voice recognition, enhancing user experience.</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Supports the idea that Siri's enhancements are part of a broader trend towards integrating intelligent systems for more intuitive user experiences.</w:t>
      </w:r>
      <w:r/>
    </w:p>
    <w:p>
      <w:pPr>
        <w:pStyle w:val="ListNumber"/>
        <w:spacing w:line="240" w:lineRule="auto"/>
        <w:ind w:left="720"/>
      </w:pPr>
      <w:r/>
      <w:hyperlink r:id="rId13">
        <w:r>
          <w:rPr>
            <w:color w:val="0000EE"/>
            <w:u w:val="single"/>
          </w:rPr>
          <w:t>https://www.apple.com/apple-intelligence/</w:t>
        </w:r>
      </w:hyperlink>
      <w:r>
        <w:t xml:space="preserve"> - Highlights the integration of AI in enhancing task management and operational efficiency, similar to the role of Notion AI.</w:t>
      </w:r>
      <w:r/>
    </w:p>
    <w:p>
      <w:pPr>
        <w:pStyle w:val="ListNumber"/>
        <w:spacing w:line="240" w:lineRule="auto"/>
        <w:ind w:left="720"/>
      </w:pPr>
      <w:r/>
      <w:hyperlink r:id="rId10">
        <w:r>
          <w:rPr>
            <w:color w:val="0000EE"/>
            <w:u w:val="single"/>
          </w:rPr>
          <w:t>https://www.usnews.com/news/business/articles/2024-09-19/apple-releases-ai-software-for-a-smarter-siri-on-the-iphone-16</w:t>
        </w:r>
      </w:hyperlink>
      <w:r>
        <w:t xml:space="preserve"> - Mentions the specific AI features such as writing and proofreading tasks, summarizing emails, and editing photos, which align with Notion AI's capabilities.</w:t>
      </w:r>
      <w:r/>
    </w:p>
    <w:p>
      <w:pPr>
        <w:pStyle w:val="ListNumber"/>
        <w:spacing w:line="240" w:lineRule="auto"/>
        <w:ind w:left="720"/>
      </w:pPr>
      <w:r/>
      <w:hyperlink r:id="rId11">
        <w:r>
          <w:rPr>
            <w:color w:val="0000EE"/>
            <w:u w:val="single"/>
          </w:rPr>
          <w:t>https://apnews.com/article/apple-artificial-intelligence-iphone-16-siri-3bbf16e06e29f09320dcbefcf4ffc40b</w:t>
        </w:r>
      </w:hyperlink>
      <w:r>
        <w:t xml:space="preserve"> - Details the compatibility of AI features with various iPhone models, reflecting the broader adoption of AI in smartphones.</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Explains how Apple Intelligence, like Notion AI, enhances productivity and multitasking capabilities through AI integration.</w:t>
      </w:r>
      <w:r/>
    </w:p>
    <w:p>
      <w:pPr>
        <w:pStyle w:val="ListNumber"/>
        <w:spacing w:line="240" w:lineRule="auto"/>
        <w:ind w:left="720"/>
      </w:pPr>
      <w:r/>
      <w:hyperlink r:id="rId14">
        <w:r>
          <w:rPr>
            <w:color w:val="0000EE"/>
            <w:u w:val="single"/>
          </w:rPr>
          <w:t>https://www.analyticsinsight.net/artificial-intelligence/best-ai-apps-for-iphone-users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business/articles/2024-09-19/apple-releases-ai-software-for-a-smarter-siri-on-the-iphone-16" TargetMode="External"/><Relationship Id="rId11" Type="http://schemas.openxmlformats.org/officeDocument/2006/relationships/hyperlink" Target="https://apnews.com/article/apple-artificial-intelligence-iphone-16-siri-3bbf16e06e29f09320dcbefcf4ffc40b" TargetMode="External"/><Relationship Id="rId12" Type="http://schemas.openxmlformats.org/officeDocument/2006/relationships/hyperlink" Target="https://www.apple.com/newsroom/2024/06/introducing-apple-intelligence-for-iphone-ipad-and-mac/" TargetMode="External"/><Relationship Id="rId13" Type="http://schemas.openxmlformats.org/officeDocument/2006/relationships/hyperlink" Target="https://www.apple.com/apple-intelligence/" TargetMode="External"/><Relationship Id="rId14" Type="http://schemas.openxmlformats.org/officeDocument/2006/relationships/hyperlink" Target="https://www.analyticsinsight.net/artificial-intelligence/best-ai-apps-for-iphone-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