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AI learning resources: Staying relevant in the evolving job market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artificial intelligence (AI) continues to disrupt various industries, more businesses are emphasising the importance of AI expertise for staying relevant and competitive in the evolving job market. The increasing adoption of AI technologies has opened numerous avenues for individuals to learn AI without incurring high costs, which is crucial for those eager to dive into this transformative field. An extensive array of free resources is available to help learners master both foundational and advanced AI concepts.</w:t>
      </w:r>
      <w:r/>
    </w:p>
    <w:p>
      <w:r/>
      <w:r>
        <w:rPr>
          <w:b/>
        </w:rPr>
        <w:t>Mastering Programming for AI</w:t>
      </w:r>
      <w:r/>
    </w:p>
    <w:p>
      <w:r/>
      <w:r>
        <w:t>A crucial step in embarking on an AI learning journey is to gain proficiency in programming languages that are integral to AI development. Python stands out as a leading choice due to its ease of use and powerful libraries like NumPy, Pandas, TensorFlow, and PyTorch, which facilitate complex data processing, model building, and AI algorithm development. Additionally, R programming is valued for its capabilities in data processing, visualisation, and statistical analysis, which are essential skills in AI.</w:t>
      </w:r>
      <w:r/>
    </w:p>
    <w:p>
      <w:r/>
      <w:r>
        <w:t>Platforms like Codecademy and FreeCodeCamp offer beginner-friendly courses combining theoretical knowledge and practical application, enabling learners to tackle real-world programming challenges. Websites such as LeetCode, HackerRank, and CodeSignal provide coding challenges that help enhance skills by addressing large datasets and optimising algorithms.</w:t>
      </w:r>
      <w:r/>
    </w:p>
    <w:p>
      <w:r/>
      <w:r>
        <w:rPr>
          <w:b/>
        </w:rPr>
        <w:t>Understanding Data Structures and Algorithms</w:t>
      </w:r>
      <w:r/>
    </w:p>
    <w:p>
      <w:r/>
      <w:r>
        <w:t>A firm grasp of data structures and algorithms is fundamental to AI as they underpin effective data processing and problem-solving within AI models. FreeCodeCamp and the CS50 YouTube channel provide comprehensive tutorials on these subjects, while Great Learning offers courses accessible at no cost. Enthusiasts and experts often gather in online communities like Kaggle and GitHub to share insights, discuss problems, and collaborate on solutions.</w:t>
      </w:r>
      <w:r/>
    </w:p>
    <w:p>
      <w:r/>
      <w:r>
        <w:rPr>
          <w:b/>
        </w:rPr>
        <w:t>Studying Machine Learning and Deep Learning</w:t>
      </w:r>
      <w:r/>
    </w:p>
    <w:p>
      <w:r/>
      <w:r>
        <w:t>Machine learning (ML) and deep learning are pivotal subsets of AI. Machine learning involves computers learning from data without explicit programming, with applications in prediction modelling and data analysis. Deep learning, a subfield of ML, utilises neural networks resembling human brain processing, capable of identifying intricate patterns for applications like image recognition and natural language processing.</w:t>
      </w:r>
      <w:r/>
    </w:p>
    <w:p>
      <w:r/>
      <w:r>
        <w:t>FreeCodeCamp provides several courses on ML and deep learning, including "Machine Learning for Everybody" and the "Deep Learning Fundamentals Handbook." Kaggle offers datasets for practical learning in machine learning, allowing learners to engage with real-world applications.</w:t>
      </w:r>
      <w:r/>
    </w:p>
    <w:p>
      <w:r/>
      <w:r>
        <w:rPr>
          <w:b/>
        </w:rPr>
        <w:t>Engaging with AI Communities</w:t>
      </w:r>
      <w:r/>
    </w:p>
    <w:p>
      <w:r/>
      <w:r>
        <w:t>AI communities and forums are excellent venues for enthusiasts to exchange knowledge and engage in collaborative projects. Platforms such as Kaggle and GitHub foster environments where users can challenge themselves with machine learning tasks and share code repositories. Discussions on websites like Reddit and Quora allow users to ask questions and engage with AI topics broadly. Participants can also join professional networks on Facebook Groups, Slack, and LinkedIn for access to webinars and collaborative opportunities.</w:t>
      </w:r>
      <w:r/>
    </w:p>
    <w:p>
      <w:r/>
      <w:r>
        <w:rPr>
          <w:b/>
        </w:rPr>
        <w:t>Keeping Up with AI Trends</w:t>
      </w:r>
      <w:r/>
    </w:p>
    <w:p>
      <w:r/>
      <w:r>
        <w:t>Staying current with AI advancements is important given the rapid pace of technological developments. Remaining informed about trends in machine learning and AI applications can expand knowledge and open new opportunities across multiple industries. Integrating updates from AI community groups and subscribing to newsletters from leading entities like OpenAI, Google, and IBM helps keep learners informed on the latest developments.</w:t>
      </w:r>
      <w:r/>
    </w:p>
    <w:p>
      <w:r/>
      <w:r>
        <w:rPr>
          <w:b/>
        </w:rPr>
        <w:t>Free Resources to Learn AI in 2024</w:t>
      </w:r>
      <w:r/>
    </w:p>
    <w:p>
      <w:r/>
      <w:r>
        <w:t xml:space="preserve">1. </w:t>
      </w:r>
      <w:r>
        <w:rPr>
          <w:b/>
        </w:rPr>
        <w:t>AWS Skill Builder - Introduction to Generative AI &amp; Machine Learning Essentials</w:t>
      </w:r>
      <w:r>
        <w:t>: This course by Amazon Web Services offers a comprehensive introduction to AI, focusing on practical uses within cloud computing.</w:t>
      </w:r>
      <w:r/>
    </w:p>
    <w:p>
      <w:r/>
      <w:r>
        <w:t xml:space="preserve">2. </w:t>
      </w:r>
      <w:r>
        <w:rPr>
          <w:b/>
        </w:rPr>
        <w:t>"Artificial Intelligence: Foundations of Computational Agents" by David Poole and Alan Mackworth</w:t>
      </w:r>
      <w:r>
        <w:t>: This book provides an in-depth look at AI's theoretical foundations, discussing topics from logic to multi-agent systems.</w:t>
      </w:r>
      <w:r/>
    </w:p>
    <w:p>
      <w:r/>
      <w:r>
        <w:t xml:space="preserve">3. </w:t>
      </w:r>
      <w:r>
        <w:rPr>
          <w:b/>
        </w:rPr>
        <w:t>There’s An AI For That (TAAFT) Forum</w:t>
      </w:r>
      <w:r>
        <w:t>: A hub for AI enthusiasts to discuss research, collaborate on projects, and access AI materials, while also staying updated through job postings and mentorship programs.</w:t>
      </w:r>
      <w:r/>
    </w:p>
    <w:p>
      <w:r/>
      <w:r>
        <w:rPr>
          <w:b/>
        </w:rPr>
        <w:t>Advancing AI Knowledge</w:t>
      </w:r>
      <w:r/>
    </w:p>
    <w:p>
      <w:r/>
      <w:r>
        <w:t>Once foundational knowledge in AI is established, learners might explore advanced topics or specialise in subfields like machine learning, neural networks, or cognitive computing, each offering specific applications from fraud detection to autonomous vehicles. Advanced certifications from providers like Google, IBM, and AWS can further authenticate one's expertise and skills for prospective employers.</w:t>
      </w:r>
      <w:r/>
    </w:p>
    <w:p>
      <w:r/>
      <w:r>
        <w:t>The field of AI presents diverse career opportunities, including roles like machine learning engineer, data analyst, and AI product manager, each contributing to the growing demand for AI expertise across industries. Hence, equipping oneself with the necessary skills can unlock varied career paths and prospects in the AI domain.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https://www.forbes.com/sites/jackkelly/2024/08/01/ai-skilled-workers-are-the-new-hot-in-demand-professionals/</w:t>
        </w:r>
      </w:hyperlink>
      <w:r>
        <w:t xml:space="preserve"> - Corroborates the increasing importance of AI skills in the job market and the preference of employers for candidates with AI skills over those with more experience but lacking AI expertise.</w:t>
      </w:r>
      <w:r/>
    </w:p>
    <w:p>
      <w:pPr>
        <w:pStyle w:val="ListNumber"/>
        <w:spacing w:line="240" w:lineRule="auto"/>
        <w:ind w:left="720"/>
      </w:pPr>
      <w:r/>
      <w:hyperlink r:id="rId11">
        <w:r>
          <w:rPr>
            <w:color w:val="0000EE"/>
            <w:u w:val="single"/>
          </w:rPr>
          <w:t>https://www.businessinsider.com/ai-job-market-replacing-workers-competition-job-losses-artificial-intelligence-2024-7</w:t>
        </w:r>
      </w:hyperlink>
      <w:r>
        <w:t xml:space="preserve"> - Supports the notion that AI is transforming the job market, leading to a higher demand for high-skilled and low-skilled jobs, while medium-skilled jobs are at risk.</w:t>
      </w:r>
      <w:r/>
    </w:p>
    <w:p>
      <w:pPr>
        <w:pStyle w:val="ListNumber"/>
        <w:spacing w:line="240" w:lineRule="auto"/>
        <w:ind w:left="720"/>
      </w:pPr>
      <w:r/>
      <w:hyperlink r:id="rId12">
        <w:r>
          <w:rPr>
            <w:color w:val="0000EE"/>
            <w:u w:val="single"/>
          </w:rPr>
          <w:t>https://www.utsa.edu/pace/news/growing-demand-for-ai-skills-and-expertise-in-the-job-market.html</w:t>
        </w:r>
      </w:hyperlink>
      <w:r>
        <w:t xml:space="preserve"> - Highlights the growing demand for AI skills across various industries and the importance of acquiring these skills for career advancement.</w:t>
      </w:r>
      <w:r/>
    </w:p>
    <w:p>
      <w:pPr>
        <w:pStyle w:val="ListNumber"/>
        <w:spacing w:line="240" w:lineRule="auto"/>
        <w:ind w:left="720"/>
      </w:pPr>
      <w:r/>
      <w:hyperlink r:id="rId13">
        <w:r>
          <w:rPr>
            <w:color w:val="0000EE"/>
            <w:u w:val="single"/>
          </w:rPr>
          <w:t>https://www.weforum.org/agenda/2024/06/ai-skills-rival-job-experience-in-recruitment/</w:t>
        </w:r>
      </w:hyperlink>
      <w:r>
        <w:t xml:space="preserve"> - Confirms that AI skills are becoming as important as job experience in the hiring process and notes the rise of AI super users in the workforce.</w:t>
      </w:r>
      <w:r/>
    </w:p>
    <w:p>
      <w:pPr>
        <w:pStyle w:val="ListNumber"/>
        <w:spacing w:line="240" w:lineRule="auto"/>
        <w:ind w:left="720"/>
      </w:pPr>
      <w:r/>
      <w:hyperlink r:id="rId13">
        <w:r>
          <w:rPr>
            <w:color w:val="0000EE"/>
            <w:u w:val="single"/>
          </w:rPr>
          <w:t>https://www.weforum.org/agenda/2024/06/ai-skills-rival-job-experience-in-recruitment/</w:t>
        </w:r>
      </w:hyperlink>
      <w:r>
        <w:t xml:space="preserve"> - Provides evidence of the increasing need for AI skills across different occupations and industries, including non-technical roles.</w:t>
      </w:r>
      <w:r/>
    </w:p>
    <w:p>
      <w:pPr>
        <w:pStyle w:val="ListNumber"/>
        <w:spacing w:line="240" w:lineRule="auto"/>
        <w:ind w:left="720"/>
      </w:pPr>
      <w:r/>
      <w:hyperlink r:id="rId10">
        <w:r>
          <w:rPr>
            <w:color w:val="0000EE"/>
            <w:u w:val="single"/>
          </w:rPr>
          <w:t>https://www.forbes.com/sites/jackkelly/2024/08/01/ai-skilled-workers-are-the-new-hot-in-demand-professionals/</w:t>
        </w:r>
      </w:hyperlink>
      <w:r>
        <w:t xml:space="preserve"> - Supports the idea that learning basic AI skills, such as prompt engineering and data literacy, is crucial for staying competitive in the job market.</w:t>
      </w:r>
      <w:r/>
    </w:p>
    <w:p>
      <w:pPr>
        <w:pStyle w:val="ListNumber"/>
        <w:spacing w:line="240" w:lineRule="auto"/>
        <w:ind w:left="720"/>
      </w:pPr>
      <w:r/>
      <w:hyperlink r:id="rId11">
        <w:r>
          <w:rPr>
            <w:color w:val="0000EE"/>
            <w:u w:val="single"/>
          </w:rPr>
          <w:t>https://www.businessinsider.com/ai-job-market-replacing-workers-competition-job-losses-artificial-intelligence-2024-7</w:t>
        </w:r>
      </w:hyperlink>
      <w:r>
        <w:t xml:space="preserve"> - Explains the importance of continuous learning and upskilling in AI to remain relevant in a rapidly changing job market.</w:t>
      </w:r>
      <w:r/>
    </w:p>
    <w:p>
      <w:pPr>
        <w:pStyle w:val="ListNumber"/>
        <w:spacing w:line="240" w:lineRule="auto"/>
        <w:ind w:left="720"/>
      </w:pPr>
      <w:r/>
      <w:hyperlink r:id="rId12">
        <w:r>
          <w:rPr>
            <w:color w:val="0000EE"/>
            <w:u w:val="single"/>
          </w:rPr>
          <w:t>https://www.utsa.edu/pace/news/growing-demand-for-ai-skills-and-expertise-in-the-job-market.html</w:t>
        </w:r>
      </w:hyperlink>
      <w:r>
        <w:t xml:space="preserve"> - Discusses the role of professional education programs in providing the necessary AI skills and knowledge to stay competitive.</w:t>
      </w:r>
      <w:r/>
    </w:p>
    <w:p>
      <w:pPr>
        <w:pStyle w:val="ListNumber"/>
        <w:spacing w:line="240" w:lineRule="auto"/>
        <w:ind w:left="720"/>
      </w:pPr>
      <w:r/>
      <w:hyperlink r:id="rId13">
        <w:r>
          <w:rPr>
            <w:color w:val="0000EE"/>
            <w:u w:val="single"/>
          </w:rPr>
          <w:t>https://www.weforum.org/agenda/2024/06/ai-skills-rival-job-experience-in-recruitment/</w:t>
        </w:r>
      </w:hyperlink>
      <w:r>
        <w:t xml:space="preserve"> - Mentions the rise in hiring for technical and non-technical AI roles and the premium pay associated with AI specialist skills.</w:t>
      </w:r>
      <w:r/>
    </w:p>
    <w:p>
      <w:pPr>
        <w:pStyle w:val="ListNumber"/>
        <w:spacing w:line="240" w:lineRule="auto"/>
        <w:ind w:left="720"/>
      </w:pPr>
      <w:r/>
      <w:hyperlink r:id="rId10">
        <w:r>
          <w:rPr>
            <w:color w:val="0000EE"/>
            <w:u w:val="single"/>
          </w:rPr>
          <w:t>https://www.forbes.com/sites/jackkelly/2024/08/01/ai-skilled-workers-are-the-new-hot-in-demand-professionals/</w:t>
        </w:r>
      </w:hyperlink>
      <w:r>
        <w:t xml:space="preserve"> - Highlights the surge in demand for AI-related job postings and the increased applications for jobs that include AI skills.</w:t>
      </w:r>
      <w:r/>
    </w:p>
    <w:p>
      <w:pPr>
        <w:pStyle w:val="ListNumber"/>
        <w:spacing w:line="240" w:lineRule="auto"/>
        <w:ind w:left="720"/>
      </w:pPr>
      <w:r/>
      <w:hyperlink r:id="rId12">
        <w:r>
          <w:rPr>
            <w:color w:val="0000EE"/>
            <w:u w:val="single"/>
          </w:rPr>
          <w:t>https://www.utsa.edu/pace/news/growing-demand-for-ai-skills-and-expertise-in-the-job-market.html</w:t>
        </w:r>
      </w:hyperlink>
      <w:r>
        <w:t xml:space="preserve"> - Emphasizes the versatility of AI skills across various industries, including healthcare, finance, and marketing, and their impact on career growth.</w:t>
      </w:r>
      <w:r/>
    </w:p>
    <w:p>
      <w:pPr>
        <w:pStyle w:val="ListNumber"/>
        <w:spacing w:line="240" w:lineRule="auto"/>
        <w:ind w:left="720"/>
      </w:pPr>
      <w:r/>
      <w:hyperlink r:id="rId14">
        <w:r>
          <w:rPr>
            <w:color w:val="0000EE"/>
            <w:u w:val="single"/>
          </w:rPr>
          <w:t>https://www.eweek.com/artificial-intelligence/learn-ai-for-free/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rbes.com/sites/jackkelly/2024/08/01/ai-skilled-workers-are-the-new-hot-in-demand-professionals/" TargetMode="External"/><Relationship Id="rId11" Type="http://schemas.openxmlformats.org/officeDocument/2006/relationships/hyperlink" Target="https://www.businessinsider.com/ai-job-market-replacing-workers-competition-job-losses-artificial-intelligence-2024-7" TargetMode="External"/><Relationship Id="rId12" Type="http://schemas.openxmlformats.org/officeDocument/2006/relationships/hyperlink" Target="https://www.utsa.edu/pace/news/growing-demand-for-ai-skills-and-expertise-in-the-job-market.html" TargetMode="External"/><Relationship Id="rId13" Type="http://schemas.openxmlformats.org/officeDocument/2006/relationships/hyperlink" Target="https://www.weforum.org/agenda/2024/06/ai-skills-rival-job-experience-in-recruitment/" TargetMode="External"/><Relationship Id="rId14" Type="http://schemas.openxmlformats.org/officeDocument/2006/relationships/hyperlink" Target="https://www.eweek.com/artificial-intelligence/learn-ai-for-fre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