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artificial intelligence in shaping modern health and fitness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The Role of Artificial Intelligence in Shaping Modern Health and Fitness Practices</w:t>
      </w:r>
      <w:r/>
    </w:p>
    <w:p>
      <w:r/>
      <w:r>
        <w:t>In an era marked by technological advancement, artificial intelligence (AI) is revolutionising the sphere of health and fitness, providing individuals with advanced tools to tailor their lifestyle and wellness choices. From personalising nutrition plans to enhancing workout regimes, AI's integration into everyday health practices is profound, offering cutting-edge solutions aimed at achieving optimal fitness levels and overall well-being.</w:t>
      </w:r>
      <w:r/>
    </w:p>
    <w:p>
      <w:r/>
      <w:r>
        <w:rPr>
          <w:b/>
        </w:rPr>
        <w:t>Diet Personalisation with AI</w:t>
      </w:r>
      <w:r/>
    </w:p>
    <w:p>
      <w:r/>
      <w:r>
        <w:t>At the forefront of this technological leap is the ability of AI to deliver bespoke nutrition programs. Modern AI applications delve deep into user data — analysing factors such as age, weight, dietary habits, physical activity level, and even genetic predispositions and chronic health conditions. Through this comprehensive data analysis, AI generates dietary recommendations that extend beyond traditional dieting methods. The technology addresses the balance of macro- and micronutrients, aligning caloric intake with individual health requirements, thus reducing the risk of nutritional imbalances.</w:t>
      </w:r>
      <w:r/>
    </w:p>
    <w:p>
      <w:r/>
      <w:r>
        <w:t>AI-driven nutrition suggestions offer the convenience and precision akin to advice from a professional nutritionist but are available at one's fingertips. This level of accessibility supports individuals in making informed decisions about their food intake, fostering sustainable healthy eating patterns.</w:t>
      </w:r>
      <w:r/>
    </w:p>
    <w:p>
      <w:r/>
      <w:r>
        <w:rPr>
          <w:b/>
        </w:rPr>
        <w:t>AI in Fitness: Innovation in Training and Recovery</w:t>
      </w:r>
      <w:r/>
    </w:p>
    <w:p>
      <w:r/>
      <w:r>
        <w:t>The application of AI transcends dietary planning, significantly impacting how people approach fitness training. AI-powered fitness apps offer a detailed analysis of physical activities by tracking steps, distance, heart rate, calorie expenditure, and stress levels. This detailed monitoring allows for the design of personalised workout plans that are dynamically adapted to an individual's specific needs and goals.</w:t>
      </w:r>
      <w:r/>
    </w:p>
    <w:p>
      <w:r/>
      <w:r>
        <w:t>For those focused on strength training, AI tools assist in monitoring progress and refining exercise techniques, thereby minimising the risk of injury. For aerobic exercises such as running, AI applications suggest optimal pacing and workout duration, tailored to the user's current fitness level and physiological metrics.</w:t>
      </w:r>
      <w:r/>
    </w:p>
    <w:p>
      <w:r/>
      <w:r>
        <w:t>Moreover, AI plays a critical role in post-exercise recovery. By assessing sleep quality and fatigue levels, AI can recommend the appropriate rest periods, adjust the intensity of subsequent workouts, and offer guidance on nutrition during recovery. This functionality is particularly beneficial for athletes and fitness enthusiasts eager to maximise performance and expedite recovery.</w:t>
      </w:r>
      <w:r/>
    </w:p>
    <w:p>
      <w:r/>
      <w:r>
        <w:t>One of the significant advantages of AI in the fitness domain is its ability to provide real-time feedback. As it continuously monitors the user's condition, the AI can make immediate adjustments to training plans, ensuring workouts are both effective and safe. For instance, if an individual shows signs of fatigue, the AI might suggest lowering the workout's intensity to prevent overexertion. Conversely, during periods of heightened energy, it may propose increasing the training load to help achieve new fitness milestones.</w:t>
      </w:r>
      <w:r/>
    </w:p>
    <w:p>
      <w:r/>
      <w:r>
        <w:rPr>
          <w:b/>
        </w:rPr>
        <w:t>AI: Elevating Relaxation Techniques</w:t>
      </w:r>
      <w:r/>
    </w:p>
    <w:p>
      <w:r/>
      <w:r>
        <w:t>In addition to enhancing physical health, AI is making waves in the realm of mental well-being and stress management. The growing importance of mental relaxation and stress alleviation has seen AI applications offering meditation guidance, breathing exercises, and even digital image processing to create calming visuals. These AI-enabled tools serve to provide users with diverse methods to unwind and foster a positive self-image, integrating relaxation as a vital component of a holistic healthy lifestyle.</w:t>
      </w:r>
      <w:r/>
    </w:p>
    <w:p>
      <w:r/>
      <w:r>
        <w:rPr>
          <w:b/>
        </w:rPr>
        <w:t>Conclusion</w:t>
      </w:r>
      <w:r/>
    </w:p>
    <w:p>
      <w:r/>
      <w:r>
        <w:t>The integration of artificial intelligence into health and fitness presents a paradigm shift, fostering a more accessible and personalised approach to wellness. Through precise dietary recommendations, tailored fitness regimens, and innovative relaxation techniques, AI empowers individuals to engage with their health journeys in a more informed and efficient manner. This emerging technology continues to redefine what is possible in personal health management, positioning itself as an essential ally in the quest for sustained well-being. As AI technology advances, its potential to enhance lifestyle practices presents exciting possibilities in the pursuit of health and fitness excellence.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https://www.clubworx.com/blog/how-ai-can-change-the-fitness-industry</w:t>
        </w:r>
      </w:hyperlink>
      <w:r>
        <w:t xml:space="preserve"> - Corroborates the use of AI in personalizing workout routines, virtual personal trainers, advanced fitness tracking, and injury prevention.</w:t>
      </w:r>
      <w:r/>
    </w:p>
    <w:p>
      <w:pPr>
        <w:pStyle w:val="ListNumber"/>
        <w:spacing w:line="240" w:lineRule="auto"/>
        <w:ind w:left="720"/>
      </w:pPr>
      <w:r/>
      <w:hyperlink r:id="rId11">
        <w:r>
          <w:rPr>
            <w:color w:val="0000EE"/>
            <w:u w:val="single"/>
          </w:rPr>
          <w:t>https://www.matellio.com/blog/ai-in-fitness-industry/</w:t>
        </w:r>
      </w:hyperlink>
      <w:r>
        <w:t xml:space="preserve"> - Supports the idea of AI-based personalized training, biometric monitoring, and body analysis in the fitness industry.</w:t>
      </w:r>
      <w:r/>
    </w:p>
    <w:p>
      <w:pPr>
        <w:pStyle w:val="ListNumber"/>
        <w:spacing w:line="240" w:lineRule="auto"/>
        <w:ind w:left="720"/>
      </w:pPr>
      <w:r/>
      <w:hyperlink r:id="rId12">
        <w:r>
          <w:rPr>
            <w:color w:val="0000EE"/>
            <w:u w:val="single"/>
          </w:rPr>
          <w:t>https://www.forbes.com/sites/kathleenwalch/2024/08/26/how-to-make-ai-your-secret-weapon-for-achieving-your-fitness-goals/</w:t>
        </w:r>
      </w:hyperlink>
      <w:r>
        <w:t xml:space="preserve"> - Discusses AI's role in enhancing wearable technology, providing personalized training programs, and aiding in nutrition and sleep tracking.</w:t>
      </w:r>
      <w:r/>
    </w:p>
    <w:p>
      <w:pPr>
        <w:pStyle w:val="ListNumber"/>
        <w:spacing w:line="240" w:lineRule="auto"/>
        <w:ind w:left="720"/>
      </w:pPr>
      <w:r/>
      <w:hyperlink r:id="rId13">
        <w:r>
          <w:rPr>
            <w:color w:val="0000EE"/>
            <w:u w:val="single"/>
          </w:rPr>
          <w:t>https://abcfitness.com/abc-articles/the-top-4-ways-ai-has-impacted-the-fitness-industry/</w:t>
        </w:r>
      </w:hyperlink>
      <w:r>
        <w:t xml:space="preserve"> - Details AI's impact on personalized workouts, nutrition planning, wearable fitness technology, and virtual fitness coaches.</w:t>
      </w:r>
      <w:r/>
    </w:p>
    <w:p>
      <w:pPr>
        <w:pStyle w:val="ListNumber"/>
        <w:spacing w:line="240" w:lineRule="auto"/>
        <w:ind w:left="720"/>
      </w:pPr>
      <w:r/>
      <w:hyperlink r:id="rId10">
        <w:r>
          <w:rPr>
            <w:color w:val="0000EE"/>
            <w:u w:val="single"/>
          </w:rPr>
          <w:t>https://www.clubworx.com/blog/how-ai-can-change-the-fitness-industry</w:t>
        </w:r>
      </w:hyperlink>
      <w:r>
        <w:t xml:space="preserve"> - Explains how AI helps in post-exercise recovery by assessing sleep quality and fatigue levels, and adjusting workout intensity accordingly.</w:t>
      </w:r>
      <w:r/>
    </w:p>
    <w:p>
      <w:pPr>
        <w:pStyle w:val="ListNumber"/>
        <w:spacing w:line="240" w:lineRule="auto"/>
        <w:ind w:left="720"/>
      </w:pPr>
      <w:r/>
      <w:hyperlink r:id="rId11">
        <w:r>
          <w:rPr>
            <w:color w:val="0000EE"/>
            <w:u w:val="single"/>
          </w:rPr>
          <w:t>https://www.matellio.com/blog/ai-in-fitness-industry/</w:t>
        </w:r>
      </w:hyperlink>
      <w:r>
        <w:t xml:space="preserve"> - Describes AI's ability to analyze data from various devices to provide insights into workout sessions and overall health.</w:t>
      </w:r>
      <w:r/>
    </w:p>
    <w:p>
      <w:pPr>
        <w:pStyle w:val="ListNumber"/>
        <w:spacing w:line="240" w:lineRule="auto"/>
        <w:ind w:left="720"/>
      </w:pPr>
      <w:r/>
      <w:hyperlink r:id="rId12">
        <w:r>
          <w:rPr>
            <w:color w:val="0000EE"/>
            <w:u w:val="single"/>
          </w:rPr>
          <w:t>https://www.forbes.com/sites/kathleenwalch/2024/08/26/how-to-make-ai-your-secret-weapon-for-achieving-your-fitness-goals/</w:t>
        </w:r>
      </w:hyperlink>
      <w:r>
        <w:t xml:space="preserve"> - Highlights AI-powered wearables that monitor physical activity, heart rate, and sleep to provide personalized health recommendations.</w:t>
      </w:r>
      <w:r/>
    </w:p>
    <w:p>
      <w:pPr>
        <w:pStyle w:val="ListNumber"/>
        <w:spacing w:line="240" w:lineRule="auto"/>
        <w:ind w:left="720"/>
      </w:pPr>
      <w:r/>
      <w:hyperlink r:id="rId13">
        <w:r>
          <w:rPr>
            <w:color w:val="0000EE"/>
            <w:u w:val="single"/>
          </w:rPr>
          <w:t>https://abcfitness.com/abc-articles/the-top-4-ways-ai-has-impacted-the-fitness-industry/</w:t>
        </w:r>
      </w:hyperlink>
      <w:r>
        <w:t xml:space="preserve"> - Mentions AI's role in real-time feedback during workouts, adjusting intensity to prevent overexertion or injury.</w:t>
      </w:r>
      <w:r/>
    </w:p>
    <w:p>
      <w:pPr>
        <w:pStyle w:val="ListNumber"/>
        <w:spacing w:line="240" w:lineRule="auto"/>
        <w:ind w:left="720"/>
      </w:pPr>
      <w:r/>
      <w:hyperlink r:id="rId10">
        <w:r>
          <w:rPr>
            <w:color w:val="0000EE"/>
            <w:u w:val="single"/>
          </w:rPr>
          <w:t>https://www.clubworx.com/blog/how-ai-can-change-the-fitness-industry</w:t>
        </w:r>
      </w:hyperlink>
      <w:r>
        <w:t xml:space="preserve"> - Discusses AI's integration into mental well-being through gamification, social interaction, and personalized feedback.</w:t>
      </w:r>
      <w:r/>
    </w:p>
    <w:p>
      <w:pPr>
        <w:pStyle w:val="ListNumber"/>
        <w:spacing w:line="240" w:lineRule="auto"/>
        <w:ind w:left="720"/>
      </w:pPr>
      <w:r/>
      <w:hyperlink r:id="rId11">
        <w:r>
          <w:rPr>
            <w:color w:val="0000EE"/>
            <w:u w:val="single"/>
          </w:rPr>
          <w:t>https://www.matellio.com/blog/ai-in-fitness-industry/</w:t>
        </w:r>
      </w:hyperlink>
      <w:r>
        <w:t xml:space="preserve"> - Explains how AI facilitates online social interaction within fitness communities and fosters support and healthy competition.</w:t>
      </w:r>
      <w:r/>
    </w:p>
    <w:p>
      <w:pPr>
        <w:pStyle w:val="ListNumber"/>
        <w:spacing w:line="240" w:lineRule="auto"/>
        <w:ind w:left="720"/>
      </w:pPr>
      <w:r/>
      <w:hyperlink r:id="rId12">
        <w:r>
          <w:rPr>
            <w:color w:val="0000EE"/>
            <w:u w:val="single"/>
          </w:rPr>
          <w:t>https://www.forbes.com/sites/kathleenwalch/2024/08/26/how-to-make-ai-your-secret-weapon-for-achieving-your-fitness-goals/</w:t>
        </w:r>
      </w:hyperlink>
      <w:r>
        <w:t xml:space="preserve"> - Describes AI's role in meditation and mindfulness apps, such as Headspace, which adapt to user feedback and preferences.</w:t>
      </w:r>
      <w:r/>
    </w:p>
    <w:p>
      <w:pPr>
        <w:pStyle w:val="ListNumber"/>
        <w:spacing w:line="240" w:lineRule="auto"/>
        <w:ind w:left="720"/>
      </w:pPr>
      <w:r/>
      <w:hyperlink r:id="rId14">
        <w:r>
          <w:rPr>
            <w:color w:val="0000EE"/>
            <w:u w:val="single"/>
          </w:rPr>
          <w:t>https://www.shessinglemag.com/post/personal-fitness-trainer-and-nutritionist-in-your-pocket-how-ai-improves-our-lifestyle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ubworx.com/blog/how-ai-can-change-the-fitness-industry" TargetMode="External"/><Relationship Id="rId11" Type="http://schemas.openxmlformats.org/officeDocument/2006/relationships/hyperlink" Target="https://www.matellio.com/blog/ai-in-fitness-industry/" TargetMode="External"/><Relationship Id="rId12" Type="http://schemas.openxmlformats.org/officeDocument/2006/relationships/hyperlink" Target="https://www.forbes.com/sites/kathleenwalch/2024/08/26/how-to-make-ai-your-secret-weapon-for-achieving-your-fitness-goals/" TargetMode="External"/><Relationship Id="rId13" Type="http://schemas.openxmlformats.org/officeDocument/2006/relationships/hyperlink" Target="https://abcfitness.com/abc-articles/the-top-4-ways-ai-has-impacted-the-fitness-industry/" TargetMode="External"/><Relationship Id="rId14" Type="http://schemas.openxmlformats.org/officeDocument/2006/relationships/hyperlink" Target="https://www.shessinglemag.com/post/personal-fitness-trainer-and-nutritionist-in-your-pocket-how-ai-improves-our-lifesty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