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Tim Burton expresses concerns over AI at London’s Design Museum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Tim Burton Expresses Concerns Over AI at London’s Design Museum</w:t>
      </w:r>
      <w:r/>
    </w:p>
    <w:p>
      <w:r/>
      <w:r>
        <w:t>Renowned filmmaker Tim Burton, celebrated for his distinctive blend of gothic fantasy and horror in films like "Beetlejuice" and "The Nightmare Before Christmas," has spoken out about his apprehensions regarding artificial intelligence. During a recent preview of "The World of Tim Burton" exhibition at London’s Design Museum, the 66-year-old director shared his visceral unease with the emergent technology, labelling AI as something that provokes a deep-seated, almost instinctual reaction of fear.</w:t>
      </w:r>
      <w:r/>
    </w:p>
    <w:p>
      <w:r/>
      <w:r>
        <w:t>Describing his interaction with AI-generated artwork as "intellectually and emotionally disturbing," Burton explained that while some AI-generated pieces appeared impressive at first glance, they also elicited a feeling akin to cultural concerns about soul-stealing through photography. He commented, "It felt like my soul had been taken from me," drawing parallels to cultural beliefs where images are thought to capture one’s essence.</w:t>
      </w:r>
      <w:r/>
    </w:p>
    <w:p>
      <w:r/>
      <w:r>
        <w:t>As an unabashed technophobe, Burton admitted his general disquiet with technology, noting that the lure of the internet often left him feeling depressed and susceptible to spiralling into negativity. These sentiments resonate with the director’s broader hesitancy towards modern technological advancements and their potential impact on creative expression.</w:t>
      </w:r>
      <w:r/>
    </w:p>
    <w:p>
      <w:r/>
      <w:r>
        <w:t>Echoing Burton’s concerns is Justin Theroux, star of "Beetlejuice Beetlejuice." Speaking earlier in the year, Theroux speculated about the future incorporation of AI in filmmaking but maintained that the unique creative vision of directors like Burton remains irreplicable by machines. "When people see this film, they’ll understand that... a Tim Burton movie... is very difficult to duplicate," he asserted, underscoring the personal and intricate human touch that characterises Burton’s work.</w:t>
      </w:r>
      <w:r/>
    </w:p>
    <w:p>
      <w:r/>
      <w:r>
        <w:t>The conversation at the Design Museum is part of a broader discourse in Hollywood and entertainment, as more industry figures voice their perspectives on AI. Actor Nicolas Cage, at the 25th Newport Beach Film Festival, warned that AI posed a threat to performers’ artistry, claiming it "wants to take your instrument" by potentially altering actors’ appearances and performances without their input.</w:t>
      </w:r>
      <w:r/>
    </w:p>
    <w:p>
      <w:r/>
      <w:r>
        <w:t>As AI continues to advance and its applications in various domains expand, Burton’s reflections contribute to an ongoing dialogue on its implications for human creativity and the essence of individual artistry. With notable industry figures rallying behind the importance of safeguarding the intrinsic value of human-led creative processes, the debate appears set to intensify as AI becomes increasingly prominent.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https://www.washingtontimes.com/news/2024/oct/24/tim-burton-talks-dread-ai-exhibition-work-opens-lo/</w:t>
        </w:r>
      </w:hyperlink>
      <w:r>
        <w:t xml:space="preserve"> - Corroborates Tim Burton's concerns about AI and the exhibition at London's Design Museum.</w:t>
      </w:r>
      <w:r/>
    </w:p>
    <w:p>
      <w:pPr>
        <w:pStyle w:val="ListNumber"/>
        <w:spacing w:line="240" w:lineRule="auto"/>
        <w:ind w:left="720"/>
      </w:pPr>
      <w:r/>
      <w:hyperlink r:id="rId11">
        <w:r>
          <w:rPr>
            <w:color w:val="0000EE"/>
            <w:u w:val="single"/>
          </w:rPr>
          <w:t>https://www.scmp.com/lifestyle/entertainment/article/3283706/tim-burton-ai-fears-and-emotional-scars-london-exhibition-his-film-art-opens</w:t>
        </w:r>
      </w:hyperlink>
      <w:r>
        <w:t xml:space="preserve"> - Details Burton's visceral reaction to AI-generated artwork and his comparison to cultural beliefs about soul-stealing.</w:t>
      </w:r>
      <w:r/>
    </w:p>
    <w:p>
      <w:pPr>
        <w:pStyle w:val="ListNumber"/>
        <w:spacing w:line="240" w:lineRule="auto"/>
        <w:ind w:left="720"/>
      </w:pPr>
      <w:r/>
      <w:hyperlink r:id="rId12">
        <w:r>
          <w:rPr>
            <w:color w:val="0000EE"/>
            <w:u w:val="single"/>
          </w:rPr>
          <w:t>https://apnews.com/article/tim-burton-exhibition-london-e7573131723cd2266de04b90d655a1c7</w:t>
        </w:r>
      </w:hyperlink>
      <w:r>
        <w:t xml:space="preserve"> - Provides context on Burton's feelings about AI, his creative process, and the exhibition at the Design Museum.</w:t>
      </w:r>
      <w:r/>
    </w:p>
    <w:p>
      <w:pPr>
        <w:pStyle w:val="ListNumber"/>
        <w:spacing w:line="240" w:lineRule="auto"/>
        <w:ind w:left="720"/>
      </w:pPr>
      <w:r/>
      <w:hyperlink r:id="rId13">
        <w:r>
          <w:rPr>
            <w:color w:val="0000EE"/>
            <w:u w:val="single"/>
          </w:rPr>
          <w:t>https://www.euronews.com/culture/2024/10/24/tim-burton-talks-about-his-dread-of-ai-as-exhibition-opens-in-london</w:t>
        </w:r>
      </w:hyperlink>
      <w:r>
        <w:t xml:space="preserve"> - Supports Burton's comments on AI being disturbing and his reluctance to use it in his work.</w:t>
      </w:r>
      <w:r/>
    </w:p>
    <w:p>
      <w:pPr>
        <w:pStyle w:val="ListNumber"/>
        <w:spacing w:line="240" w:lineRule="auto"/>
        <w:ind w:left="720"/>
      </w:pPr>
      <w:r/>
      <w:hyperlink r:id="rId14">
        <w:r>
          <w:rPr>
            <w:color w:val="0000EE"/>
            <w:u w:val="single"/>
          </w:rPr>
          <w:t>https://news.artnet.com/art-world/tim-burton-ai-design-museum-2557809</w:t>
        </w:r>
      </w:hyperlink>
      <w:r>
        <w:t xml:space="preserve"> - Expands on Burton's views on AI, his creative process, and the exhibition's content at the Design Museum.</w:t>
      </w:r>
      <w:r/>
    </w:p>
    <w:p>
      <w:pPr>
        <w:pStyle w:val="ListNumber"/>
        <w:spacing w:line="240" w:lineRule="auto"/>
        <w:ind w:left="720"/>
      </w:pPr>
      <w:r/>
      <w:hyperlink r:id="rId11">
        <w:r>
          <w:rPr>
            <w:color w:val="0000EE"/>
            <w:u w:val="single"/>
          </w:rPr>
          <w:t>https://www.scmp.com/lifestyle/entertainment/article/3283706/tim-burton-ai-fears-and-emotional-scars-london-exhibition-his-film-art-opens</w:t>
        </w:r>
      </w:hyperlink>
      <w:r>
        <w:t xml:space="preserve"> - Mentions Burton's general discomfort with modern technology and its impact on his mental state.</w:t>
      </w:r>
      <w:r/>
    </w:p>
    <w:p>
      <w:pPr>
        <w:pStyle w:val="ListNumber"/>
        <w:spacing w:line="240" w:lineRule="auto"/>
        <w:ind w:left="720"/>
      </w:pPr>
      <w:r/>
      <w:hyperlink r:id="rId12">
        <w:r>
          <w:rPr>
            <w:color w:val="0000EE"/>
            <w:u w:val="single"/>
          </w:rPr>
          <w:t>https://apnews.com/article/tim-burton-exhibition-london-e7573131723cd2266de04b90d655a1c7</w:t>
        </w:r>
      </w:hyperlink>
      <w:r>
        <w:t xml:space="preserve"> - Discusses the broader industry concerns about AI, although it does not specifically mention Justin Theroux or Nicolas Cage.</w:t>
      </w:r>
      <w:r/>
    </w:p>
    <w:p>
      <w:pPr>
        <w:pStyle w:val="ListNumber"/>
        <w:spacing w:line="240" w:lineRule="auto"/>
        <w:ind w:left="720"/>
      </w:pPr>
      <w:r/>
      <w:hyperlink r:id="rId14">
        <w:r>
          <w:rPr>
            <w:color w:val="0000EE"/>
            <w:u w:val="single"/>
          </w:rPr>
          <w:t>https://news.artnet.com/art-world/tim-burton-ai-design-museum-2557809</w:t>
        </w:r>
      </w:hyperlink>
      <w:r>
        <w:t xml:space="preserve"> - Highlights the ongoing discourse in the entertainment industry about AI's implications for human creativity.</w:t>
      </w:r>
      <w:r/>
    </w:p>
    <w:p>
      <w:pPr>
        <w:pStyle w:val="ListNumber"/>
        <w:spacing w:line="240" w:lineRule="auto"/>
        <w:ind w:left="720"/>
      </w:pPr>
      <w:r/>
      <w:hyperlink r:id="rId13">
        <w:r>
          <w:rPr>
            <w:color w:val="0000EE"/>
            <w:u w:val="single"/>
          </w:rPr>
          <w:t>https://www.euronews.com/culture/2024/10/24/tim-burton-talks-about-his-dread-of-ai-as-exhibition-opens-in-london</w:t>
        </w:r>
      </w:hyperlink>
      <w:r>
        <w:t xml:space="preserve"> - Details the exhibition and its significance in the context of Burton's career and creative process.</w:t>
      </w:r>
      <w:r/>
    </w:p>
    <w:p>
      <w:pPr>
        <w:pStyle w:val="ListNumber"/>
        <w:spacing w:line="240" w:lineRule="auto"/>
        <w:ind w:left="720"/>
      </w:pPr>
      <w:r/>
      <w:hyperlink r:id="rId10">
        <w:r>
          <w:rPr>
            <w:color w:val="0000EE"/>
            <w:u w:val="single"/>
          </w:rPr>
          <w:t>https://www.washingtontimes.com/news/2024/oct/24/tim-burton-talks-dread-ai-exhibition-work-opens-lo/</w:t>
        </w:r>
      </w:hyperlink>
      <w:r>
        <w:t xml:space="preserve"> - Corroborates the exhibition's content and its final stop in London after a decade-long tour.</w:t>
      </w:r>
      <w:r/>
    </w:p>
    <w:p>
      <w:pPr>
        <w:pStyle w:val="ListNumber"/>
        <w:spacing w:line="240" w:lineRule="auto"/>
        <w:ind w:left="720"/>
      </w:pPr>
      <w:r/>
      <w:hyperlink r:id="rId14">
        <w:r>
          <w:rPr>
            <w:color w:val="0000EE"/>
            <w:u w:val="single"/>
          </w:rPr>
          <w:t>https://news.artnet.com/art-world/tim-burton-ai-design-museum-2557809</w:t>
        </w:r>
      </w:hyperlink>
      <w:r>
        <w:t xml:space="preserve"> - Mentions the record-breaking advance ticket sales and the museum's extended hours to accommodate demand.</w:t>
      </w:r>
      <w:r/>
    </w:p>
    <w:p>
      <w:pPr>
        <w:pStyle w:val="ListNumber"/>
        <w:spacing w:line="240" w:lineRule="auto"/>
        <w:ind w:left="720"/>
      </w:pPr>
      <w:r/>
      <w:hyperlink r:id="rId15">
        <w:r>
          <w:rPr>
            <w:color w:val="0000EE"/>
            <w:u w:val="single"/>
          </w:rPr>
          <w:t>https://www.wwbl.com/2024/11/01/beetlejuice-director-tim-burton-says-hes-disturbed-by-ai-scary-feeling/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ashingtontimes.com/news/2024/oct/24/tim-burton-talks-dread-ai-exhibition-work-opens-lo/" TargetMode="External"/><Relationship Id="rId11" Type="http://schemas.openxmlformats.org/officeDocument/2006/relationships/hyperlink" Target="https://www.scmp.com/lifestyle/entertainment/article/3283706/tim-burton-ai-fears-and-emotional-scars-london-exhibition-his-film-art-opens" TargetMode="External"/><Relationship Id="rId12" Type="http://schemas.openxmlformats.org/officeDocument/2006/relationships/hyperlink" Target="https://apnews.com/article/tim-burton-exhibition-london-e7573131723cd2266de04b90d655a1c7" TargetMode="External"/><Relationship Id="rId13" Type="http://schemas.openxmlformats.org/officeDocument/2006/relationships/hyperlink" Target="https://www.euronews.com/culture/2024/10/24/tim-burton-talks-about-his-dread-of-ai-as-exhibition-opens-in-london" TargetMode="External"/><Relationship Id="rId14" Type="http://schemas.openxmlformats.org/officeDocument/2006/relationships/hyperlink" Target="https://news.artnet.com/art-world/tim-burton-ai-design-museum-2557809" TargetMode="External"/><Relationship Id="rId15" Type="http://schemas.openxmlformats.org/officeDocument/2006/relationships/hyperlink" Target="https://www.wwbl.com/2024/11/01/beetlejuice-director-tim-burton-says-hes-disturbed-by-ai-scary-feel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