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Voice recording advancements redefine smartwatch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wearable technology, advancements in voice recording and transcription capabilities are shaping how users interact with their smartwatches. Recent developments highlight the enhanced functionality of voice recording applications on devices such as the Google Pixel Watch 3 and the Samsung Galaxy Watch Ultra. These enhancements, driven by artificial intelligence, provide users with efficient ways to capture and transcribe their spoken thoughts and ideas into text.</w:t>
      </w:r>
      <w:r/>
    </w:p>
    <w:p>
      <w:r/>
      <w:r>
        <w:t>Matthew Miller, from ZDNET, explored these functionalities, drawing inspiration from David Gewirtz's examination of the Apple Watch's capabilities in transcribable voice notes. Miller's experiences offer a comprehensive look at how both Google and Samsung have integrated these technologies into their smartwatches, potentially outpacing Apple's offerings in certain respects.</w:t>
      </w:r>
      <w:r/>
    </w:p>
    <w:p>
      <w:r/>
      <w:r>
        <w:t>The Google Pixel Watch 3 voice recorder app allows users to seamlessly record their thoughts by simply launching the app, tapping on the record button, and speaking. Users can pause, stop, or delete the recording, although renaming the file directly on the watch isn't possible. Recorded files are synced to the connected Android phone, where they are transcribed into text—a step that cannot be viewed on the watch itself. The transcriptions can be accessed via the user's phone or through the website recorder.google.com, where they can share, edit, or download the recordings and transcriptions. A particularly beneficial feature of the Google Pixel Watch 3 is the ability to summarize voice recordings with a single tap, though this option is only available on the accompanying phone app and not via the website.</w:t>
      </w:r>
      <w:r/>
    </w:p>
    <w:p>
      <w:r/>
      <w:r>
        <w:t>The Samsung Galaxy Watch Ultra also features a robust Voice Recorder application installed by default. This application allows users to record voice notes with ease. A notable feature is the app's speech-to-text mode, activated by a button on the watch's interface. This mode has a 10-minute recording limit, and while users may not see the need to view transcribed text directly on the watch, the option is there for those who prefer it. The transcribed text can be reviewed on a Galaxy phone, where a Samsung AI-generated summary is also accessible. Users have the ability to edit transcripts, add notes, or share files, though sharing requires an extra step as there is no dedicated website platform.</w:t>
      </w:r>
      <w:r/>
    </w:p>
    <w:p>
      <w:r/>
      <w:r>
        <w:t>Additionally, Garmin has introduced voice note capabilities with their Fenix 8 models, which store recordings in the watch's internal memory. However, these notes must be accessed manually, requiring users to replay them through the watch's speaker and record them externally for transcription through another device, like the Google Recorder app.</w:t>
      </w:r>
      <w:r/>
    </w:p>
    <w:p>
      <w:r/>
      <w:r>
        <w:t>These innovations illustrate the growing role of voice-to-text technologies in wearable devices, offering users practical solutions for capturing ideas on the go. By enabling longer recordings and providing tools for organisation and summarisation, these smartwatches are redefining productivity options for users away from traditional keyboards and screens. As these features continue to develop, they may become a deciding factor in the selection of a smartwatch for many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https://9to5google.com/2024/08/13/pixel-watch-3-recorder/</w:t>
        </w:r>
      </w:hyperlink>
      <w:r>
        <w:t xml:space="preserve"> - Corroborates the functionality of the Recorder app on the Google Pixel Watch 3, including recording, pausing, and syncing recordings to the paired phone.</w:t>
      </w:r>
      <w:r/>
    </w:p>
    <w:p>
      <w:pPr>
        <w:pStyle w:val="ListNumber"/>
        <w:spacing w:line="240" w:lineRule="auto"/>
        <w:ind w:left="720"/>
      </w:pPr>
      <w:r/>
      <w:hyperlink r:id="rId11">
        <w:r>
          <w:rPr>
            <w:color w:val="0000EE"/>
            <w:u w:val="single"/>
          </w:rPr>
          <w:t>https://www.zdnet.com/article/jealous-of-apple-watchs-transcribable-voice-notes-android-has-them-too/</w:t>
        </w:r>
      </w:hyperlink>
      <w:r>
        <w:t xml:space="preserve"> - Provides details on the voice recording and transcription capabilities of the Google Pixel Watch 3, including the ability to summarize recordings and access transcripts on the phone.</w:t>
      </w:r>
      <w:r/>
    </w:p>
    <w:p>
      <w:pPr>
        <w:pStyle w:val="ListNumber"/>
        <w:spacing w:line="240" w:lineRule="auto"/>
        <w:ind w:left="720"/>
      </w:pPr>
      <w:r/>
      <w:hyperlink r:id="rId12">
        <w:r>
          <w:rPr>
            <w:color w:val="0000EE"/>
            <w:u w:val="single"/>
          </w:rPr>
          <w:t>https://support.google.com/googlepixelwatch/answer/15407317?hl=en</w:t>
        </w:r>
      </w:hyperlink>
      <w:r>
        <w:t xml:space="preserve"> - Explains how to use the Recorder app on the Google Pixel Watch 3, including recording, pausing, and syncing recordings to the phone for transcription and editing.</w:t>
      </w:r>
      <w:r/>
    </w:p>
    <w:p>
      <w:pPr>
        <w:pStyle w:val="ListNumber"/>
        <w:spacing w:line="240" w:lineRule="auto"/>
        <w:ind w:left="720"/>
      </w:pPr>
      <w:r/>
      <w:hyperlink r:id="rId13">
        <w:r>
          <w:rPr>
            <w:color w:val="0000EE"/>
            <w:u w:val="single"/>
          </w:rPr>
          <w:t>https://www.androidauthority.com/pixel-watch-3-recorder-app-3479804/</w:t>
        </w:r>
      </w:hyperlink>
      <w:r>
        <w:t xml:space="preserve"> - Details the features of the Recorder app on the Google Pixel Watch 3, such as playback controls, transcript viewing, and AI-generated summaries available on the phone.</w:t>
      </w:r>
      <w:r/>
    </w:p>
    <w:p>
      <w:pPr>
        <w:pStyle w:val="ListNumber"/>
        <w:spacing w:line="240" w:lineRule="auto"/>
        <w:ind w:left="720"/>
      </w:pPr>
      <w:r/>
      <w:hyperlink r:id="rId11">
        <w:r>
          <w:rPr>
            <w:color w:val="0000EE"/>
            <w:u w:val="single"/>
          </w:rPr>
          <w:t>https://www.zdnet.com/article/jealous-of-apple-watchs-transcribable-voice-notes-android-has-them-too/</w:t>
        </w:r>
      </w:hyperlink>
      <w:r>
        <w:t xml:space="preserve"> - Discusses the Samsung Galaxy Watch Ultra's Voice Recorder app, including its speech-to-text mode and the 10-minute recording limit.</w:t>
      </w:r>
      <w:r/>
    </w:p>
    <w:p>
      <w:pPr>
        <w:pStyle w:val="ListNumber"/>
        <w:spacing w:line="240" w:lineRule="auto"/>
        <w:ind w:left="720"/>
      </w:pPr>
      <w:r/>
      <w:hyperlink r:id="rId11">
        <w:r>
          <w:rPr>
            <w:color w:val="0000EE"/>
            <w:u w:val="single"/>
          </w:rPr>
          <w:t>https://www.zdnet.com/article/jealous-of-apple-watchs-transcribable-voice-notes-android-has-them-too/</w:t>
        </w:r>
      </w:hyperlink>
      <w:r>
        <w:t xml:space="preserve"> - Mentions Garmin's Fenix 8 voice note capabilities and the need to manually access and transcribe recordings using another device.</w:t>
      </w:r>
      <w:r/>
    </w:p>
    <w:p>
      <w:pPr>
        <w:pStyle w:val="ListNumber"/>
        <w:spacing w:line="240" w:lineRule="auto"/>
        <w:ind w:left="720"/>
      </w:pPr>
      <w:r/>
      <w:hyperlink r:id="rId10">
        <w:r>
          <w:rPr>
            <w:color w:val="0000EE"/>
            <w:u w:val="single"/>
          </w:rPr>
          <w:t>https://9to5google.com/2024/08/13/pixel-watch-3-recorder/</w:t>
        </w:r>
      </w:hyperlink>
      <w:r>
        <w:t xml:space="preserve"> - Highlights the integration of the Recorder app with other Google services on the Pixel Watch 3, such as Google Home and camera feeds.</w:t>
      </w:r>
      <w:r/>
    </w:p>
    <w:p>
      <w:pPr>
        <w:pStyle w:val="ListNumber"/>
        <w:spacing w:line="240" w:lineRule="auto"/>
        <w:ind w:left="720"/>
      </w:pPr>
      <w:r/>
      <w:hyperlink r:id="rId12">
        <w:r>
          <w:rPr>
            <w:color w:val="0000EE"/>
            <w:u w:val="single"/>
          </w:rPr>
          <w:t>https://support.google.com/googlepixelwatch/answer/15407317?hl=en</w:t>
        </w:r>
      </w:hyperlink>
      <w:r>
        <w:t xml:space="preserve"> - Explains the backup and sync options for recordings on the Google Pixel Watch 3, ensuring access to transcripts and summaries on the paired phone.</w:t>
      </w:r>
      <w:r/>
    </w:p>
    <w:p>
      <w:pPr>
        <w:pStyle w:val="ListNumber"/>
        <w:spacing w:line="240" w:lineRule="auto"/>
        <w:ind w:left="720"/>
      </w:pPr>
      <w:r/>
      <w:hyperlink r:id="rId13">
        <w:r>
          <w:rPr>
            <w:color w:val="0000EE"/>
            <w:u w:val="single"/>
          </w:rPr>
          <w:t>https://www.androidauthority.com/pixel-watch-3-recorder-app-3479804/</w:t>
        </w:r>
      </w:hyperlink>
      <w:r>
        <w:t xml:space="preserve"> - Details the user interface and features of the Recorder app on the Pixel Watch 3, including playback controls and the ability to adjust playback speed.</w:t>
      </w:r>
      <w:r/>
    </w:p>
    <w:p>
      <w:pPr>
        <w:pStyle w:val="ListNumber"/>
        <w:spacing w:line="240" w:lineRule="auto"/>
        <w:ind w:left="720"/>
      </w:pPr>
      <w:r/>
      <w:hyperlink r:id="rId11">
        <w:r>
          <w:rPr>
            <w:color w:val="0000EE"/>
            <w:u w:val="single"/>
          </w:rPr>
          <w:t>https://www.zdnet.com/article/jealous-of-apple-watchs-transcribable-voice-notes-android-has-them-too/</w:t>
        </w:r>
      </w:hyperlink>
      <w:r>
        <w:t xml:space="preserve"> - Compares the voice recording and transcription capabilities of the Google Pixel Watch 3 and Samsung Galaxy Watch Ultra with those of the Apple Watch.</w:t>
      </w:r>
      <w:r/>
    </w:p>
    <w:p>
      <w:pPr>
        <w:pStyle w:val="ListNumber"/>
        <w:spacing w:line="240" w:lineRule="auto"/>
        <w:ind w:left="720"/>
      </w:pPr>
      <w:r/>
      <w:hyperlink r:id="rId12">
        <w:r>
          <w:rPr>
            <w:color w:val="0000EE"/>
            <w:u w:val="single"/>
          </w:rPr>
          <w:t>https://support.google.com/googlepixelwatch/answer/15407317?hl=en</w:t>
        </w:r>
      </w:hyperlink>
      <w:r>
        <w:t xml:space="preserve"> - Provides instructions on managing recordings on the Google Pixel Watch 3, including deleting and editing options accessible through the phone.</w:t>
      </w:r>
      <w:r/>
    </w:p>
    <w:p>
      <w:pPr>
        <w:pStyle w:val="ListNumber"/>
        <w:spacing w:line="240" w:lineRule="auto"/>
        <w:ind w:left="720"/>
      </w:pPr>
      <w:r/>
      <w:hyperlink r:id="rId14">
        <w:r>
          <w:rPr>
            <w:color w:val="0000EE"/>
            <w:u w:val="single"/>
          </w:rPr>
          <w:t>https://www.zdnet.com/article/android-smartwatches-can-now-transcribe-and-summarize-your-voice-notes-thanks-to-ai/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google.com/2024/08/13/pixel-watch-3-recorder/" TargetMode="External"/><Relationship Id="rId11" Type="http://schemas.openxmlformats.org/officeDocument/2006/relationships/hyperlink" Target="https://www.zdnet.com/article/jealous-of-apple-watchs-transcribable-voice-notes-android-has-them-too/" TargetMode="External"/><Relationship Id="rId12" Type="http://schemas.openxmlformats.org/officeDocument/2006/relationships/hyperlink" Target="https://support.google.com/googlepixelwatch/answer/15407317?hl=en" TargetMode="External"/><Relationship Id="rId13" Type="http://schemas.openxmlformats.org/officeDocument/2006/relationships/hyperlink" Target="https://www.androidauthority.com/pixel-watch-3-recorder-app-3479804/" TargetMode="External"/><Relationship Id="rId14" Type="http://schemas.openxmlformats.org/officeDocument/2006/relationships/hyperlink" Target="https://www.zdnet.com/article/android-smartwatches-can-now-transcribe-and-summarize-your-voice-notes-thanks-t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