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Walmart integrates AI innovations to enhance holiday shopping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Walmart Integrates AI Innovations to Enhance Holiday Shopping Experience</w:t>
      </w:r>
      <w:r/>
    </w:p>
    <w:p>
      <w:r/>
      <w:r>
        <w:t>Walmart, one of the world's largest retail corporations, announced on 30th October its plans to leverage artificial intelligence (AI) technologies to enhance the holiday shopping experience for consumers. With the holiday season approaching, the company is implementing several AI and generative AI (GenAI) capabilities to personalise and improve the shopping experience for its customers.</w:t>
      </w:r>
      <w:r/>
    </w:p>
    <w:p>
      <w:r/>
      <w:r>
        <w:rPr>
          <w:b/>
        </w:rPr>
        <w:t>Personalised Shopping Assistance Using AI</w:t>
      </w:r>
      <w:r/>
    </w:p>
    <w:p>
      <w:r/>
      <w:r>
        <w:t>The Bentonville-based retail giant is using AI technology to offer personalised shopping suggestions. By analysing consumer behaviour and preferences, Walmart aims to deliver tailored deals and gift ideas to shoppers. For instance, in the United States, customers who have searched for board games previously may now receive notifications on new game releases, promotions, and related gift suggestions. Walmart plans to extend this personalised approach further, enhancing homepages that cater individually to each shopper's interests and past behaviours in the upcoming year.</w:t>
      </w:r>
      <w:r/>
    </w:p>
    <w:p>
      <w:r/>
      <w:r>
        <w:rPr>
          <w:b/>
        </w:rPr>
        <w:t>International Expansion of AI Capabilities</w:t>
      </w:r>
      <w:r/>
    </w:p>
    <w:p>
      <w:r/>
      <w:r>
        <w:t>On the global front, Walmart is enhancing its personalisation efforts for its international consumers, focusing specifically on its operations in Mexico. A newly introduced GenAI-based personalisation feature aims to provide Mexico's shoppers with a broader and more diverse array of product recommendations. This technological advance is part of Walmart's commitment to making the shopping journey more intuitive and customer-friendly across its global markets.</w:t>
      </w:r>
      <w:r/>
    </w:p>
    <w:p>
      <w:r/>
      <w:r>
        <w:rPr>
          <w:b/>
        </w:rPr>
        <w:t>AI in Influencer Engagement and Retail Operations</w:t>
      </w:r>
      <w:r/>
    </w:p>
    <w:p>
      <w:r/>
      <w:r>
        <w:t>Walmart is also utilising AI to identify and evaluate social media influencers before featuring their content on its website. This approach ensures that influencer-generated content aligns with the company's brand and promotional strategies. Furthermore, Walmart continues to expand its use of AI-powered shopping assistant tools and AI-driven exit technologies at its Sam’s Club locations, directing efforts towards streamlining and boosting efficiency in retail operations.</w:t>
      </w:r>
      <w:r/>
    </w:p>
    <w:p>
      <w:r/>
      <w:r>
        <w:rPr>
          <w:b/>
        </w:rPr>
        <w:t>Competitive AI Strategies in Retail</w:t>
      </w:r>
      <w:r/>
    </w:p>
    <w:p>
      <w:r/>
      <w:r>
        <w:t>According to a report by PYMNTS, Walmart, along with its competitor Amazon, is in a race to harness AI to refine retail operations and enhance customer experiences. While both companies use AI to obtain a competitive advantage, their strategies reflect different approaches and business priorities. Walmart emphasises improving the customer's shopping journey through this technology.</w:t>
      </w:r>
      <w:r/>
    </w:p>
    <w:p>
      <w:r/>
      <w:r>
        <w:t>CEO Doug McMillon has repeatedly highlighted the significance of AI in refining Walmart's extensive product catalogue. "We’re finding tangible ways to leverage generative AI to improve the customer, member and associate experience," McMillon stated. This includes leveraging both external large language models and developing proprietary capabilities to enhance their offerings.</w:t>
      </w:r>
      <w:r/>
    </w:p>
    <w:p>
      <w:r/>
      <w:r>
        <w:rPr>
          <w:b/>
        </w:rPr>
        <w:t>Shift Towards Smaller AI Models</w:t>
      </w:r>
      <w:r/>
    </w:p>
    <w:p>
      <w:r/>
      <w:r>
        <w:t>In a related development, the retail industry sees a shift towards smaller AI models that can efficiently manage operations such as processing purchase orders and shopping data. Steven Sermarini, Senior Director of Engineering, Data and Analytics at Radial, points out that smaller AI models can democratise technology access, allowing small and medium-sized businesses (SMBs) to optimise inventory, predict consumer demand, and automate processes effectively. These models present a cost-efficient solution compared to massive language models, enabling SMBs to improve operational efficiency and customer service.</w:t>
      </w:r>
      <w:r/>
    </w:p>
    <w:p>
      <w:r/>
      <w:r>
        <w:t>As Walmart continues to innovate and integrate AI into its operations, the company aims to create a more seamless and personalised shopping experience for its customers both domestically and internationally, positioning itself strategically in the competitive retail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https://www.pymnts.com/news/retail/2024/walmart-taps-ai-to-add-personalization-to-holiday-shopping-experience/</w:t>
        </w:r>
      </w:hyperlink>
      <w:r>
        <w:t xml:space="preserve"> - Corroborates Walmart's use of AI to offer personalized shopping suggestions and enhance homepages for each shopper.</w:t>
      </w:r>
      <w:r/>
    </w:p>
    <w:p>
      <w:pPr>
        <w:pStyle w:val="ListNumber"/>
        <w:spacing w:line="240" w:lineRule="auto"/>
        <w:ind w:left="720"/>
      </w:pPr>
      <w:r/>
      <w:hyperlink r:id="rId10">
        <w:r>
          <w:rPr>
            <w:color w:val="0000EE"/>
            <w:u w:val="single"/>
          </w:rPr>
          <w:t>https://www.pymnts.com/news/retail/2024/walmart-taps-ai-to-add-personalization-to-holiday-shopping-experience/</w:t>
        </w:r>
      </w:hyperlink>
      <w:r>
        <w:t xml:space="preserve"> - Details Walmart's international expansion of AI capabilities, specifically in Mexico, to provide broader product recommendations.</w:t>
      </w:r>
      <w:r/>
    </w:p>
    <w:p>
      <w:pPr>
        <w:pStyle w:val="ListNumber"/>
        <w:spacing w:line="240" w:lineRule="auto"/>
        <w:ind w:left="720"/>
      </w:pPr>
      <w:r/>
      <w:hyperlink r:id="rId10">
        <w:r>
          <w:rPr>
            <w:color w:val="0000EE"/>
            <w:u w:val="single"/>
          </w:rPr>
          <w:t>https://www.pymnts.com/news/retail/2024/walmart-taps-ai-to-add-personalization-to-holiday-shopping-experience/</w:t>
        </w:r>
      </w:hyperlink>
      <w:r>
        <w:t xml:space="preserve"> - Explains Walmart's use of AI to identify and evaluate social media influencers and expand AI-powered shopping assistant tools.</w:t>
      </w:r>
      <w:r/>
    </w:p>
    <w:p>
      <w:pPr>
        <w:pStyle w:val="ListNumber"/>
        <w:spacing w:line="240" w:lineRule="auto"/>
        <w:ind w:left="720"/>
      </w:pPr>
      <w:r/>
      <w:hyperlink r:id="rId10">
        <w:r>
          <w:rPr>
            <w:color w:val="0000EE"/>
            <w:u w:val="single"/>
          </w:rPr>
          <w:t>https://www.pymnts.com/news/retail/2024/walmart-taps-ai-to-add-personalization-to-holiday-shopping-experience/</w:t>
        </w:r>
      </w:hyperlink>
      <w:r>
        <w:t xml:space="preserve"> - Discusses Walmart's competitive AI strategies in retail and its focus on improving the customer's shopping journey.</w:t>
      </w:r>
      <w:r/>
    </w:p>
    <w:p>
      <w:pPr>
        <w:pStyle w:val="ListNumber"/>
        <w:spacing w:line="240" w:lineRule="auto"/>
        <w:ind w:left="720"/>
      </w:pPr>
      <w:r/>
      <w:hyperlink r:id="rId10">
        <w:r>
          <w:rPr>
            <w:color w:val="0000EE"/>
            <w:u w:val="single"/>
          </w:rPr>
          <w:t>https://www.pymnts.com/news/retail/2024/walmart-taps-ai-to-add-personalization-to-holiday-shopping-experience/</w:t>
        </w:r>
      </w:hyperlink>
      <w:r>
        <w:t xml:space="preserve"> - Quotes CEO Doug McMillon on the significance of AI in refining Walmart's product catalogue and customer experience.</w:t>
      </w:r>
      <w:r/>
    </w:p>
    <w:p>
      <w:pPr>
        <w:pStyle w:val="ListNumber"/>
        <w:spacing w:line="240" w:lineRule="auto"/>
        <w:ind w:left="720"/>
      </w:pPr>
      <w:r/>
      <w:hyperlink r:id="rId10">
        <w:r>
          <w:rPr>
            <w:color w:val="0000EE"/>
            <w:u w:val="single"/>
          </w:rPr>
          <w:t>https://www.pymnts.com/news/retail/2024/walmart-taps-ai-to-add-personalization-to-holiday-shopping-experience/</w:t>
        </w:r>
      </w:hyperlink>
      <w:r>
        <w:t xml:space="preserve"> - Mentions the shift towards smaller AI models for efficient operation management and their benefits for small and medium-sized businesses.</w:t>
      </w:r>
      <w:r/>
    </w:p>
    <w:p>
      <w:pPr>
        <w:pStyle w:val="ListNumber"/>
        <w:spacing w:line="240" w:lineRule="auto"/>
        <w:ind w:left="720"/>
      </w:pPr>
      <w:r/>
      <w:hyperlink r:id="rId11">
        <w:r>
          <w:rPr>
            <w:color w:val="0000EE"/>
            <w:u w:val="single"/>
          </w:rPr>
          <w:t>https://chainstoreage.com/walmart-enhances-holiday-shopping-ai-across-enterprise</w:t>
        </w:r>
      </w:hyperlink>
      <w:r>
        <w:t xml:space="preserve"> - Provides additional details on Walmart's integration of AI across its enterprise to enhance the holiday shopping experience.</w:t>
      </w:r>
      <w:r/>
    </w:p>
    <w:p>
      <w:pPr>
        <w:pStyle w:val="ListNumber"/>
        <w:spacing w:line="240" w:lineRule="auto"/>
        <w:ind w:left="720"/>
      </w:pPr>
      <w:r/>
      <w:hyperlink r:id="rId12">
        <w:r>
          <w:rPr>
            <w:color w:val="0000EE"/>
            <w:u w:val="single"/>
          </w:rPr>
          <w:t>https://www.reddit.com/r/eucompetitionlaw/comments/1ggfikk/walmart_taps_ai_to_add_personalization_to_holiday/</w:t>
        </w:r>
      </w:hyperlink>
      <w:r>
        <w:t xml:space="preserve"> - Discusses Walmart's use of AI to add personalization to the holiday shopping experience, aligning with community discussions.</w:t>
      </w:r>
      <w:r/>
    </w:p>
    <w:p>
      <w:pPr>
        <w:pStyle w:val="ListNumber"/>
        <w:spacing w:line="240" w:lineRule="auto"/>
        <w:ind w:left="720"/>
      </w:pPr>
      <w:r/>
      <w:hyperlink r:id="rId13">
        <w:r>
          <w:rPr>
            <w:color w:val="0000EE"/>
            <w:u w:val="single"/>
          </w:rPr>
          <w:t>https://corporate.walmart.com/news/2024/09/19/walmart-unveils-its-holiday-plans-with-early-shopping-deals-and-affordable-meals</w:t>
        </w:r>
      </w:hyperlink>
      <w:r>
        <w:t xml:space="preserve"> - Contextualizes Walmart's broader holiday plans, including early shopping deals and affordable meals, which are enhanced by AI innovations.</w:t>
      </w:r>
      <w:r/>
    </w:p>
    <w:p>
      <w:pPr>
        <w:pStyle w:val="ListNumber"/>
        <w:spacing w:line="240" w:lineRule="auto"/>
        <w:ind w:left="720"/>
      </w:pPr>
      <w:r/>
      <w:hyperlink r:id="rId14">
        <w:r>
          <w:rPr>
            <w:color w:val="0000EE"/>
            <w:u w:val="single"/>
          </w:rPr>
          <w:t>https://www.pymnts.com/whole-paycheck-consumer-spending/2024/retail-brief-walmart-and-amazon-revamp-strategies-for-black-friday-and-cyber-monday/</w:t>
        </w:r>
      </w:hyperlink>
      <w:r>
        <w:t xml:space="preserve"> - Compares Walmart's AI-driven strategies with Amazon's, highlighting their competitive approaches to holiday shopping.</w:t>
      </w:r>
      <w:r/>
    </w:p>
    <w:p>
      <w:pPr>
        <w:pStyle w:val="ListNumber"/>
        <w:spacing w:line="240" w:lineRule="auto"/>
        <w:ind w:left="720"/>
      </w:pPr>
      <w:r/>
      <w:hyperlink r:id="rId14">
        <w:r>
          <w:rPr>
            <w:color w:val="0000EE"/>
            <w:u w:val="single"/>
          </w:rPr>
          <w:t>https://www.pymnts.com/whole-paycheck-consumer-spending/2024/retail-brief-walmart-and-amazon-revamp-strategies-for-black-friday-and-cyber-monday/</w:t>
        </w:r>
      </w:hyperlink>
      <w:r>
        <w:t xml:space="preserve"> - Details Walmart's expanded delivery services and AI-enhanced shopping experiences, particularly for Black Friday and Cyber Monday events.</w:t>
      </w:r>
      <w:r/>
    </w:p>
    <w:p>
      <w:pPr>
        <w:pStyle w:val="ListNumber"/>
        <w:spacing w:line="240" w:lineRule="auto"/>
        <w:ind w:left="720"/>
      </w:pPr>
      <w:r/>
      <w:hyperlink r:id="rId10">
        <w:r>
          <w:rPr>
            <w:color w:val="0000EE"/>
            <w:u w:val="single"/>
          </w:rPr>
          <w:t>https://www.pymnts.com/news/retail/2024/walmart-taps-ai-to-add-personalization-to-holiday-shopping-experience/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retail/2024/walmart-taps-ai-to-add-personalization-to-holiday-shopping-experience/" TargetMode="External"/><Relationship Id="rId11" Type="http://schemas.openxmlformats.org/officeDocument/2006/relationships/hyperlink" Target="https://chainstoreage.com/walmart-enhances-holiday-shopping-ai-across-enterprise" TargetMode="External"/><Relationship Id="rId12" Type="http://schemas.openxmlformats.org/officeDocument/2006/relationships/hyperlink" Target="https://www.reddit.com/r/eucompetitionlaw/comments/1ggfikk/walmart_taps_ai_to_add_personalization_to_holiday/" TargetMode="External"/><Relationship Id="rId13" Type="http://schemas.openxmlformats.org/officeDocument/2006/relationships/hyperlink" Target="https://corporate.walmart.com/news/2024/09/19/walmart-unveils-its-holiday-plans-with-early-shopping-deals-and-affordable-meals" TargetMode="External"/><Relationship Id="rId14" Type="http://schemas.openxmlformats.org/officeDocument/2006/relationships/hyperlink" Target="https://www.pymnts.com/whole-paycheck-consumer-spending/2024/retail-brief-walmart-and-amazon-revamp-strategies-for-black-friday-and-cyber-mon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