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Workiz launches 'Workiz Unplugged' podcast for field service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Workiz Unleashes 'Workiz Unplugged' Podcast for Field Service Professionals Amid AI Evolution</w:t>
      </w:r>
      <w:r/>
    </w:p>
    <w:p>
      <w:r/>
      <w:r>
        <w:t>Workiz, a prominent force in the field service management sector, has unveiled its latest initiative aimed at revolutionising the field service industry: a podcast titled "Workiz Unplugged". This innovative platform, launched by Workiz—a company with a substantial customer base exceeding 120,000—seeks to illuminate the voices of field service professionals, offering them a stage to share insights and experiences.</w:t>
      </w:r>
      <w:r/>
    </w:p>
    <w:p>
      <w:r/>
      <w:r>
        <w:t>The podcast, scheduled for monthly releases, is designed to cater to professionals across various trades, including heating, ventilation, and air conditioning (HVAC) technicians, plumbers, electricians, and locksmiths. By putting a spotlight on these critical but often overlooked figures, the podcast aims to explore how technology, leadership, and innovation are reshaping the future of the field service landscape.</w:t>
      </w:r>
      <w:r/>
    </w:p>
    <w:p>
      <w:r/>
      <w:r>
        <w:t>Didi Azaria, CEO of Workiz, expressed that the podcast intends to empower these professionals by focusing on business growth through the automation of operations using artificial intelligence (AI). This wave of automation and optimisation rising within the industry necessitates guidance for business owners who are adapting to these significant changes.</w:t>
      </w:r>
      <w:r/>
    </w:p>
    <w:p>
      <w:r/>
      <w:r>
        <w:t>Studies in the podcasting space, such as those by Edison Research and Nielsen, highlight the growing trend of 26 million Americans leveraging podcasts for business-related advice. "Workiz Unplugged" hopes to harness this trend by addressing topics pertinent to the challenges faced by service professionals today. This includes tackling labour shortages and integrating new technologies, with experts providing tangible solutions and insights beneficial for thriving in the approaching years, particularly 2024.</w:t>
      </w:r>
      <w:r/>
    </w:p>
    <w:p>
      <w:r/>
      <w:r>
        <w:t>Among the array of topics discussed, a notable episode hosts Patrick Lange, Founder of the Business Modification Group. Lange sheds light on the current trend where tradespeople are attracting private equity investments. He provides guidance on positioning service businesses to tap into this burgeoning financial interest.</w:t>
      </w:r>
      <w:r/>
    </w:p>
    <w:p>
      <w:r/>
      <w:r>
        <w:t>Generational shifts are also a focal point of the podcast. Thomas Scott, CEO of Home Run Franchises, discusses the changing career preferences of Generation Z, who are increasingly opting for vocational training over traditional academic routes. This shift is credited to a growing scepticism concerning the value of college degrees, with young professionals inclined towards trades such as plumbing and electrical work.</w:t>
      </w:r>
      <w:r/>
    </w:p>
    <w:p>
      <w:r/>
      <w:r>
        <w:t>The podcast goes beyond just technological discourse, also imparting strategies for improving customer service, streamlining operations with AI, and building effective teams. Additionally, it provides insights on fostering a culture of respect and accountability within organisations.</w:t>
      </w:r>
      <w:r/>
    </w:p>
    <w:p>
      <w:r/>
      <w:r>
        <w:t>Azaria emphasises that "Workiz Unplugged" is distinctive due to its dual focus on technological progression and practical leadership strategies. The podcast explores the impact of AI-driven tools, like the Workiz AI assistant Genius, which redefines scheduling, communication, and workflow management, thus equipping listeners with a blueprint for success in today's competitive field service industry.</w:t>
      </w:r>
      <w:r/>
    </w:p>
    <w:p>
      <w:r/>
      <w:r>
        <w:t>Ultimately, the podcast is envisioned as more than just an educational series; it is seen as a community fostering innovation and growth, ensuring that field service professionals remain well-equipped to thrive in an increasingly automated world.</w:t>
      </w:r>
      <w:r/>
    </w:p>
    <w:p>
      <w:r/>
      <w:r>
        <w:t>For those interested in exploring the content, "Workiz Unplugged" is available on leading podcast platforms, and additional resources, including episode transcripts, can be accessed through the Workiz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https://www.workiz.com/podcast/unlocking-success-building-a-locksmith-empire-2-2-2-2/</w:t>
        </w:r>
      </w:hyperlink>
      <w:r>
        <w:t xml:space="preserve"> - Corroborates the existence and focus of the 'Workiz Unplugged' podcast, including its emphasis on business strategies, innovation, and growth in the field service industry.</w:t>
      </w:r>
      <w:r/>
    </w:p>
    <w:p>
      <w:pPr>
        <w:pStyle w:val="ListNumber"/>
        <w:spacing w:line="240" w:lineRule="auto"/>
        <w:ind w:left="720"/>
      </w:pPr>
      <w:r/>
      <w:hyperlink r:id="rId11">
        <w:r>
          <w:rPr>
            <w:color w:val="0000EE"/>
            <w:u w:val="single"/>
          </w:rPr>
          <w:t>https://www.workiz.com/blog/8-field-service-podcasts-thatll-make-you-a-rockstar/</w:t>
        </w:r>
      </w:hyperlink>
      <w:r>
        <w:t xml:space="preserve"> - Lists 'Workiz Unplugged' as a podcast dedicated to navigating the dynamic landscape of the home service industry, covering business strategies, innovation, and growth.</w:t>
      </w:r>
      <w:r/>
    </w:p>
    <w:p>
      <w:pPr>
        <w:pStyle w:val="ListNumber"/>
        <w:spacing w:line="240" w:lineRule="auto"/>
        <w:ind w:left="720"/>
      </w:pPr>
      <w:r/>
      <w:hyperlink r:id="rId12">
        <w:r>
          <w:rPr>
            <w:color w:val="0000EE"/>
            <w:u w:val="single"/>
          </w:rPr>
          <w:t>https://www.workiz.com/podcast/</w:t>
        </w:r>
      </w:hyperlink>
      <w:r>
        <w:t xml:space="preserve"> - Provides details on how to be a guest on 'Workiz Unplugged' and highlights the podcast's focus on field service professionals, business growth, and industry challenges.</w:t>
      </w:r>
      <w:r/>
    </w:p>
    <w:p>
      <w:pPr>
        <w:pStyle w:val="ListNumber"/>
        <w:spacing w:line="240" w:lineRule="auto"/>
        <w:ind w:left="720"/>
      </w:pPr>
      <w:r/>
      <w:hyperlink r:id="rId13">
        <w:r>
          <w:rPr>
            <w:color w:val="0000EE"/>
            <w:u w:val="single"/>
          </w:rPr>
          <w:t>https://www.workiz.com/blog/field-service/workiz-unplugged-the-new-field-service-podcast/</w:t>
        </w:r>
      </w:hyperlink>
      <w:r>
        <w:t xml:space="preserve"> - Describes the launch of 'Workiz Unplugged', its target audience, and the types of topics covered, including business growth and success stories in the field service industry.</w:t>
      </w:r>
      <w:r/>
    </w:p>
    <w:p>
      <w:pPr>
        <w:pStyle w:val="ListNumber"/>
        <w:spacing w:line="240" w:lineRule="auto"/>
        <w:ind w:left="720"/>
      </w:pPr>
      <w:r/>
      <w:hyperlink r:id="rId14">
        <w:r>
          <w:rPr>
            <w:color w:val="0000EE"/>
            <w:u w:val="single"/>
          </w:rPr>
          <w:t>https://www.workiz.com/</w:t>
        </w:r>
      </w:hyperlink>
      <w:r>
        <w:t xml:space="preserve"> - Mentions the 'Workiz Unplugged' podcast as part of Workiz's offerings, emphasizing its role in educating and supporting field service professionals.</w:t>
      </w:r>
      <w:r/>
    </w:p>
    <w:p>
      <w:pPr>
        <w:pStyle w:val="ListNumber"/>
        <w:spacing w:line="240" w:lineRule="auto"/>
        <w:ind w:left="720"/>
      </w:pPr>
      <w:r/>
      <w:hyperlink r:id="rId10">
        <w:r>
          <w:rPr>
            <w:color w:val="0000EE"/>
            <w:u w:val="single"/>
          </w:rPr>
          <w:t>https://www.workiz.com/podcast/unlocking-success-building-a-locksmith-empire-2-2-2-2/</w:t>
        </w:r>
      </w:hyperlink>
      <w:r>
        <w:t xml:space="preserve"> - Highlights the importance of leadership and team dynamics, which aligns with the podcast's focus on practical leadership strategies and building effective teams.</w:t>
      </w:r>
      <w:r/>
    </w:p>
    <w:p>
      <w:pPr>
        <w:pStyle w:val="ListNumber"/>
        <w:spacing w:line="240" w:lineRule="auto"/>
        <w:ind w:left="720"/>
      </w:pPr>
      <w:r/>
      <w:hyperlink r:id="rId11">
        <w:r>
          <w:rPr>
            <w:color w:val="0000EE"/>
            <w:u w:val="single"/>
          </w:rPr>
          <w:t>https://www.workiz.com/blog/8-field-service-podcasts-thatll-make-you-a-rockstar/</w:t>
        </w:r>
      </w:hyperlink>
      <w:r>
        <w:t xml:space="preserve"> - Lists various podcasts, including 'Workiz Unplugged', that cater to different trades such as HVAC, plumbing, and electrical work, reflecting the podcast's broad industry coverage.</w:t>
      </w:r>
      <w:r/>
    </w:p>
    <w:p>
      <w:pPr>
        <w:pStyle w:val="ListNumber"/>
        <w:spacing w:line="240" w:lineRule="auto"/>
        <w:ind w:left="720"/>
      </w:pPr>
      <w:r/>
      <w:hyperlink r:id="rId13">
        <w:r>
          <w:rPr>
            <w:color w:val="0000EE"/>
            <w:u w:val="single"/>
          </w:rPr>
          <w:t>https://www.workiz.com/blog/field-service/workiz-unplugged-the-new-field-service-podcast/</w:t>
        </w:r>
      </w:hyperlink>
      <w:r>
        <w:t xml:space="preserve"> - Details the podcast's aim to showcase the power of driving business growth and share common challenges faced by businesses in the field service industry.</w:t>
      </w:r>
      <w:r/>
    </w:p>
    <w:p>
      <w:pPr>
        <w:pStyle w:val="ListNumber"/>
        <w:spacing w:line="240" w:lineRule="auto"/>
        <w:ind w:left="720"/>
      </w:pPr>
      <w:r/>
      <w:hyperlink r:id="rId12">
        <w:r>
          <w:rPr>
            <w:color w:val="0000EE"/>
            <w:u w:val="single"/>
          </w:rPr>
          <w:t>https://www.workiz.com/podcast/</w:t>
        </w:r>
      </w:hyperlink>
      <w:r>
        <w:t xml:space="preserve"> - Explains how the podcast is hosted by Caitlin Dwyer and focuses on inspiring narratives and practical advice for field service professionals.</w:t>
      </w:r>
      <w:r/>
    </w:p>
    <w:p>
      <w:pPr>
        <w:pStyle w:val="ListNumber"/>
        <w:spacing w:line="240" w:lineRule="auto"/>
        <w:ind w:left="720"/>
      </w:pPr>
      <w:r/>
      <w:hyperlink r:id="rId14">
        <w:r>
          <w:rPr>
            <w:color w:val="0000EE"/>
            <w:u w:val="single"/>
          </w:rPr>
          <w:t>https://www.workiz.com/</w:t>
        </w:r>
      </w:hyperlink>
      <w:r>
        <w:t xml:space="preserve"> - Describes Workiz as a company trusted by over 120,000 field service professionals, corroborating the company's substantial customer base mentioned in the article.</w:t>
      </w:r>
      <w:r/>
    </w:p>
    <w:p>
      <w:pPr>
        <w:pStyle w:val="ListNumber"/>
        <w:spacing w:line="240" w:lineRule="auto"/>
        <w:ind w:left="720"/>
      </w:pPr>
      <w:r/>
      <w:hyperlink r:id="rId13">
        <w:r>
          <w:rPr>
            <w:color w:val="0000EE"/>
            <w:u w:val="single"/>
          </w:rPr>
          <w:t>https://www.workiz.com/blog/field-service/workiz-unplugged-the-new-field-service-podcast/</w:t>
        </w:r>
      </w:hyperlink>
      <w:r>
        <w:t xml:space="preserve"> - Mentions the podcast's bi-weekly release schedule and its goal to inspire and guide field service professionals towards business excellence.</w:t>
      </w:r>
      <w:r/>
    </w:p>
    <w:p>
      <w:pPr>
        <w:pStyle w:val="ListNumber"/>
        <w:spacing w:line="240" w:lineRule="auto"/>
        <w:ind w:left="720"/>
      </w:pPr>
      <w:r/>
      <w:hyperlink r:id="rId15">
        <w:r>
          <w:rPr>
            <w:color w:val="0000EE"/>
            <w:u w:val="single"/>
          </w:rPr>
          <w:t>https://plumbingperspective.com/workiz-unplugged-podcast-empowers-field-service-professionals-in-the-age-of-ai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kiz.com/podcast/unlocking-success-building-a-locksmith-empire-2-2-2-2/" TargetMode="External"/><Relationship Id="rId11" Type="http://schemas.openxmlformats.org/officeDocument/2006/relationships/hyperlink" Target="https://www.workiz.com/blog/8-field-service-podcasts-thatll-make-you-a-rockstar/" TargetMode="External"/><Relationship Id="rId12" Type="http://schemas.openxmlformats.org/officeDocument/2006/relationships/hyperlink" Target="https://www.workiz.com/podcast/" TargetMode="External"/><Relationship Id="rId13" Type="http://schemas.openxmlformats.org/officeDocument/2006/relationships/hyperlink" Target="https://www.workiz.com/blog/field-service/workiz-unplugged-the-new-field-service-podcast/" TargetMode="External"/><Relationship Id="rId14" Type="http://schemas.openxmlformats.org/officeDocument/2006/relationships/hyperlink" Target="https://www.workiz.com/" TargetMode="External"/><Relationship Id="rId15" Type="http://schemas.openxmlformats.org/officeDocument/2006/relationships/hyperlink" Target="https://plumbingperspective.com/workiz-unplugged-podcast-empowers-field-service-professionals-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