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Wscripted launches AI platform to revolutionise script submissions in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AI-powered platform named Wscripted has been launched, promising to revolutionise how the entertainment industry manages script submissions and reviews. The platform, founded by Ellie Jamen, is designed as a subscription-based service that enables production companies, talent agencies, studios, and sales agents to efficiently review project submissions and discover new material from emerging writers. The initiative particularly aims to boost access for female and underrepresented writers within the industry.</w:t>
      </w:r>
      <w:r/>
    </w:p>
    <w:p>
      <w:r/>
      <w:r>
        <w:t>Wscripted facilitates the generation of AI coverage for scripts and books within minutes, streamlining the evaluation process for busy industry professionals. Writers, screenwriters, and filmmakers are offered the opportunity to have their work featured on the platform. Jamen notes that approximately 2,000 female and non-binary writers have already been invited to showcase their scripts, further highlighting the platform's commitment to diversity.</w:t>
      </w:r>
      <w:r/>
    </w:p>
    <w:p>
      <w:r/>
      <w:r>
        <w:t>The startup received pre-seed funding from Techstars Atlanta Powered by J.P. Morgan and was previously part of Comcast NBCUniversal LIFT Labs’s accelerator programme, with a focus on generative AI. An early version of Wscripted was trialled by Universal Pictures, providing a real-world application and testing ground for its capabilities.</w:t>
      </w:r>
      <w:r/>
    </w:p>
    <w:p>
      <w:r/>
      <w:r>
        <w:t>“Wscripted+ is a tool that offers producers, agents, and sales professions the means to handle their submission piles more efficiently,” said Jamen. “It enables industry professionals to discover scripts and books from beyond their immediate networks, thereby promoting diverse work, particularly from women and underrepresented writers.”</w:t>
      </w:r>
      <w:r/>
    </w:p>
    <w:p>
      <w:r/>
      <w:r>
        <w:t>For writers, particularly those who find themselves sidelined due to industry biases, Wscripted provides a familiar submission format that aligns with the working methods of agents, producers, and funders. As Jamen explained, the industry often struggles to spare time to uncover new projects or stories, leading to a bias where submissions from women and underrepresented writers are often overlooked.</w:t>
      </w:r>
      <w:r/>
    </w:p>
    <w:p>
      <w:r/>
      <w:r>
        <w:t>Subscription pricing begins at $10 per month for individual writers and starts at $50 for producers, with pricing tiers that increase based on company size and platform usage. This scalable pricing model promises accessibility and affordability for a diverse array of users.</w:t>
      </w:r>
      <w:r/>
    </w:p>
    <w:p>
      <w:r/>
      <w:r>
        <w:t>In a collaborative effort with the Cannes Film Market this year, Wscripted launched an AI-powered diversity analysis feature which was tested by a group of international producers and is now available on Wscripted+. The platform also aims to introduce forthcoming features such as "tailored creative curation" and "an ethical narrative analysis."</w:t>
      </w:r>
      <w:r/>
    </w:p>
    <w:p>
      <w:r/>
      <w:r>
        <w:t>Wscripted has gained recognition particularly for its "Cannes Screenplay List," an initiative that promotes scripts by women and non-binary writers during the prestigious Cannes Film Festival. The campaign sees collaboration with streaming platform MUBI and involves curation by a female-led jury, with previous members including the acclaimed actress Vanessa Kirby.</w:t>
      </w:r>
      <w:r/>
    </w:p>
    <w:p>
      <w:r/>
      <w:r>
        <w:t>In summary, Wscripted offers a promising venture to alter how the industry views content submission, making substantial strides towards inclusivity by ensuring diverse voices can be heard and acknowledged in a competitive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https://nofilmschool.com/wscripted-announcement</w:t>
        </w:r>
      </w:hyperlink>
      <w:r>
        <w:t xml:space="preserve"> - Details the launch of Wscripted, its mission to elevate female writers, and its features such as a membership-based marketplace and script rating system.</w:t>
      </w:r>
      <w:r/>
    </w:p>
    <w:p>
      <w:pPr>
        <w:pStyle w:val="ListNumber"/>
        <w:spacing w:line="240" w:lineRule="auto"/>
        <w:ind w:left="720"/>
      </w:pPr>
      <w:r/>
      <w:hyperlink r:id="rId11">
        <w:r>
          <w:rPr>
            <w:color w:val="0000EE"/>
            <w:u w:val="single"/>
          </w:rPr>
          <w:t>https://www.wscripted.co</w:t>
        </w:r>
      </w:hyperlink>
      <w:r>
        <w:t xml:space="preserve"> - Provides information on Wscripted's impact-driven story discovery, AI literary platform, and initiatives like the Cannes Screenplay List.</w:t>
      </w:r>
      <w:r/>
    </w:p>
    <w:p>
      <w:pPr>
        <w:pStyle w:val="ListNumber"/>
        <w:spacing w:line="240" w:lineRule="auto"/>
        <w:ind w:left="720"/>
      </w:pPr>
      <w:r/>
      <w:hyperlink r:id="rId12">
        <w:r>
          <w:rPr>
            <w:color w:val="0000EE"/>
            <w:u w:val="single"/>
          </w:rPr>
          <w:t>https://www.wscripted.co/plus</w:t>
        </w:r>
      </w:hyperlink>
      <w:r>
        <w:t xml:space="preserve"> - Explains the features of Wscripted+, including AI coverage, audio scripts, and diversity analysis, as well as the subscription pricing model.</w:t>
      </w:r>
      <w:r/>
    </w:p>
    <w:p>
      <w:pPr>
        <w:pStyle w:val="ListNumber"/>
        <w:spacing w:line="240" w:lineRule="auto"/>
        <w:ind w:left="720"/>
      </w:pPr>
      <w:r/>
      <w:hyperlink r:id="rId13">
        <w:r>
          <w:rPr>
            <w:color w:val="0000EE"/>
            <w:u w:val="single"/>
          </w:rPr>
          <w:t>https://deadline.com/2024/10/artificial-intelligence-wscripted-plus-script-submissions-review-ethical-ai-1236161909/</w:t>
        </w:r>
      </w:hyperlink>
      <w:r>
        <w:t xml:space="preserve"> - Discusses the launch of Wscripted+, its AI-powered script submission and review process, and its focus on diverse writers.</w:t>
      </w:r>
      <w:r/>
    </w:p>
    <w:p>
      <w:pPr>
        <w:pStyle w:val="ListNumber"/>
        <w:spacing w:line="240" w:lineRule="auto"/>
        <w:ind w:left="720"/>
      </w:pPr>
      <w:r/>
      <w:hyperlink r:id="rId14">
        <w:r>
          <w:rPr>
            <w:color w:val="0000EE"/>
            <w:u w:val="single"/>
          </w:rPr>
          <w:t>https://observer.com/2023/09/hollywood-writer-strike-ai/</w:t>
        </w:r>
      </w:hyperlink>
      <w:r>
        <w:t xml:space="preserve"> - Mentions Ellie Jamen, the founder of Wscripted, and the broader context of AI in the entertainment industry, including its impact on writers.</w:t>
      </w:r>
      <w:r/>
    </w:p>
    <w:p>
      <w:pPr>
        <w:pStyle w:val="ListNumber"/>
        <w:spacing w:line="240" w:lineRule="auto"/>
        <w:ind w:left="720"/>
      </w:pPr>
      <w:r/>
      <w:hyperlink r:id="rId11">
        <w:r>
          <w:rPr>
            <w:color w:val="0000EE"/>
            <w:u w:val="single"/>
          </w:rPr>
          <w:t>https://www.wscripted.co</w:t>
        </w:r>
      </w:hyperlink>
      <w:r>
        <w:t xml:space="preserve"> - Details Wscripted's collaboration with Techstars and Comcast NBCUniversal LIFT Labs, and its focus on generative AI.</w:t>
      </w:r>
      <w:r/>
    </w:p>
    <w:p>
      <w:pPr>
        <w:pStyle w:val="ListNumber"/>
        <w:spacing w:line="240" w:lineRule="auto"/>
        <w:ind w:left="720"/>
      </w:pPr>
      <w:r/>
      <w:hyperlink r:id="rId12">
        <w:r>
          <w:rPr>
            <w:color w:val="0000EE"/>
            <w:u w:val="single"/>
          </w:rPr>
          <w:t>https://www.wscripted.co/plus</w:t>
        </w:r>
      </w:hyperlink>
      <w:r>
        <w:t xml:space="preserve"> - Describes the scalability of Wscripted+ with different pricing tiers for individual writers, producers, and companies.</w:t>
      </w:r>
      <w:r/>
    </w:p>
    <w:p>
      <w:pPr>
        <w:pStyle w:val="ListNumber"/>
        <w:spacing w:line="240" w:lineRule="auto"/>
        <w:ind w:left="720"/>
      </w:pPr>
      <w:r/>
      <w:hyperlink r:id="rId10">
        <w:r>
          <w:rPr>
            <w:color w:val="0000EE"/>
            <w:u w:val="single"/>
          </w:rPr>
          <w:t>https://nofilmschool.com/wscripted-announcement</w:t>
        </w:r>
      </w:hyperlink>
      <w:r>
        <w:t xml:space="preserve"> - Explains how Wscripted aims to address industry biases against female and underrepresented writers by providing a platform for their work.</w:t>
      </w:r>
      <w:r/>
    </w:p>
    <w:p>
      <w:pPr>
        <w:pStyle w:val="ListNumber"/>
        <w:spacing w:line="240" w:lineRule="auto"/>
        <w:ind w:left="720"/>
      </w:pPr>
      <w:r/>
      <w:hyperlink r:id="rId11">
        <w:r>
          <w:rPr>
            <w:color w:val="0000EE"/>
            <w:u w:val="single"/>
          </w:rPr>
          <w:t>https://www.wscripted.co</w:t>
        </w:r>
      </w:hyperlink>
      <w:r>
        <w:t xml:space="preserve"> - Highlights Wscripted's 'Cannes Screenplay List' and its collaboration with MUBI and a female-led jury.</w:t>
      </w:r>
      <w:r/>
    </w:p>
    <w:p>
      <w:pPr>
        <w:pStyle w:val="ListNumber"/>
        <w:spacing w:line="240" w:lineRule="auto"/>
        <w:ind w:left="720"/>
      </w:pPr>
      <w:r/>
      <w:hyperlink r:id="rId12">
        <w:r>
          <w:rPr>
            <w:color w:val="0000EE"/>
            <w:u w:val="single"/>
          </w:rPr>
          <w:t>https://www.wscripted.co/plus</w:t>
        </w:r>
      </w:hyperlink>
      <w:r>
        <w:t xml:space="preserve"> - Mentions the upcoming features of Wscripted+, such as 'tailored creative curation' and 'ethical narrative analysis'.</w:t>
      </w:r>
      <w:r/>
    </w:p>
    <w:p>
      <w:pPr>
        <w:pStyle w:val="ListNumber"/>
        <w:spacing w:line="240" w:lineRule="auto"/>
        <w:ind w:left="720"/>
      </w:pPr>
      <w:r/>
      <w:hyperlink r:id="rId13">
        <w:r>
          <w:rPr>
            <w:color w:val="0000EE"/>
            <w:u w:val="single"/>
          </w:rPr>
          <w:t>https://deadline.com/2024/10/artificial-intelligence-wscripted-plus-script-submissions-review-ethical-ai-1236161909/</w:t>
        </w:r>
      </w:hyperlink>
      <w:r>
        <w:t xml:space="preserve"> - Discusses the ethical AI practices and diversity analysis feature launched by Wscripted in collaboration with the Cannes Film Market.</w:t>
      </w:r>
      <w:r/>
    </w:p>
    <w:p>
      <w:pPr>
        <w:pStyle w:val="ListNumber"/>
        <w:spacing w:line="240" w:lineRule="auto"/>
        <w:ind w:left="720"/>
      </w:pPr>
      <w:r/>
      <w:hyperlink r:id="rId13">
        <w:r>
          <w:rPr>
            <w:color w:val="0000EE"/>
            <w:u w:val="single"/>
          </w:rPr>
          <w:t>https://deadline.com/2024/10/artificial-intelligence-wscripted-plus-script-submissions-review-ethical-ai-1236161909/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filmschool.com/wscripted-announcement" TargetMode="External"/><Relationship Id="rId11" Type="http://schemas.openxmlformats.org/officeDocument/2006/relationships/hyperlink" Target="https://www.wscripted.co" TargetMode="External"/><Relationship Id="rId12" Type="http://schemas.openxmlformats.org/officeDocument/2006/relationships/hyperlink" Target="https://www.wscripted.co/plus" TargetMode="External"/><Relationship Id="rId13" Type="http://schemas.openxmlformats.org/officeDocument/2006/relationships/hyperlink" Target="https://deadline.com/2024/10/artificial-intelligence-wscripted-plus-script-submissions-review-ethical-ai-1236161909/" TargetMode="External"/><Relationship Id="rId14" Type="http://schemas.openxmlformats.org/officeDocument/2006/relationships/hyperlink" Target="https://observer.com/2023/09/hollywood-writer-strik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