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Xiaomi launches new Pad 7 series aimed at enhancing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Xiaomi has unveiled its latest innovation in the tablet market, the Xiaomi Pad 7 Series, designed to cater to the needs of professionals and tech enthusiasts alike by enhancing on-the-go productivity through advanced features and robust hardware enhancements.</w:t>
      </w:r>
      <w:r/>
    </w:p>
    <w:p>
      <w:r/>
      <w:r>
        <w:t>The standout feature of the Xiaomi Pad 7 series is its immersive display, which boasts an 11.2-inch screen with a sharp 3.2K resolution. The display is set in a 3:2 aspect ratio, which is particularly beneficial for users who require clarity and precision in visual tasks, offering an improved viewing experience for both work-related activities and media consumption.</w:t>
      </w:r>
      <w:r/>
    </w:p>
    <w:p>
      <w:r/>
      <w:r>
        <w:t>Catering to different performance needs, the series introduces two models: the Xiaomi Pad 7 Pro and the Xiaomi Pad 7. The Pad 7 Pro is equipped with the Snapdragon 8s Gen 3 processor, while the Pad 7 features the Snapdragon 7+ Gen 3 processor. Both models promise swift processing capabilities ideal for multitasking and handling intensive applications that are common in professional environments.</w:t>
      </w:r>
      <w:r/>
    </w:p>
    <w:p>
      <w:r/>
      <w:r>
        <w:t>Another highlight of the Xiaomi Pad 7 series is the promise of ultra-fast charging capabilities. The Xiaomi Pad 7 Pro features a rapid 67W charging system, complemented by an 8850mAh battery that is designed to ensure longevity and reliability in power capacity, which is crucial for continuous use throughout a busy day.</w:t>
      </w:r>
      <w:r/>
    </w:p>
    <w:p>
      <w:r/>
      <w:r>
        <w:t>Connectivity is another area where the Xiaomi Pad 7 Pro excels, featuring Wi-Fi 7 technology, which allows for smoother browsing and a more stable internet connection, facilitating seamless streaming and downloading capabilities crucial for remote work and digital communication.</w:t>
      </w:r>
      <w:r/>
    </w:p>
    <w:p>
      <w:r/>
      <w:r>
        <w:t>Running on Xiaomi's HyperOS 2, the tablets offer enhanced fluidity and ease of operation, designed to provide a user-friendly experience across devices. This operating system aims to simplify the navigation and use of features, thereby enhancing the efficiency and productivity of users.</w:t>
      </w:r>
      <w:r/>
    </w:p>
    <w:p>
      <w:r/>
      <w:r>
        <w:t>With these enhancements, the Xiaomi Pad 7 series represents a significant step in mobile computing, with improvements in display, performance, charging, and connectivity that may appeal to users seeking greater productivity in a compact device. These developments reflect Xiaomi's ongoing commitment to innovation and its efforts to address the evolving needs of technology users. The series is expected to draw significant attention from tech-savvy consumers and professionals seeking reliable, high-performance tablets.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https://www.androidpimp.com/tablet-pc/xiaomi-pad-7-pro-series/</w:t>
        </w:r>
      </w:hyperlink>
      <w:r>
        <w:t xml:space="preserve"> - Corroborates the immersive display with an 11.2-inch screen and the different processors for the Xiaomi Pad 7 and Pad 7 Pro models.</w:t>
      </w:r>
      <w:r/>
    </w:p>
    <w:p>
      <w:pPr>
        <w:pStyle w:val="ListNumber"/>
        <w:spacing w:line="240" w:lineRule="auto"/>
        <w:ind w:left="720"/>
      </w:pPr>
      <w:r/>
      <w:hyperlink r:id="rId11">
        <w:r>
          <w:rPr>
            <w:color w:val="0000EE"/>
            <w:u w:val="single"/>
          </w:rPr>
          <w:t>https://www.lowyat.net/2024/336379/xiaomi-pad-7-series/</w:t>
        </w:r>
      </w:hyperlink>
      <w:r>
        <w:t xml:space="preserve"> - Supports the details about the display resolution, aspect ratio, and the processors used in the Xiaomi Pad 7 series.</w:t>
      </w:r>
      <w:r/>
    </w:p>
    <w:p>
      <w:pPr>
        <w:pStyle w:val="ListNumber"/>
        <w:spacing w:line="240" w:lineRule="auto"/>
        <w:ind w:left="720"/>
      </w:pPr>
      <w:r/>
      <w:hyperlink r:id="rId10">
        <w:r>
          <w:rPr>
            <w:color w:val="0000EE"/>
            <w:u w:val="single"/>
          </w:rPr>
          <w:t>https://www.androidpimp.com/tablet-pc/xiaomi-pad-7-pro-series/</w:t>
        </w:r>
      </w:hyperlink>
      <w:r>
        <w:t xml:space="preserve"> - Provides information on the ultra-fast charging capabilities, including the 67W charging system for the Xiaomi Pad 7 Pro and the battery capacity.</w:t>
      </w:r>
      <w:r/>
    </w:p>
    <w:p>
      <w:pPr>
        <w:pStyle w:val="ListNumber"/>
        <w:spacing w:line="240" w:lineRule="auto"/>
        <w:ind w:left="720"/>
      </w:pPr>
      <w:r/>
      <w:hyperlink r:id="rId12">
        <w:r>
          <w:rPr>
            <w:color w:val="0000EE"/>
            <w:u w:val="single"/>
          </w:rPr>
          <w:t>https://www.gizmochina.com/2024/10/29/xiaomi-pad-7-and-pad-7-pro-launched-china-specs-price/</w:t>
        </w:r>
      </w:hyperlink>
      <w:r>
        <w:t xml:space="preserve"> - Confirms the battery capacity of 8850mAh and the charging speeds for the Xiaomi Pad 7 Pro.</w:t>
      </w:r>
      <w:r/>
    </w:p>
    <w:p>
      <w:pPr>
        <w:pStyle w:val="ListNumber"/>
        <w:spacing w:line="240" w:lineRule="auto"/>
        <w:ind w:left="720"/>
      </w:pPr>
      <w:r/>
      <w:hyperlink r:id="rId10">
        <w:r>
          <w:rPr>
            <w:color w:val="0000EE"/>
            <w:u w:val="single"/>
          </w:rPr>
          <w:t>https://www.androidpimp.com/tablet-pc/xiaomi-pad-7-pro-series/</w:t>
        </w:r>
      </w:hyperlink>
      <w:r>
        <w:t xml:space="preserve"> - Details the connectivity features, including Wi-Fi 7 technology for smoother browsing and stable internet connections.</w:t>
      </w:r>
      <w:r/>
    </w:p>
    <w:p>
      <w:pPr>
        <w:pStyle w:val="ListNumber"/>
        <w:spacing w:line="240" w:lineRule="auto"/>
        <w:ind w:left="720"/>
      </w:pPr>
      <w:r/>
      <w:hyperlink r:id="rId11">
        <w:r>
          <w:rPr>
            <w:color w:val="0000EE"/>
            <w:u w:val="single"/>
          </w:rPr>
          <w:t>https://www.lowyat.net/2024/336379/xiaomi-pad-7-series/</w:t>
        </w:r>
      </w:hyperlink>
      <w:r>
        <w:t xml:space="preserve"> - Supports the information about Wi-Fi 7 technology and its benefits for streaming and downloading.</w:t>
      </w:r>
      <w:r/>
    </w:p>
    <w:p>
      <w:pPr>
        <w:pStyle w:val="ListNumber"/>
        <w:spacing w:line="240" w:lineRule="auto"/>
        <w:ind w:left="720"/>
      </w:pPr>
      <w:r/>
      <w:hyperlink r:id="rId10">
        <w:r>
          <w:rPr>
            <w:color w:val="0000EE"/>
            <w:u w:val="single"/>
          </w:rPr>
          <w:t>https://www.androidpimp.com/tablet-pc/xiaomi-pad-7-pro-series/</w:t>
        </w:r>
      </w:hyperlink>
      <w:r>
        <w:t xml:space="preserve"> - Explains the operating system, HyperOS, and its enhancements for user experience and productivity.</w:t>
      </w:r>
      <w:r/>
    </w:p>
    <w:p>
      <w:pPr>
        <w:pStyle w:val="ListNumber"/>
        <w:spacing w:line="240" w:lineRule="auto"/>
        <w:ind w:left="720"/>
      </w:pPr>
      <w:r/>
      <w:hyperlink r:id="rId12">
        <w:r>
          <w:rPr>
            <w:color w:val="0000EE"/>
            <w:u w:val="single"/>
          </w:rPr>
          <w:t>https://www.gizmochina.com/2024/10/29/xiaomi-pad-7-and-pad-7-pro-launched-china-specs-price/</w:t>
        </w:r>
      </w:hyperlink>
      <w:r>
        <w:t xml:space="preserve"> - Corroborates the use of HyperOS 2 and its role in enhancing fluidity and ease of operation.</w:t>
      </w:r>
      <w:r/>
    </w:p>
    <w:p>
      <w:pPr>
        <w:pStyle w:val="ListNumber"/>
        <w:spacing w:line="240" w:lineRule="auto"/>
        <w:ind w:left="720"/>
      </w:pPr>
      <w:r/>
      <w:hyperlink r:id="rId11">
        <w:r>
          <w:rPr>
            <w:color w:val="0000EE"/>
            <w:u w:val="single"/>
          </w:rPr>
          <w:t>https://www.lowyat.net/2024/336379/xiaomi-pad-7-series/</w:t>
        </w:r>
      </w:hyperlink>
      <w:r>
        <w:t xml:space="preserve"> - Provides an overview of the improvements in display, performance, charging, and connectivity of the Xiaomi Pad 7 series.</w:t>
      </w:r>
      <w:r/>
    </w:p>
    <w:p>
      <w:pPr>
        <w:pStyle w:val="ListNumber"/>
        <w:spacing w:line="240" w:lineRule="auto"/>
        <w:ind w:left="720"/>
      </w:pPr>
      <w:r/>
      <w:hyperlink r:id="rId10">
        <w:r>
          <w:rPr>
            <w:color w:val="0000EE"/>
            <w:u w:val="single"/>
          </w:rPr>
          <w:t>https://www.androidpimp.com/tablet-pc/xiaomi-pad-7-pro-series/</w:t>
        </w:r>
      </w:hyperlink>
      <w:r>
        <w:t xml:space="preserve"> - Details the overall enhancements and how they reflect Xiaomi's commitment to innovation and addressing user needs.</w:t>
      </w:r>
      <w:r/>
    </w:p>
    <w:p>
      <w:pPr>
        <w:pStyle w:val="ListNumber"/>
        <w:spacing w:line="240" w:lineRule="auto"/>
        <w:ind w:left="720"/>
      </w:pPr>
      <w:r/>
      <w:hyperlink r:id="rId12">
        <w:r>
          <w:rPr>
            <w:color w:val="0000EE"/>
            <w:u w:val="single"/>
          </w:rPr>
          <w:t>https://www.gizmochina.com/2024/10/29/xiaomi-pad-7-and-pad-7-pro-launched-china-specs-price/</w:t>
        </w:r>
      </w:hyperlink>
      <w:r>
        <w:t xml:space="preserve"> - Supports the expectation that the series will draw attention from tech-savvy consumers and professionals.</w:t>
      </w:r>
      <w:r/>
    </w:p>
    <w:p>
      <w:pPr>
        <w:pStyle w:val="ListNumber"/>
        <w:spacing w:line="240" w:lineRule="auto"/>
        <w:ind w:left="720"/>
      </w:pPr>
      <w:r/>
      <w:hyperlink r:id="rId13">
        <w:r>
          <w:rPr>
            <w:color w:val="0000EE"/>
            <w:u w:val="single"/>
          </w:rPr>
          <w:t>https://thegadgetflow.com/product/xiaomi-pad-7-series/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pimp.com/tablet-pc/xiaomi-pad-7-pro-series/" TargetMode="External"/><Relationship Id="rId11" Type="http://schemas.openxmlformats.org/officeDocument/2006/relationships/hyperlink" Target="https://www.lowyat.net/2024/336379/xiaomi-pad-7-series/" TargetMode="External"/><Relationship Id="rId12" Type="http://schemas.openxmlformats.org/officeDocument/2006/relationships/hyperlink" Target="https://www.gizmochina.com/2024/10/29/xiaomi-pad-7-and-pad-7-pro-launched-china-specs-price/" TargetMode="External"/><Relationship Id="rId13" Type="http://schemas.openxmlformats.org/officeDocument/2006/relationships/hyperlink" Target="https://thegadgetflow.com/product/xiaomi-pad-7-s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