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Yves Béhar designs a revolutionary robot with a human touch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Design visionary Yves Béhar, along with his team at fuseproject, has embarked on an ambitious collaboration with Kind Humanoid to design the exterior of a revolutionary robot, intended to serve as a versatile helper in everyday life. This partnership focuses on creating a robot that blends advanced technology with human-like characteristics, easing the interaction between humans and machines.</w:t>
      </w:r>
      <w:r/>
    </w:p>
    <w:p>
      <w:r/>
      <w:r>
        <w:t>The design endeavour spearheaded by Béhar introduces a robot with a personality that goes beyond traditional mechanistic attributes. By emphasizing a "witty and surreal" feel, the team has worked diligently to ensure that the robot’s aesthetic design builds a sense of trust and relatability with humans. The robot, which has been designated as a 'Kind Humanoid', features a rounded diamond-shaped head rendered in soothing copper tones. This palette is strategically chosen to invoke comforting emotions while softening the robot's appearance to reflect a more human-like presence.</w:t>
      </w:r>
      <w:r/>
    </w:p>
    <w:p>
      <w:r/>
      <w:r>
        <w:t>Part of the design ingenuity includes a digital display face that aids in emotional expression, a feature aimed at bridging the gap between artificial and human interactions. The inclusion of a V-neck styled torso and distinct abdominal lines liken the appearance of the robot to familiar human clothing, breaking the norm of monolithic robot designs. These elements are deliberately nuanced to foster a sense of connection, making the robot not just a tool, but a companion.</w:t>
      </w:r>
      <w:r/>
    </w:p>
    <w:p>
      <w:r/>
      <w:r>
        <w:t>This strategic design complements the vision of Christoph Kohstall and his team at Kind Humanoid. They aim to equip this robot, named Mona, with capabilities that enable reasoning and independent decision-making—facilitating its role as a supportive ally in daily life. Unlike many existing robots, Mona is conceptualised not to replace humans, but to augment human capabilities, handling both general tasks and those that require specific skills.</w:t>
      </w:r>
      <w:r/>
    </w:p>
    <w:p>
      <w:r/>
      <w:r>
        <w:t>The project aims to provide support in various contexts—whether it's assisting elderly individuals living independently, acting as an aide in healthcare settings, or managing household tasks. The intersection of design innovation and practical utility makes this robot a significant leap in robotics.</w:t>
      </w:r>
      <w:r/>
    </w:p>
    <w:p>
      <w:r/>
      <w:r>
        <w:t>Prior efforts by the Kind Humanoid team laid the foundation for this design venture. In February 2024, they integrated the GPT-3 language model into Mona, allowing the robot to understand and respond to human questions naturally, without extensive programming. Initial tests exhibited Mona’s ability to execute tasks with fluid precision, including practical acts like offering a drink to Kohstall. Other interactions demonstrated Mona’s capability to converse using formal language, a step towards making the communication seamless and intuitive.</w:t>
      </w:r>
      <w:r/>
    </w:p>
    <w:p>
      <w:r/>
      <w:r>
        <w:t>As Béhar’s design team and Kind Humanoid continue to refine the robot, details about the final unveiling and the mechanics remain undisclosed. The collaboration continues to innovate, promising a future where robots truly complement human endeavours without crossing the boundaries into overt dominance. The world now waits for further updates on this groundbreaking venture, which blends art, design, and cutting-edge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https://www.fastcompany.com/91203133/kind-humanoid-wants-to-be-the-iphone-of-cyborgs</w:t>
        </w:r>
      </w:hyperlink>
      <w:r>
        <w:t xml:space="preserve"> - Corroborates the collaboration between Yves Béhar and Kind Humanoid, and the design features of the robot, including its surrealistic face and copper tones.</w:t>
      </w:r>
      <w:r/>
    </w:p>
    <w:p>
      <w:pPr>
        <w:pStyle w:val="ListNumber"/>
        <w:spacing w:line="240" w:lineRule="auto"/>
        <w:ind w:left="720"/>
      </w:pPr>
      <w:r/>
      <w:hyperlink r:id="rId11">
        <w:r>
          <w:rPr>
            <w:color w:val="0000EE"/>
            <w:u w:val="single"/>
          </w:rPr>
          <w:t>https://www.dezeen.com/2024/10/08/ai-robot-fuseproject-kind-humanoid/</w:t>
        </w:r>
      </w:hyperlink>
      <w:r>
        <w:t xml:space="preserve"> - Supports the design approach by Fuseproject to create a friendly and approachable robot with a surrealistic design inspired by René Magritte.</w:t>
      </w:r>
      <w:r/>
    </w:p>
    <w:p>
      <w:pPr>
        <w:pStyle w:val="ListNumber"/>
        <w:spacing w:line="240" w:lineRule="auto"/>
        <w:ind w:left="720"/>
      </w:pPr>
      <w:r/>
      <w:hyperlink r:id="rId12">
        <w:r>
          <w:rPr>
            <w:color w:val="0000EE"/>
            <w:u w:val="single"/>
          </w:rPr>
          <w:t>https://techcrunch.com/2024/10/13/this-three-person-robotics-startup-is-working-with-designer-yves-behar-to-bring-humanoids-home/?post_id=2897596</w:t>
        </w:r>
      </w:hyperlink>
      <w:r>
        <w:t xml:space="preserve"> - Details the collaboration between Kind Humanoid and Yves Béhar, and the robot's ability to perform various tasks in unstructured environments.</w:t>
      </w:r>
      <w:r/>
    </w:p>
    <w:p>
      <w:pPr>
        <w:pStyle w:val="ListNumber"/>
        <w:spacing w:line="240" w:lineRule="auto"/>
        <w:ind w:left="720"/>
      </w:pPr>
      <w:r/>
      <w:hyperlink r:id="rId13">
        <w:r>
          <w:rPr>
            <w:color w:val="0000EE"/>
            <w:u w:val="single"/>
          </w:rPr>
          <w:t>https://www.designboom.com/technology/yves-behar-fuseproject-kind-humanoid-robot-helps-people-tasks-10-08-2024/</w:t>
        </w:r>
      </w:hyperlink>
      <w:r>
        <w:t xml:space="preserve"> - Explains the design elements, such as the soft copper tones and diamond-shaped head, and the integration of GPT-3 for natural interactions.</w:t>
      </w:r>
      <w:r/>
    </w:p>
    <w:p>
      <w:pPr>
        <w:pStyle w:val="ListNumber"/>
        <w:spacing w:line="240" w:lineRule="auto"/>
        <w:ind w:left="720"/>
      </w:pPr>
      <w:r/>
      <w:hyperlink r:id="rId14">
        <w:r>
          <w:rPr>
            <w:color w:val="0000EE"/>
            <w:u w:val="single"/>
          </w:rPr>
          <w:t>https://www.wallpaper.com/tech/yves-behar-and-fuseproject-have-shaped-kind-humanoid-an-ai-driven-bipedal-robot-that-wants-to-help</w:t>
        </w:r>
      </w:hyperlink>
      <w:r>
        <w:t xml:space="preserve"> - Describes the robot's design, including the digital display face and the V-neck styled torso, and its role in everyday life assistance.</w:t>
      </w:r>
      <w:r/>
    </w:p>
    <w:p>
      <w:pPr>
        <w:pStyle w:val="ListNumber"/>
        <w:spacing w:line="240" w:lineRule="auto"/>
        <w:ind w:left="720"/>
      </w:pPr>
      <w:r/>
      <w:hyperlink r:id="rId10">
        <w:r>
          <w:rPr>
            <w:color w:val="0000EE"/>
            <w:u w:val="single"/>
          </w:rPr>
          <w:t>https://www.fastcompany.com/91203133/kind-humanoid-wants-to-be-the-iphone-of-cyborgs</w:t>
        </w:r>
      </w:hyperlink>
      <w:r>
        <w:t xml:space="preserve"> - Provides details on the robot's ability to reason and make independent decisions, and its potential roles in healthcare and household tasks.</w:t>
      </w:r>
      <w:r/>
    </w:p>
    <w:p>
      <w:pPr>
        <w:pStyle w:val="ListNumber"/>
        <w:spacing w:line="240" w:lineRule="auto"/>
        <w:ind w:left="720"/>
      </w:pPr>
      <w:r/>
      <w:hyperlink r:id="rId11">
        <w:r>
          <w:rPr>
            <w:color w:val="0000EE"/>
            <w:u w:val="single"/>
          </w:rPr>
          <w:t>https://www.dezeen.com/2024/10/08/ai-robot-fuseproject-kind-humanoid/</w:t>
        </w:r>
      </w:hyperlink>
      <w:r>
        <w:t xml:space="preserve"> - Corroborates the use of GPT-3 language model for natural interactions and the robot's ability to execute tasks without extensive programming.</w:t>
      </w:r>
      <w:r/>
    </w:p>
    <w:p>
      <w:pPr>
        <w:pStyle w:val="ListNumber"/>
        <w:spacing w:line="240" w:lineRule="auto"/>
        <w:ind w:left="720"/>
      </w:pPr>
      <w:r/>
      <w:hyperlink r:id="rId12">
        <w:r>
          <w:rPr>
            <w:color w:val="0000EE"/>
            <w:u w:val="single"/>
          </w:rPr>
          <w:t>https://techcrunch.com/2024/10/13/this-three-person-robotics-startup-is-working-with-designer-yves-behar-to-bring-humanoids-home/?post_id=2897596</w:t>
        </w:r>
      </w:hyperlink>
      <w:r>
        <w:t xml:space="preserve"> - Supports the goal of Kind Humanoid to create a robot that augments human capabilities rather than replacing them, and its focus on home and care environments.</w:t>
      </w:r>
      <w:r/>
    </w:p>
    <w:p>
      <w:pPr>
        <w:pStyle w:val="ListNumber"/>
        <w:spacing w:line="240" w:lineRule="auto"/>
        <w:ind w:left="720"/>
      </w:pPr>
      <w:r/>
      <w:hyperlink r:id="rId13">
        <w:r>
          <w:rPr>
            <w:color w:val="0000EE"/>
            <w:u w:val="single"/>
          </w:rPr>
          <w:t>https://www.designboom.com/technology/yves-behar-fuseproject-kind-humanoid-robot-helps-people-tasks-10-08-2024/</w:t>
        </w:r>
      </w:hyperlink>
      <w:r>
        <w:t xml:space="preserve"> - Details the initial tests of the robot, including its ability to offer a drink and converse using formal language.</w:t>
      </w:r>
      <w:r/>
    </w:p>
    <w:p>
      <w:pPr>
        <w:pStyle w:val="ListNumber"/>
        <w:spacing w:line="240" w:lineRule="auto"/>
        <w:ind w:left="720"/>
      </w:pPr>
      <w:r/>
      <w:hyperlink r:id="rId14">
        <w:r>
          <w:rPr>
            <w:color w:val="0000EE"/>
            <w:u w:val="single"/>
          </w:rPr>
          <w:t>https://www.wallpaper.com/tech/yves-behar-and-fuseproject-have-shaped-kind-humanoid-an-ai-driven-bipedal-robot-that-wants-to-help</w:t>
        </w:r>
      </w:hyperlink>
      <w:r>
        <w:t xml:space="preserve"> - Explains the strategic design choices to make the robot more relatable and trustworthy, such as the rounded diamond-shaped head and soothing copper tones.</w:t>
      </w:r>
      <w:r/>
    </w:p>
    <w:p>
      <w:pPr>
        <w:pStyle w:val="ListNumber"/>
        <w:spacing w:line="240" w:lineRule="auto"/>
        <w:ind w:left="720"/>
      </w:pPr>
      <w:r/>
      <w:hyperlink r:id="rId11">
        <w:r>
          <w:rPr>
            <w:color w:val="0000EE"/>
            <w:u w:val="single"/>
          </w:rPr>
          <w:t>https://www.dezeen.com/2024/10/08/ai-robot-fuseproject-kind-humanoid/</w:t>
        </w:r>
      </w:hyperlink>
      <w:r>
        <w:t xml:space="preserve"> - Corroborates the ongoing refinement of the robot and the anticipation for its final unveiling and mechanics details.</w:t>
      </w:r>
      <w:r/>
    </w:p>
    <w:p>
      <w:pPr>
        <w:pStyle w:val="ListNumber"/>
        <w:spacing w:line="240" w:lineRule="auto"/>
        <w:ind w:left="720"/>
      </w:pPr>
      <w:r/>
      <w:hyperlink r:id="rId15">
        <w:r>
          <w:rPr>
            <w:color w:val="0000EE"/>
            <w:u w:val="single"/>
          </w:rPr>
          <w:t>https://www.urdesignmag.com/fuseproject-introduces-a-user-centric-design-for-ai-driven-robotics/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203133/kind-humanoid-wants-to-be-the-iphone-of-cyborgs" TargetMode="External"/><Relationship Id="rId11" Type="http://schemas.openxmlformats.org/officeDocument/2006/relationships/hyperlink" Target="https://www.dezeen.com/2024/10/08/ai-robot-fuseproject-kind-humanoid/" TargetMode="External"/><Relationship Id="rId12" Type="http://schemas.openxmlformats.org/officeDocument/2006/relationships/hyperlink" Target="https://techcrunch.com/2024/10/13/this-three-person-robotics-startup-is-working-with-designer-yves-behar-to-bring-humanoids-home/?post_id=2897596" TargetMode="External"/><Relationship Id="rId13" Type="http://schemas.openxmlformats.org/officeDocument/2006/relationships/hyperlink" Target="https://www.designboom.com/technology/yves-behar-fuseproject-kind-humanoid-robot-helps-people-tasks-10-08-2024/" TargetMode="External"/><Relationship Id="rId14" Type="http://schemas.openxmlformats.org/officeDocument/2006/relationships/hyperlink" Target="https://www.wallpaper.com/tech/yves-behar-and-fuseproject-have-shaped-kind-humanoid-an-ai-driven-bipedal-robot-that-wants-to-help" TargetMode="External"/><Relationship Id="rId15" Type="http://schemas.openxmlformats.org/officeDocument/2006/relationships/hyperlink" Target="https://www.urdesignmag.com/fuseproject-introduces-a-user-centric-design-for-ai-driven-robo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