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advanced lighting transforming luxury hospitality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Advanced Lighting: Pioneering Luxury Hospitality Experiences</w:t>
      </w:r>
      <w:r/>
    </w:p>
    <w:p>
      <w:r/>
      <w:r>
        <w:t>Atlanta, GA - In a groundbreaking endeavour to redefine the luxury hospitality sector, SAVE Electronics has emerged as a leader, integrating artificial intelligence with precision-engineered lighting control solutions. Based in Atlanta, this national Hospitality Technology Integrator (HTI) collaborates closely with Lutron, a reputable name in the lighting industry, to enhance the luxury guest experience while simultaneously reducing operational costs for hotel operators.</w:t>
      </w:r>
      <w:r/>
    </w:p>
    <w:p>
      <w:r/>
      <w:r>
        <w:t>Matthew Caro, President of the Lighting Division at SAVE Electronics, spearheads this innovative approach, leveraging over 30 years of expertise in lighting, controls, and energy management. With his guidance, the company utilises AI-driven predictive analytics to create environments that not only meet but exceed the expectations of discerning guests. These advances empower hotels to operate with greater efficiency, crafting immersive and sustainable spaces that delight guests while contributing to a substantial reduction in energy costs.</w:t>
      </w:r>
      <w:r/>
    </w:p>
    <w:p>
      <w:r/>
      <w:r>
        <w:rPr>
          <w:b/>
        </w:rPr>
        <w:t>Enhancing Revenue and Guest Engagement through Lighting</w:t>
      </w:r>
      <w:r/>
    </w:p>
    <w:p>
      <w:r/>
      <w:r>
        <w:t>Strategic lighting design is pivotal in the hospitality industry, subtly yet powerfully influencing guest behaviour and spending patterns. SAVE Electronics utilises controlled lighting levels and colour temperatures to direct guests towards key areas such as Food and Beverage (F&amp;B) sections, retail spaces, and event venues. Matthew Caro explains, “Our solutions establish a natural flow, drawing guests in, enhancing satisfaction, and driving revenue for our clients’ properties.” This tailored lighting strategy encourages guests to engage more deeply with their surroundings, whether that means impulsively purchasing items in brightly lit retail areas or lingering in warmly lit dining spaces.</w:t>
      </w:r>
      <w:r/>
    </w:p>
    <w:p>
      <w:r/>
      <w:r>
        <w:rPr>
          <w:b/>
        </w:rPr>
        <w:t>Commitment to Sustainability and Efficiency</w:t>
      </w:r>
      <w:r/>
    </w:p>
    <w:p>
      <w:r/>
      <w:r>
        <w:t>Beyond aesthetic appeal, SAVE Electronics is dedicated to sustainability and operational efficiency. The company's solutions integrate AI-driven analytics to precisely predict and interpret energy needs, ensuring that hotels maintain optimal lighting without unnecessary energy expenditure. The motto “Let us automate while you operate” encapsulates their dedication to simplifying operations, allowing hotel staff to concentrate on delivering unforgettable guest experiences. Predictive analytics enable operators to fine-tune energy use in key guest areas, achieving a balance between visual appeal and efficiency.</w:t>
      </w:r>
      <w:r/>
    </w:p>
    <w:p>
      <w:r/>
      <w:r>
        <w:rPr>
          <w:b/>
        </w:rPr>
        <w:t>Crafting Shareable Moments for Social Media</w:t>
      </w:r>
      <w:r/>
    </w:p>
    <w:p>
      <w:r/>
      <w:r>
        <w:t>In today's digital age, luxury travellers seek experiences that are as shareable as they are comfortable. SAVE Electronics supports this demand by designing photogenic, "Instagrammable" spaces, thereby enhancing brand visibility and encouraging guests to share their experiences online. As Matthew Caro notes, “In a social media-driven world, every corner of a luxury hotel has the potential to expand the brand’s reach. Lighting creates the kind of visual impact that inspires guests to share these memories with the world.”</w:t>
      </w:r>
      <w:r/>
    </w:p>
    <w:p>
      <w:r/>
      <w:r>
        <w:rPr>
          <w:b/>
        </w:rPr>
        <w:t>Reliability and Quality Assurance</w:t>
      </w:r>
      <w:r/>
    </w:p>
    <w:p>
      <w:r/>
      <w:r>
        <w:t>Renowned for its commitment to quality, SAVE Electronics ensures all its lighting solutions are composed of durable, high-performance products. With Caro’s extensive experience, the company merges traditional reliability with cutting-edge AI innovation, providing hoteliers with peace of mind and a promising return on investment.</w:t>
      </w:r>
      <w:r/>
    </w:p>
    <w:p>
      <w:r/>
      <w:r>
        <w:t>Luxury hospitality brands eager to elevate guest experiences and improve operational efficiency are recognising the value of SAVE Electronics’ state-of-the-art offerings. More details about their innovative solutions can be found on their website. For further inquiries, Claire Boyd is available for contact via email or phone.</w:t>
      </w:r>
      <w:r/>
    </w:p>
    <w:p>
      <w:r/>
      <w:r>
        <w:t>This partnership between AI and advanced lighting demonstrates the potential for technology to revolutionise industries, pushing the boundaries of what is possible within luxury hospitality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https://aiello.ai/hotel-voice-ai/</w:t>
        </w:r>
      </w:hyperlink>
      <w:r>
        <w:t xml:space="preserve"> - This link supports the integration of AI in hospitality to enhance guest experiences, including voice-controlled room settings and personalized services.</w:t>
      </w:r>
      <w:r/>
    </w:p>
    <w:p>
      <w:pPr>
        <w:pStyle w:val="ListNumber"/>
        <w:spacing w:line="240" w:lineRule="auto"/>
        <w:ind w:left="720"/>
      </w:pPr>
      <w:r/>
      <w:hyperlink r:id="rId11">
        <w:r>
          <w:rPr>
            <w:color w:val="0000EE"/>
            <w:u w:val="single"/>
          </w:rPr>
          <w:t>https://www.linkedin.com/pulse/influence-technology-luxury-hospitality-from-ai</w:t>
        </w:r>
      </w:hyperlink>
      <w:r>
        <w:t xml:space="preserve"> - This article discusses the impact of technology, including AI and smart rooms, on luxury hospitality, aligning with the theme of enhancing guest experiences through advanced technology.</w:t>
      </w:r>
      <w:r/>
    </w:p>
    <w:p>
      <w:pPr>
        <w:pStyle w:val="ListNumber"/>
        <w:spacing w:line="240" w:lineRule="auto"/>
        <w:ind w:left="720"/>
      </w:pPr>
      <w:r/>
      <w:hyperlink r:id="rId12">
        <w:r>
          <w:rPr>
            <w:color w:val="0000EE"/>
            <w:u w:val="single"/>
          </w:rPr>
          <w:t>https://www.forbes.com/sites/neilsahota/2024/03/06/ai-in-hospitality-elevating-the-hotel-guest-experience-through-innovation/</w:t>
        </w:r>
      </w:hyperlink>
      <w:r>
        <w:t xml:space="preserve"> - This article highlights how AI is used in hospitality to personalize guest experiences, optimize operations, and enhance service efficiency, similar to the strategies employed by SAVE Electronics.</w:t>
      </w:r>
      <w:r/>
    </w:p>
    <w:p>
      <w:pPr>
        <w:pStyle w:val="ListNumber"/>
        <w:spacing w:line="240" w:lineRule="auto"/>
        <w:ind w:left="720"/>
      </w:pPr>
      <w:r/>
      <w:hyperlink r:id="rId13">
        <w:r>
          <w:rPr>
            <w:color w:val="0000EE"/>
            <w:u w:val="single"/>
          </w:rPr>
          <w:t>https://www.csemag.com/articles/lighting-control-for-luxury-hospitality-a-guide-for-electrical-engineers/</w:t>
        </w:r>
      </w:hyperlink>
      <w:r>
        <w:t xml:space="preserve"> - This guide explains the importance of sophisticated lighting controls and connected analytics in enhancing guest experiences and operational efficiency in luxury hospitality, which aligns with SAVE Electronics' approach.</w:t>
      </w:r>
      <w:r/>
    </w:p>
    <w:p>
      <w:pPr>
        <w:pStyle w:val="ListNumber"/>
        <w:spacing w:line="240" w:lineRule="auto"/>
        <w:ind w:left="720"/>
      </w:pPr>
      <w:r/>
      <w:hyperlink r:id="rId14">
        <w:r>
          <w:rPr>
            <w:color w:val="0000EE"/>
            <w:u w:val="single"/>
          </w:rPr>
          <w:t>https://hoteltechreport.com/news/ai-in-hospitality</w:t>
        </w:r>
      </w:hyperlink>
      <w:r>
        <w:t xml:space="preserve"> - This article details how AI is transforming the hospitality industry by optimizing energy efficiency, predicting maintenance needs, and enhancing guest experiences, all of which are relevant to SAVE Electronics' innovations.</w:t>
      </w:r>
      <w:r/>
    </w:p>
    <w:p>
      <w:pPr>
        <w:pStyle w:val="ListNumber"/>
        <w:spacing w:line="240" w:lineRule="auto"/>
        <w:ind w:left="720"/>
      </w:pPr>
      <w:r/>
      <w:hyperlink r:id="rId12">
        <w:r>
          <w:rPr>
            <w:color w:val="0000EE"/>
            <w:u w:val="single"/>
          </w:rPr>
          <w:t>https://www.forbes.com/sites/neilsahota/2024/03/06/ai-in-hospitality-elevating-the-hotel-guest-experience-through-innovation/</w:t>
        </w:r>
      </w:hyperlink>
      <w:r>
        <w:t xml:space="preserve"> - This article mentions AI-powered sustainability initiatives and energy management, which is in line with SAVE Electronics' commitment to sustainability and efficiency.</w:t>
      </w:r>
      <w:r/>
    </w:p>
    <w:p>
      <w:pPr>
        <w:pStyle w:val="ListNumber"/>
        <w:spacing w:line="240" w:lineRule="auto"/>
        <w:ind w:left="720"/>
      </w:pPr>
      <w:r/>
      <w:hyperlink r:id="rId11">
        <w:r>
          <w:rPr>
            <w:color w:val="0000EE"/>
            <w:u w:val="single"/>
          </w:rPr>
          <w:t>https://www.linkedin.com/pulse/influence-technology-luxury-hospitality-from-ai</w:t>
        </w:r>
      </w:hyperlink>
      <w:r>
        <w:t xml:space="preserve"> - The article discusses how technology, including AI and smart rooms, helps in creating personalized and shareable experiences, which is similar to SAVE Electronics' goal of designing 'Instagrammable' spaces.</w:t>
      </w:r>
      <w:r/>
    </w:p>
    <w:p>
      <w:pPr>
        <w:pStyle w:val="ListNumber"/>
        <w:spacing w:line="240" w:lineRule="auto"/>
        <w:ind w:left="720"/>
      </w:pPr>
      <w:r/>
      <w:hyperlink r:id="rId10">
        <w:r>
          <w:rPr>
            <w:color w:val="0000EE"/>
            <w:u w:val="single"/>
          </w:rPr>
          <w:t>https://aiello.ai/hotel-voice-ai/</w:t>
        </w:r>
      </w:hyperlink>
      <w:r>
        <w:t xml:space="preserve"> - This link supports the use of AI to automate and streamline hotel operations, reducing the workload on hotel staff and enhancing guest satisfaction, similar to SAVE Electronics' approach.</w:t>
      </w:r>
      <w:r/>
    </w:p>
    <w:p>
      <w:pPr>
        <w:pStyle w:val="ListNumber"/>
        <w:spacing w:line="240" w:lineRule="auto"/>
        <w:ind w:left="720"/>
      </w:pPr>
      <w:r/>
      <w:hyperlink r:id="rId13">
        <w:r>
          <w:rPr>
            <w:color w:val="0000EE"/>
            <w:u w:val="single"/>
          </w:rPr>
          <w:t>https://www.csemag.com/articles/lighting-control-for-luxury-hospitality-a-guide-for-electrical-engineers/</w:t>
        </w:r>
      </w:hyperlink>
      <w:r>
        <w:t xml:space="preserve"> - The guide emphasizes the importance of high-performance and durable lighting solutions, which aligns with SAVE Electronics' commitment to quality and reliability.</w:t>
      </w:r>
      <w:r/>
    </w:p>
    <w:p>
      <w:pPr>
        <w:pStyle w:val="ListNumber"/>
        <w:spacing w:line="240" w:lineRule="auto"/>
        <w:ind w:left="720"/>
      </w:pPr>
      <w:r/>
      <w:hyperlink r:id="rId14">
        <w:r>
          <w:rPr>
            <w:color w:val="0000EE"/>
            <w:u w:val="single"/>
          </w:rPr>
          <w:t>https://hoteltechreport.com/news/ai-in-hospitality</w:t>
        </w:r>
      </w:hyperlink>
      <w:r>
        <w:t xml:space="preserve"> - This article highlights the role of AI in optimizing pricing, inventory, and energy efficiency, all of which contribute to the operational efficiency and cost reduction goals of SAVE Electronics.</w:t>
      </w:r>
      <w:r/>
    </w:p>
    <w:p>
      <w:pPr>
        <w:pStyle w:val="ListNumber"/>
        <w:spacing w:line="240" w:lineRule="auto"/>
        <w:ind w:left="720"/>
      </w:pPr>
      <w:r/>
      <w:hyperlink r:id="rId12">
        <w:r>
          <w:rPr>
            <w:color w:val="0000EE"/>
            <w:u w:val="single"/>
          </w:rPr>
          <w:t>https://www.forbes.com/sites/neilsahota/2024/03/06/ai-in-hospitality-elevating-the-hotel-guest-experience-through-innovation/</w:t>
        </w:r>
      </w:hyperlink>
      <w:r>
        <w:t xml:space="preserve"> - The article discusses future AI applications in hospitality, including predictive room service and enhanced security measures, which indicates the broader potential of AI in the industry, similar to SAVE Electronics' innovative approach.</w:t>
      </w:r>
      <w:r/>
    </w:p>
    <w:p>
      <w:pPr>
        <w:pStyle w:val="ListNumber"/>
        <w:spacing w:line="240" w:lineRule="auto"/>
        <w:ind w:left="720"/>
      </w:pPr>
      <w:r/>
      <w:hyperlink r:id="rId15">
        <w:r>
          <w:rPr>
            <w:color w:val="0000EE"/>
            <w:u w:val="single"/>
          </w:rPr>
          <w:t>https://europeanbusinessmagazine.com/accesswire/luxury-hospitality-smart-lighting-save-electronics-elevates-guest-experiences-with-ai-driven-brilliance/?utm_source=rss&amp;utm_medium=rss&amp;utm_campaign=luxury-hospitality-smart-lighting-save-electronics-elevates-guest-experiences-with-ai-driven-brilli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ello.ai/hotel-voice-ai/" TargetMode="External"/><Relationship Id="rId11" Type="http://schemas.openxmlformats.org/officeDocument/2006/relationships/hyperlink" Target="https://www.linkedin.com/pulse/influence-technology-luxury-hospitality-from-ai" TargetMode="External"/><Relationship Id="rId12" Type="http://schemas.openxmlformats.org/officeDocument/2006/relationships/hyperlink" Target="https://www.forbes.com/sites/neilsahota/2024/03/06/ai-in-hospitality-elevating-the-hotel-guest-experience-through-innovation/" TargetMode="External"/><Relationship Id="rId13" Type="http://schemas.openxmlformats.org/officeDocument/2006/relationships/hyperlink" Target="https://www.csemag.com/articles/lighting-control-for-luxury-hospitality-a-guide-for-electrical-engineers/" TargetMode="External"/><Relationship Id="rId14" Type="http://schemas.openxmlformats.org/officeDocument/2006/relationships/hyperlink" Target="https://hoteltechreport.com/news/ai-in-hospitality" TargetMode="External"/><Relationship Id="rId15" Type="http://schemas.openxmlformats.org/officeDocument/2006/relationships/hyperlink" Target="https://europeanbusinessmagazine.com/accesswire/luxury-hospitality-smart-lighting-save-electronics-elevates-guest-experiences-with-ai-driven-brilliance/?utm_source=rss&amp;utm_medium=rss&amp;utm_campaign=luxury-hospitality-smart-lighting-save-electronics-elevates-guest-experiences-with-ai-driven-brilli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