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retail innovations simplify Thanksgiving meal planning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holiday season approaches, Thanksgiving preparations are at the forefront for hosts across the United States. Following Halloween, the focus shifts to this traditional American holiday, famed for its emphasis on gratitude expressed around a bountiful meal. However, the task of organising a Thanksgiving feast can often be daunting, with expectations running high and family preferences to consider. Innovative technology and market competition now offer potential solutions.</w:t>
      </w:r>
      <w:r/>
    </w:p>
    <w:p>
      <w:r/>
      <w:r>
        <w:t>Artificial intelligence (AI) offers an emerging form of culinary aid that promises to alleviate some of the stress associated with holiday meal preparation. Microsoft's Copilot, a text-prompt AI tool, is among the resources garnering attention. Designed to assist even the least experienced cooks, Copilot uses large language model processing and web-sourced insights to offer recipe suggestions tailored to the user’s culinary skill level.</w:t>
      </w:r>
      <w:r/>
    </w:p>
    <w:p>
      <w:r/>
      <w:r>
        <w:t>By providing this virtual assistant with information about one's culinary capabilities, expected guest count, dietary needs, and budget constraints, users can receive customised meal solutions. For instance, Copilot proved capable of adjusting ingredient quantities to feed larger groups—modifying a traditional New York Times gravy recipe to serve 20 people with ease. Additionally, real-time ingredient substitution advice helps accommodate dietary restrictions or preferences, such as removing onions or avoiding allergens.</w:t>
      </w:r>
      <w:r/>
    </w:p>
    <w:p>
      <w:r/>
      <w:r>
        <w:t>In terms of budget-friendly planning, Copilot suggested economically sound meal options, evaluating sales trends and recommending cost-saving alternatives, such as opting for a smaller turkey or using canned goods for certain dishes. Despite its analytical prowess, the AI acknowledges the need for users to verify local pricing, as product costs can vary significantly by region.</w:t>
      </w:r>
      <w:r/>
    </w:p>
    <w:p>
      <w:r/>
      <w:r>
        <w:t>In tandem with technological aids, major retailers are enhancing their offerings to capture consumer interest. Target recently unveiled a $20 Thanksgiving meal package designed to serve up to four people. This package includes a 10-pound frozen turkey, a selection of sides such as Stove Top stuffing mix and Ocean Spray cranberry sauce, and other staples. The option to double the ingredients promises a solution for larger gatherings.</w:t>
      </w:r>
      <w:r/>
    </w:p>
    <w:p>
      <w:r/>
      <w:r>
        <w:t>Target's executive vice president, Rick Gomez, reinforced the company’s commitment to offering exceptional quality and value. The retailer has also rolled out discounted additional sides, pies, and desserts, effectively broadening the affordable options for hosts. Moreover, members of the Target Circle 360 programme receive incentives, including a complimentary frozen pizza, to assist with pre and post-Thanksgiving meal arrangements.</w:t>
      </w:r>
      <w:r/>
    </w:p>
    <w:p>
      <w:r/>
      <w:r>
        <w:t>Besides Target, competitors like Aldi and Sam's Club are also attracting attention with their own deals, capable of catering to up to ten people, thus providing consumers with a variety of choices.</w:t>
      </w:r>
      <w:r/>
    </w:p>
    <w:p>
      <w:r/>
      <w:r>
        <w:t>This year, with the help of AI-driven meal planning and competitively priced retail packages, hosting a Thanksgiving feast becomes a manageable endeavor. These resources offer practical solutions to enhance the traditional holiday experience, transforming Thanksgiving from a high-pressure event into a more enjoyable occasion.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https://www.cnet.com/tech/services-and-software/how-to-plan-your-thanksgiving-dinner-using-ai/</w:t>
        </w:r>
      </w:hyperlink>
      <w:r>
        <w:t xml:space="preserve"> - This article explains how AI can help plan a Thanksgiving dinner, including taking the guesswork out of planning and providing various AI tools for meal planning.</w:t>
      </w:r>
      <w:r/>
    </w:p>
    <w:p>
      <w:pPr>
        <w:pStyle w:val="ListNumber"/>
        <w:spacing w:line="240" w:lineRule="auto"/>
        <w:ind w:left="720"/>
      </w:pPr>
      <w:r/>
      <w:hyperlink r:id="rId11">
        <w:r>
          <w:rPr>
            <w:color w:val="0000EE"/>
            <w:u w:val="single"/>
          </w:rPr>
          <w:t>https://www.pymnts.com/the-weekender/2024/as-consumers-plan-their-thanksgiving-shopping-ai-stirs-the-pot/</w:t>
        </w:r>
      </w:hyperlink>
      <w:r>
        <w:t xml:space="preserve"> - This article discusses how AI is transforming holiday shopping, including planning for Thanksgiving, accommodating dietary restrictions, and managing holiday stress.</w:t>
      </w:r>
      <w:r/>
    </w:p>
    <w:p>
      <w:pPr>
        <w:pStyle w:val="ListNumber"/>
        <w:spacing w:line="240" w:lineRule="auto"/>
        <w:ind w:left="720"/>
      </w:pPr>
      <w:r/>
      <w:hyperlink r:id="rId12">
        <w:r>
          <w:rPr>
            <w:color w:val="0000EE"/>
            <w:u w:val="single"/>
          </w:rPr>
          <w:t>https://www.microsoft.com/en-us/microsoft-365-life-hacks/everyday-ai/plan-thanksgiving-dinner-with-ai</w:t>
        </w:r>
      </w:hyperlink>
      <w:r>
        <w:t xml:space="preserve"> - This article details how AI can assist in planning a Thanksgiving dinner, including generating recipes, accommodating dietary restrictions, and calculating portion sizes.</w:t>
      </w:r>
      <w:r/>
    </w:p>
    <w:p>
      <w:pPr>
        <w:pStyle w:val="ListNumber"/>
        <w:spacing w:line="240" w:lineRule="auto"/>
        <w:ind w:left="720"/>
      </w:pPr>
      <w:r/>
      <w:hyperlink r:id="rId13">
        <w:r>
          <w:rPr>
            <w:color w:val="0000EE"/>
            <w:u w:val="single"/>
          </w:rPr>
          <w:t>https://www.youtube.com/watch?v=bjva2JtoQRk</w:t>
        </w:r>
      </w:hyperlink>
      <w:r>
        <w:t xml:space="preserve"> - This video demonstrates how AI, specifically ChatGPT, can help create a Thanksgiving shopping list and recipes, including budget-friendly options and specific cooking instructions.</w:t>
      </w:r>
      <w:r/>
    </w:p>
    <w:p>
      <w:pPr>
        <w:pStyle w:val="ListNumber"/>
        <w:spacing w:line="240" w:lineRule="auto"/>
        <w:ind w:left="720"/>
      </w:pPr>
      <w:r/>
      <w:hyperlink r:id="rId14">
        <w:r>
          <w:rPr>
            <w:color w:val="0000EE"/>
            <w:u w:val="single"/>
          </w:rPr>
          <w:t>https://community.coda.io/t/thanksgiving-meal-planner-for-collaborative-feast-cooking/12194</w:t>
        </w:r>
      </w:hyperlink>
      <w:r>
        <w:t xml:space="preserve"> - This community post shares a Thanksgiving Meal Planner document that helps coordinate meal planning and cooking, which can be enhanced with AI tools for more personalized planning.</w:t>
      </w:r>
      <w:r/>
    </w:p>
    <w:p>
      <w:pPr>
        <w:pStyle w:val="ListNumber"/>
        <w:spacing w:line="240" w:lineRule="auto"/>
        <w:ind w:left="720"/>
      </w:pPr>
      <w:r/>
      <w:hyperlink r:id="rId11">
        <w:r>
          <w:rPr>
            <w:color w:val="0000EE"/>
            <w:u w:val="single"/>
          </w:rPr>
          <w:t>https://www.pymnts.com/the-weekender/2024/as-consumers-plan-their-thanksgiving-shopping-ai-stirs-the-pot/</w:t>
        </w:r>
      </w:hyperlink>
      <w:r>
        <w:t xml:space="preserve"> - This article mentions how major retailers are using AI to enhance shopping experiences, including personalized shopping suggestions and managing holiday shopping budgets.</w:t>
      </w:r>
      <w:r/>
    </w:p>
    <w:p>
      <w:pPr>
        <w:pStyle w:val="ListNumber"/>
        <w:spacing w:line="240" w:lineRule="auto"/>
        <w:ind w:left="720"/>
      </w:pPr>
      <w:r/>
      <w:hyperlink r:id="rId12">
        <w:r>
          <w:rPr>
            <w:color w:val="0000EE"/>
            <w:u w:val="single"/>
          </w:rPr>
          <w:t>https://www.microsoft.com/en-us/microsoft-365-life-hacks/everyday-ai/plan-thanksgiving-dinner-with-ai</w:t>
        </w:r>
      </w:hyperlink>
      <w:r>
        <w:t xml:space="preserve"> - This article highlights AI's capability to suggest budget-friendly meal options and evaluate sales trends to recommend cost-saving alternatives.</w:t>
      </w:r>
      <w:r/>
    </w:p>
    <w:p>
      <w:pPr>
        <w:pStyle w:val="ListNumber"/>
        <w:spacing w:line="240" w:lineRule="auto"/>
        <w:ind w:left="720"/>
      </w:pPr>
      <w:r/>
      <w:hyperlink r:id="rId10">
        <w:r>
          <w:rPr>
            <w:color w:val="0000EE"/>
            <w:u w:val="single"/>
          </w:rPr>
          <w:t>https://www.cnet.com/tech/services-and-software/how-to-plan-your-thanksgiving-dinner-using-ai/</w:t>
        </w:r>
      </w:hyperlink>
      <w:r>
        <w:t xml:space="preserve"> - This article discusses the use of AI in adjusting ingredient quantities and providing real-time ingredient substitution advice to accommodate dietary needs.</w:t>
      </w:r>
      <w:r/>
    </w:p>
    <w:p>
      <w:pPr>
        <w:pStyle w:val="ListNumber"/>
        <w:spacing w:line="240" w:lineRule="auto"/>
        <w:ind w:left="720"/>
      </w:pPr>
      <w:r/>
      <w:hyperlink r:id="rId13">
        <w:r>
          <w:rPr>
            <w:color w:val="0000EE"/>
            <w:u w:val="single"/>
          </w:rPr>
          <w:t>https://www.youtube.com/watch?v=bjva2JtoQRk</w:t>
        </w:r>
      </w:hyperlink>
      <w:r>
        <w:t xml:space="preserve"> - This video shows how AI can generate a comprehensive grocery list based on the planned menu and suggest cost-saving strategies like shopping for sales and using store brands.</w:t>
      </w:r>
      <w:r/>
    </w:p>
    <w:p>
      <w:pPr>
        <w:pStyle w:val="ListNumber"/>
        <w:spacing w:line="240" w:lineRule="auto"/>
        <w:ind w:left="720"/>
      </w:pPr>
      <w:r/>
      <w:hyperlink r:id="rId11">
        <w:r>
          <w:rPr>
            <w:color w:val="0000EE"/>
            <w:u w:val="single"/>
          </w:rPr>
          <w:t>https://www.pymnts.com/the-weekender/2024/as-consumers-plan-their-thanksgiving-shopping-ai-stirs-the-pot/</w:t>
        </w:r>
      </w:hyperlink>
      <w:r>
        <w:t xml:space="preserve"> - This article mentions the involvement of major retailers like Walmart in using AI for personalized shopping suggestions and enhancing holiday shopping experiences.</w:t>
      </w:r>
      <w:r/>
    </w:p>
    <w:p>
      <w:pPr>
        <w:pStyle w:val="ListNumber"/>
        <w:spacing w:line="240" w:lineRule="auto"/>
        <w:ind w:left="720"/>
      </w:pPr>
      <w:r/>
      <w:hyperlink r:id="rId12">
        <w:r>
          <w:rPr>
            <w:color w:val="0000EE"/>
            <w:u w:val="single"/>
          </w:rPr>
          <w:t>https://www.microsoft.com/en-us/microsoft-365-life-hacks/everyday-ai/plan-thanksgiving-dinner-with-ai</w:t>
        </w:r>
      </w:hyperlink>
      <w:r>
        <w:t xml:space="preserve"> - This article emphasizes how AI tools can make hosting a Thanksgiving feast more manageable by providing practical solutions to enhance the traditional holiday experience.</w:t>
      </w:r>
      <w:r/>
    </w:p>
    <w:p>
      <w:pPr>
        <w:pStyle w:val="ListNumber"/>
        <w:spacing w:line="240" w:lineRule="auto"/>
        <w:ind w:left="720"/>
      </w:pPr>
      <w:r/>
      <w:hyperlink r:id="rId15">
        <w:r>
          <w:rPr>
            <w:color w:val="0000EE"/>
            <w:u w:val="single"/>
          </w:rPr>
          <w:t>https://www.cnet.com/tech/services-and-software/how-to-plan-your-thanksgiving-dinner-using-ai/#ftag=CADf328eec</w:t>
        </w:r>
      </w:hyperlink>
      <w:r>
        <w:t xml:space="preserve"> - Please view link - unable to able to access data</w:t>
      </w:r>
      <w:r/>
    </w:p>
    <w:p>
      <w:pPr>
        <w:pStyle w:val="ListNumber"/>
        <w:spacing w:line="240" w:lineRule="auto"/>
        <w:ind w:left="720"/>
      </w:pPr>
      <w:r/>
      <w:hyperlink r:id="rId16">
        <w:r>
          <w:rPr>
            <w:color w:val="0000EE"/>
            <w:u w:val="single"/>
          </w:rPr>
          <w:t>https://www.foodandwine.com/target-thanksgiving-meal-deal-2024-8737776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tech/services-and-software/how-to-plan-your-thanksgiving-dinner-using-ai/" TargetMode="External"/><Relationship Id="rId11" Type="http://schemas.openxmlformats.org/officeDocument/2006/relationships/hyperlink" Target="https://www.pymnts.com/the-weekender/2024/as-consumers-plan-their-thanksgiving-shopping-ai-stirs-the-pot/" TargetMode="External"/><Relationship Id="rId12" Type="http://schemas.openxmlformats.org/officeDocument/2006/relationships/hyperlink" Target="https://www.microsoft.com/en-us/microsoft-365-life-hacks/everyday-ai/plan-thanksgiving-dinner-with-ai" TargetMode="External"/><Relationship Id="rId13" Type="http://schemas.openxmlformats.org/officeDocument/2006/relationships/hyperlink" Target="https://www.youtube.com/watch?v=bjva2JtoQRk" TargetMode="External"/><Relationship Id="rId14" Type="http://schemas.openxmlformats.org/officeDocument/2006/relationships/hyperlink" Target="https://community.coda.io/t/thanksgiving-meal-planner-for-collaborative-feast-cooking/12194" TargetMode="External"/><Relationship Id="rId15" Type="http://schemas.openxmlformats.org/officeDocument/2006/relationships/hyperlink" Target="https://www.cnet.com/tech/services-and-software/how-to-plan-your-thanksgiving-dinner-using-ai/#ftag=CADf328eec" TargetMode="External"/><Relationship Id="rId16" Type="http://schemas.openxmlformats.org/officeDocument/2006/relationships/hyperlink" Target="https://www.foodandwine.com/target-thanksgiving-meal-deal-2024-873777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