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content found in 5% of new Wikipedia pages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a study conducted by Creston Brooks and his team at Princeton University has revealed that nearly 5% of new English-language Wikipedia pages may contain content generated by artificial intelligence. This discovery raises concerns about the potential impact on the reliability and integrity of one of the internet's most widely used information sources.</w:t>
      </w:r>
      <w:r/>
    </w:p>
    <w:p>
      <w:r/>
      <w:r>
        <w:t>The research, spearheaded by Brooks and his colleagues, emerges amidst growing interest in the implications of advanced AI systems, particularly large language models like ChatGPT, that have gained significant traction since their release. The team's objective was to explore how these AI systems might influence information repositories such as Wikipedia.</w:t>
      </w:r>
      <w:r/>
    </w:p>
    <w:p>
      <w:r/>
      <w:r>
        <w:t>To investigate this, the researchers employed AI detection tools to analyse newly created Wikipedia pages. Their findings indicated that a notable portion of these pages contained text that appeared to be generated by AI rather than human contributors. This revelation could have significant implications for the accuracy and trustworthiness of information presented on Wikipedia, which relies heavily on volunteer contributions and a strict editing process to maintain the quality of its entries.</w:t>
      </w:r>
      <w:r/>
    </w:p>
    <w:p>
      <w:r/>
      <w:r>
        <w:t>The presence of AI-generated content poses a challenging scenario for the site's dedicated editors, who may now face the additional task of discerning and managing input created by artificial intelligence. This could complicate Wikipedia's manual verification processes, traditionally dependent on human judgement to uphold the encyclopedia's standards of neutrality, verifiability, and reliability.</w:t>
      </w:r>
      <w:r/>
    </w:p>
    <w:p>
      <w:r/>
      <w:r>
        <w:t>While the use of AI in content creation can offer efficiencies, particularly for generating initial drafts or summaries, it also introduces risks of inaccuracies and misinformation due to the limitations of current AI technologies. These models, while advanced, may not fully understand context and nuance, potentially leading to errors or misleading representations of information.</w:t>
      </w:r>
      <w:r/>
    </w:p>
    <w:p>
      <w:r/>
      <w:r>
        <w:t>The study has not disclosed which specific detection tools were utilised, nor has it detailed the exact methodology used to distinguish AI-generated content. Nonetheless, the findings underscore the increasing prevalence of AI-generated text in digital content and its potential consequences for platforms like Wikipedia.</w:t>
      </w:r>
      <w:r/>
    </w:p>
    <w:p>
      <w:r/>
      <w:r>
        <w:t>As AI continues to evolve and integrate further into content creation and dissemination, the study highlights ongoing challenges for information accuracy and publishers' responsibilities in maintaining content integrity. For now, the research by Brooks' team serves as an initial step towards understanding and navigating the complexities introduced by AI in collaborative information platforms such as Wikipedia.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https://arxiv.org/html/2410.08044v1</w:t>
        </w:r>
      </w:hyperlink>
      <w:r>
        <w:t xml:space="preserve"> - This link corroborates the study conducted by Creston Brooks and his team at Princeton University, detailing the methodology and findings on AI-generated content in Wikipedia pages.</w:t>
      </w:r>
      <w:r/>
    </w:p>
    <w:p>
      <w:pPr>
        <w:pStyle w:val="ListNumber"/>
        <w:spacing w:line="240" w:lineRule="auto"/>
        <w:ind w:left="720"/>
      </w:pPr>
      <w:r/>
      <w:hyperlink r:id="rId11">
        <w:r>
          <w:rPr>
            <w:color w:val="0000EE"/>
            <w:u w:val="single"/>
          </w:rPr>
          <w:t>https://arxiv.org/abs/2410.08044</w:t>
        </w:r>
      </w:hyperlink>
      <w:r>
        <w:t xml:space="preserve"> - This link provides the abstract and submission details of the study, highlighting the concerns about accountability, accuracy, and bias amplification due to AI-generated content.</w:t>
      </w:r>
      <w:r/>
    </w:p>
    <w:p>
      <w:pPr>
        <w:pStyle w:val="ListNumber"/>
        <w:spacing w:line="240" w:lineRule="auto"/>
        <w:ind w:left="720"/>
      </w:pPr>
      <w:r/>
      <w:hyperlink r:id="rId12">
        <w:r>
          <w:rPr>
            <w:color w:val="0000EE"/>
            <w:u w:val="single"/>
          </w:rPr>
          <w:t>https://www.newscientist.com/article/2454256-one-in-20-new-wikipedia-pages-seem-to-be-written-with-the-help-of-ai/</w:t>
        </w:r>
      </w:hyperlink>
      <w:r>
        <w:t xml:space="preserve"> - This article supports the finding that nearly 5% of new Wikipedia pages contain AI-generated content and discusses the implications for Wikipedia's reliability.</w:t>
      </w:r>
      <w:r/>
    </w:p>
    <w:p>
      <w:pPr>
        <w:pStyle w:val="ListNumber"/>
        <w:spacing w:line="240" w:lineRule="auto"/>
        <w:ind w:left="720"/>
      </w:pPr>
      <w:r/>
      <w:hyperlink r:id="rId13">
        <w:r>
          <w:rPr>
            <w:color w:val="0000EE"/>
            <w:u w:val="single"/>
          </w:rPr>
          <w:t>https://www.aibase.com/news/12482</w:t>
        </w:r>
      </w:hyperlink>
      <w:r>
        <w:t xml:space="preserve"> - This link details the specific percentages of AI-generated content in new Wikipedia articles, the tools used (GPTZero and Binoculars), and the quality issues associated with these articles.</w:t>
      </w:r>
      <w:r/>
    </w:p>
    <w:p>
      <w:pPr>
        <w:pStyle w:val="ListNumber"/>
        <w:spacing w:line="240" w:lineRule="auto"/>
        <w:ind w:left="720"/>
      </w:pPr>
      <w:r/>
      <w:hyperlink r:id="rId14">
        <w:r>
          <w:rPr>
            <w:color w:val="0000EE"/>
            <w:u w:val="single"/>
          </w:rPr>
          <w:t>https://www.infodocket.com/2024/10/12/research-article-preprint-the-rise-of-ai-generated-content-in-wikipedia/</w:t>
        </w:r>
      </w:hyperlink>
      <w:r>
        <w:t xml:space="preserve"> - This article summarizes the preprint on arXiv, including the authors, the tools used, and the implications of AI-generated content on Wikipedia's integrity.</w:t>
      </w:r>
      <w:r/>
    </w:p>
    <w:p>
      <w:pPr>
        <w:pStyle w:val="ListNumber"/>
        <w:spacing w:line="240" w:lineRule="auto"/>
        <w:ind w:left="720"/>
      </w:pPr>
      <w:r/>
      <w:hyperlink r:id="rId15">
        <w:r>
          <w:rPr>
            <w:color w:val="0000EE"/>
            <w:u w:val="single"/>
          </w:rPr>
          <w:t>https://arxiv.org/html/2410.08044v1#section.5</w:t>
        </w:r>
      </w:hyperlink>
      <w:r>
        <w:t xml:space="preserve"> - This section of the study explains the trends in pages flagged for AI-generated content, including the lower quality and self-promotional nature of these articles.</w:t>
      </w:r>
      <w:r/>
    </w:p>
    <w:p>
      <w:pPr>
        <w:pStyle w:val="ListNumber"/>
        <w:spacing w:line="240" w:lineRule="auto"/>
        <w:ind w:left="720"/>
      </w:pPr>
      <w:r/>
      <w:hyperlink r:id="rId16">
        <w:r>
          <w:rPr>
            <w:color w:val="0000EE"/>
            <w:u w:val="single"/>
          </w:rPr>
          <w:t>https://arxiv.org/html/2410.08044v1#section.6</w:t>
        </w:r>
      </w:hyperlink>
      <w:r>
        <w:t xml:space="preserve"> - This section discusses the detection of AI-generated content beyond Wikipedia, comparing it with other genres like comment-section debates and press releases.</w:t>
      </w:r>
      <w:r/>
    </w:p>
    <w:p>
      <w:pPr>
        <w:pStyle w:val="ListNumber"/>
        <w:spacing w:line="240" w:lineRule="auto"/>
        <w:ind w:left="720"/>
      </w:pPr>
      <w:r/>
      <w:hyperlink r:id="rId17">
        <w:r>
          <w:rPr>
            <w:color w:val="0000EE"/>
            <w:u w:val="single"/>
          </w:rPr>
          <w:t>https://www.aibase.com/news/12482#Key-Points</w:t>
        </w:r>
      </w:hyperlink>
      <w:r>
        <w:t xml:space="preserve"> - This link highlights key points from the study, including the percentage of AI-generated content, differences in detection rates across platforms, and regulatory measures being considered.</w:t>
      </w:r>
      <w:r/>
    </w:p>
    <w:p>
      <w:pPr>
        <w:pStyle w:val="ListNumber"/>
        <w:spacing w:line="240" w:lineRule="auto"/>
        <w:ind w:left="720"/>
      </w:pPr>
      <w:r/>
      <w:hyperlink r:id="rId18">
        <w:r>
          <w:rPr>
            <w:color w:val="0000EE"/>
            <w:u w:val="single"/>
          </w:rPr>
          <w:t>https://arxiv.org/html/2410.08044v1#section.7</w:t>
        </w:r>
      </w:hyperlink>
      <w:r>
        <w:t xml:space="preserve"> - This section comments on the implications of AI-generated content and the need for reliable methods to verify human-created content in various contexts.</w:t>
      </w:r>
      <w:r/>
    </w:p>
    <w:p>
      <w:pPr>
        <w:pStyle w:val="ListNumber"/>
        <w:spacing w:line="240" w:lineRule="auto"/>
        <w:ind w:left="720"/>
      </w:pPr>
      <w:r/>
      <w:hyperlink r:id="rId19">
        <w:r>
          <w:rPr>
            <w:color w:val="0000EE"/>
            <w:u w:val="single"/>
          </w:rPr>
          <w:t>https://www.infodocket.com/2024/10/12/research-article-preprint-the-rise-of-ai-generated-content-in-wikipedia/#Abstract</w:t>
        </w:r>
      </w:hyperlink>
      <w:r>
        <w:t xml:space="preserve"> - This link provides the abstract of the study, emphasizing the concerns about accountability, accuracy, and bias amplification due to AI-generated content in popular information sources.</w:t>
      </w:r>
      <w:r/>
    </w:p>
    <w:p>
      <w:pPr>
        <w:pStyle w:val="ListNumber"/>
        <w:spacing w:line="240" w:lineRule="auto"/>
        <w:ind w:left="720"/>
      </w:pPr>
      <w:r/>
      <w:hyperlink r:id="rId20">
        <w:r>
          <w:rPr>
            <w:color w:val="0000EE"/>
            <w:u w:val="single"/>
          </w:rPr>
          <w:t>https://github.com/brooksca3/wiki_collection</w:t>
        </w:r>
      </w:hyperlink>
      <w:r>
        <w:t xml:space="preserve"> - This link provides access to the data collection and evaluation code used in the study, allowing for replication and further research.</w:t>
      </w:r>
      <w:r/>
    </w:p>
    <w:p>
      <w:pPr>
        <w:pStyle w:val="ListNumber"/>
        <w:spacing w:line="240" w:lineRule="auto"/>
        <w:ind w:left="720"/>
      </w:pPr>
      <w:r/>
      <w:hyperlink r:id="rId21">
        <w:r>
          <w:rPr>
            <w:color w:val="0000EE"/>
            <w:u w:val="single"/>
          </w:rPr>
          <w:t>https://www.newscientist.com/article/2454256-one-in-20-new-wikipedia-pages-seem-to-be-written-with-the-help-of-ai/?utm_campaign=RSS%7CNSNS&amp;utm_source=NSNS&amp;utm_medium=RSS&amp;utm_content=home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xiv.org/html/2410.08044v1" TargetMode="External"/><Relationship Id="rId11" Type="http://schemas.openxmlformats.org/officeDocument/2006/relationships/hyperlink" Target="https://arxiv.org/abs/2410.08044" TargetMode="External"/><Relationship Id="rId12" Type="http://schemas.openxmlformats.org/officeDocument/2006/relationships/hyperlink" Target="https://www.newscientist.com/article/2454256-one-in-20-new-wikipedia-pages-seem-to-be-written-with-the-help-of-ai/" TargetMode="External"/><Relationship Id="rId13" Type="http://schemas.openxmlformats.org/officeDocument/2006/relationships/hyperlink" Target="https://www.aibase.com/news/12482" TargetMode="External"/><Relationship Id="rId14" Type="http://schemas.openxmlformats.org/officeDocument/2006/relationships/hyperlink" Target="https://www.infodocket.com/2024/10/12/research-article-preprint-the-rise-of-ai-generated-content-in-wikipedia/" TargetMode="External"/><Relationship Id="rId15" Type="http://schemas.openxmlformats.org/officeDocument/2006/relationships/hyperlink" Target="https://arxiv.org/html/2410.08044v1#section.5" TargetMode="External"/><Relationship Id="rId16" Type="http://schemas.openxmlformats.org/officeDocument/2006/relationships/hyperlink" Target="https://arxiv.org/html/2410.08044v1#section.6" TargetMode="External"/><Relationship Id="rId17" Type="http://schemas.openxmlformats.org/officeDocument/2006/relationships/hyperlink" Target="https://www.aibase.com/news/12482#Key-Points" TargetMode="External"/><Relationship Id="rId18" Type="http://schemas.openxmlformats.org/officeDocument/2006/relationships/hyperlink" Target="https://arxiv.org/html/2410.08044v1#section.7" TargetMode="External"/><Relationship Id="rId19" Type="http://schemas.openxmlformats.org/officeDocument/2006/relationships/hyperlink" Target="https://www.infodocket.com/2024/10/12/research-article-preprint-the-rise-of-ai-generated-content-in-wikipedia/#Abstract" TargetMode="External"/><Relationship Id="rId20" Type="http://schemas.openxmlformats.org/officeDocument/2006/relationships/hyperlink" Target="https://github.com/brooksca3/wiki_collection" TargetMode="External"/><Relationship Id="rId21" Type="http://schemas.openxmlformats.org/officeDocument/2006/relationships/hyperlink" Target="https://www.newscientist.com/article/2454256-one-in-20-new-wikipedia-pages-seem-to-be-written-with-the-help-of-ai/?utm_campaign=RSS%7CNSNS&amp;utm_source=NSNS&amp;utm_medium=RSS&amp;utm_content=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