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Thanksgiving planning for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Thanksgiving season of 2023 approaches, artificial intelligence is taking centre stage in how Americans plan their holiday festivities, marking a significant departure from the event's historical pilgrim roots. This year, AI is not merely an abstract concept but a practical tool that is reshaping shopping patterns and enhancing consumer experiences across the country.</w:t>
      </w:r>
      <w:r/>
    </w:p>
    <w:p>
      <w:r/>
      <w:r>
        <w:t>Recent studies underscore the growing footprint of AI in holiday preparations, with an overwhelming 90% of consumers reportedly incorporating some degree of artificial intelligence into their shopping processes. This tech-led transformation extends beyond just purchasing activities, as approximately 30% of consumers are also turning to AI for assistance in planning their holiday travel.</w:t>
      </w:r>
      <w:r/>
    </w:p>
    <w:p>
      <w:r/>
      <w:r>
        <w:t>One prominent area where AI is making an impact is in the realm of Thanksgiving preparations. A variety of guides are circulating to instruct consumers on leveraging generative AI for myriad holiday tasks. These technological tools promise to mitigate the intricacies of Thanksgiving planning, offering solutions for budgeting, adjusting recipes to match guest counts, and accommodating various dietary restrictions.</w:t>
      </w:r>
      <w:r/>
    </w:p>
    <w:p>
      <w:r/>
      <w:r>
        <w:t>The enthusiasm for AI is notably high among younger demographics. Data from the PYMNTS Intelligence study, "AI-Enabled Payments Enhance Customer Options," indicates that 44% of surveyed U.S. consumers are at least somewhat interested in integrating AI into their shopping habits. This interest is especially pronounced among Generation Z, with 60% expressing interest, and among millennials, where the figure stands at 54%.</w:t>
      </w:r>
      <w:r/>
    </w:p>
    <w:p>
      <w:r/>
      <w:r>
        <w:t>Beyond shopping, AI is also enhancing other aspects of the Thanksgiving experience. Adobe, for example, has introduced an AI-powered colouring page generator tailored for children, allowing parents to create customised activity sheets using holiday-specific prompts. Additionally, guides are recommending the use of generative AI tools for managing holiday-related stress and navigating familial political conversations, issues that often accompany large family gatherings.</w:t>
      </w:r>
      <w:r/>
    </w:p>
    <w:p>
      <w:r/>
      <w:r>
        <w:t>This technological advancement is not confined to Thanksgiving alone. Retail giant Walmart has recently introduced generative AI to personalise shopping suggestions as part of their offerings, and AI has even ventured into the creative sphere, remaking classic Christmas songs like Brenda Lee's "Rockin’ Around the Christmas Tree" into diverse language versions, including Spanish.</w:t>
      </w:r>
      <w:r/>
    </w:p>
    <w:p>
      <w:r/>
      <w:r>
        <w:t>Despite the promising potential of AI, there remains a significant cohort of consumers who are sceptical of its application in holiday activities. According to the PYMNTS Intelligence study "Consumer Inflation Sentiment: Consumer Interest in Artificial Intelligence," 35% of consumers express no interest in AI-guided shopping, and 34% are disinterested in AI-driven entertainment options.</w:t>
      </w:r>
      <w:r/>
    </w:p>
    <w:p>
      <w:r/>
      <w:r>
        <w:t>Nevertheless, AI continues to demonstrate its utility, with nearly half of consumers acknowledging its effectiveness in rapidly accessing information. This perspective is particularly prevalent among Gen Z individuals, where nearly two-thirds affirm the usefulness of AI.</w:t>
      </w:r>
      <w:r/>
    </w:p>
    <w:p>
      <w:r/>
      <w:r>
        <w:t>As the integration of AI into holiday planning gains momentum, it is clear that this technology is transitioning from a novelty to an integral part of how celebrations are organised and experienced. While not universally embraced, AI offers a suite of tools that promise to ease the preparation and enhance the enjoyment of the holiday season. As these generative AI tools become more sophisticated, they could redefine how consumers approach holiday festivities, blending traditional elements with modern technological conveniences.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https://www.pymnts.com/the-weekender/2024/as-consumers-plan-their-thanksgiving-shopping-ai-stirs-the-pot/</w:t>
        </w:r>
      </w:hyperlink>
      <w:r>
        <w:t xml:space="preserve"> - Corroborates the growing footprint of AI in holiday preparations, including 90% of consumers using AI for shopping and 30% for holiday travel planning.</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Supports the use of guides for leveraging generative AI in various holiday tasks such as budgeting, adjusting recipes, and accommodating dietary restrictions.</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Highlights the interest in AI among younger demographics, including 44% of U.S. consumers, 60% of Gen Z, and 54% of millennials.</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Mentions Adobe's AI-powered coloring page generator and the use of generative AI for managing holiday-related stress and familial conversations.</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Discusses Walmart's introduction of generative AI for personalized shopping suggestions and AI's creative applications like remaking classic Christmas songs.</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Notes the skepticism among consumers, with 35% expressing no interest in AI-guided shopping and 34% in AI-driven entertainment.</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Supports the effectiveness of AI in rapidly accessing information, particularly among Gen Z individuals.</w:t>
      </w:r>
      <w:r/>
    </w:p>
    <w:p>
      <w:pPr>
        <w:pStyle w:val="ListNumber"/>
        <w:spacing w:line="240" w:lineRule="auto"/>
        <w:ind w:left="720"/>
      </w:pPr>
      <w:r/>
      <w:hyperlink r:id="rId11">
        <w:r>
          <w:rPr>
            <w:color w:val="0000EE"/>
            <w:u w:val="single"/>
          </w:rPr>
          <w:t>https://www.digitalcommerce360.com/2024/01/03/ai-played-a-role-in-2023-holiday-sales/</w:t>
        </w:r>
      </w:hyperlink>
      <w:r>
        <w:t xml:space="preserve"> - Provides data on the significant impact of AI on holiday sales, including its influence on 17% of online orders and $194 billion in sales.</w:t>
      </w:r>
      <w:r/>
    </w:p>
    <w:p>
      <w:pPr>
        <w:pStyle w:val="ListNumber"/>
        <w:spacing w:line="240" w:lineRule="auto"/>
        <w:ind w:left="720"/>
      </w:pPr>
      <w:r/>
      <w:hyperlink r:id="rId11">
        <w:r>
          <w:rPr>
            <w:color w:val="0000EE"/>
            <w:u w:val="single"/>
          </w:rPr>
          <w:t>https://www.digitalcommerce360.com/2024/01/03/ai-played-a-role-in-2023-holiday-sales/</w:t>
        </w:r>
      </w:hyperlink>
      <w:r>
        <w:t xml:space="preserve"> - Details the use of AI in product recommendations, customer service, and fulfillment efficiency during the holiday season.</w:t>
      </w:r>
      <w:r/>
    </w:p>
    <w:p>
      <w:pPr>
        <w:pStyle w:val="ListNumber"/>
        <w:spacing w:line="240" w:lineRule="auto"/>
        <w:ind w:left="720"/>
      </w:pPr>
      <w:r/>
      <w:hyperlink r:id="rId12">
        <w:r>
          <w:rPr>
            <w:color w:val="0000EE"/>
            <w:u w:val="single"/>
          </w:rPr>
          <w:t>https://www.talkdesk.com/blog/holiday-shopping-trends-2023/</w:t>
        </w:r>
      </w:hyperlink>
      <w:r>
        <w:t xml:space="preserve"> - Corroborates consumer expectations and behaviors regarding AI use in holiday shopping, including the use of chatbots and personalized recommendations.</w:t>
      </w:r>
      <w:r/>
    </w:p>
    <w:p>
      <w:pPr>
        <w:pStyle w:val="ListNumber"/>
        <w:spacing w:line="240" w:lineRule="auto"/>
        <w:ind w:left="720"/>
      </w:pPr>
      <w:r/>
      <w:hyperlink r:id="rId12">
        <w:r>
          <w:rPr>
            <w:color w:val="0000EE"/>
            <w:u w:val="single"/>
          </w:rPr>
          <w:t>https://www.talkdesk.com/blog/holiday-shopping-trends-2023/</w:t>
        </w:r>
      </w:hyperlink>
      <w:r>
        <w:t xml:space="preserve"> - Highlights the various ways consumers plan to use AI, such as finding deals, getting gift ideas, and personalizing gifts.</w:t>
      </w:r>
      <w:r/>
    </w:p>
    <w:p>
      <w:pPr>
        <w:pStyle w:val="ListNumber"/>
        <w:spacing w:line="240" w:lineRule="auto"/>
        <w:ind w:left="720"/>
      </w:pPr>
      <w:r/>
      <w:hyperlink r:id="rId10">
        <w:r>
          <w:rPr>
            <w:color w:val="0000EE"/>
            <w:u w:val="single"/>
          </w:rPr>
          <w:t>https://www.pymnts.com/the-weekender/2024/as-consumers-plan-their-thanksgiving-shopping-ai-stirs-the-pot/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the-weekender/2024/as-consumers-plan-their-thanksgiving-shopping-ai-stirs-the-pot/" TargetMode="External"/><Relationship Id="rId11" Type="http://schemas.openxmlformats.org/officeDocument/2006/relationships/hyperlink" Target="https://www.digitalcommerce360.com/2024/01/03/ai-played-a-role-in-2023-holiday-sales/" TargetMode="External"/><Relationship Id="rId12" Type="http://schemas.openxmlformats.org/officeDocument/2006/relationships/hyperlink" Target="https://www.talkdesk.com/blog/holiday-shopping-trends-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