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ambitious plans for Alexa: striving for AI excellence amidst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Amazon's Ambitious Plans for Alexa: Striving for AI Excellence Amidst Challenges</w:t>
      </w:r>
      <w:r/>
    </w:p>
    <w:p>
      <w:r/>
      <w:r>
        <w:t>As Amazon's Alexa prepares to mark its tenth anniversary, the leading tech company faces significant challenges in upgrading the voice assistant to compete with cutting-edge AI models such as ChatGPT and Google Gemini. Originally launched on November 6, 2014, alongside the first Amazon Echo speaker, Alexa has become a familiar presence in households worldwide. However, its advancement towards the latest generative AI capabilities is proving more complex than anticipated.</w:t>
      </w:r>
      <w:r/>
    </w:p>
    <w:p>
      <w:r/>
      <w:r>
        <w:t>According to a report by Bloomberg, Amazon had initially aimed to launch an upgraded version of Alexa by early 2024. This planned update, referred to as Alexa 2.0, was intended to extend the assistant's conversational abilities to a level comparable with modern AI chatbots. Despite plans to introduce a beta version earlier in the year, unforeseen "technical challenges" have delayed the project's launch until an unspecified date in 2025.</w:t>
      </w:r>
      <w:r/>
    </w:p>
    <w:p>
      <w:r/>
      <w:r>
        <w:t>The upgrade delay has been attributed to the complications inherent in adapting a voice assistant that is integrated into approximately half a billion devices worldwide. Such a widespread update requires meticulous planning and execution to ensure seamless integration across all platforms.</w:t>
      </w:r>
      <w:r/>
    </w:p>
    <w:p>
      <w:r/>
      <w:r>
        <w:t>Insider sources highlight ongoing issues that have contributed to the delay. The upgraded Alexa in testing environments reportedly still "drones on with irrelevant or superfluous information" and struggles with executing basic commands, such as operating smart home devices. These problems align with reports of "bugs and hallucinations," common issues in generative AI systems that Amazon is striving to address.</w:t>
      </w:r>
      <w:r/>
    </w:p>
    <w:p>
      <w:r/>
      <w:r>
        <w:t>The report also alludes to internal obstacles, including a "lack of a compelling vision" and "management bloat," compounding the technical difficulties. There is speculation surrounding Amazon's potential collaboration with another AI model to enhance Alexa, drawing parallels to Apple’s integration of ChatGPT-like features into Siri.</w:t>
      </w:r>
      <w:r/>
    </w:p>
    <w:p>
      <w:r/>
      <w:r>
        <w:t>Initially, the company had plans to unveil the updated Alexa alongside the new Kindle range that was launched last month. However, the project's postponement reflects the significant challenges Amazon faces in its pursuit to stay competitive in an increasingly crowded field of advanced AI technologies.</w:t>
      </w:r>
      <w:r/>
    </w:p>
    <w:p>
      <w:r/>
      <w:r>
        <w:t>As rivals like Microsoft, with its Copilot feature, and Google's Gemini continue to push the boundaries of digital interactions, Amazon is mindful of the need to push forward with its innovation agenda. Nonetheless, the path to achieving a sophisticated generative AI-powered Alexa remains fraught with challenges, underscoring the complexity of evolving voice assistant technology to meet rising consumer expectations.</w:t>
      </w:r>
      <w:r/>
    </w:p>
    <w:p>
      <w:r/>
      <w:r>
        <w:t>For now, Amazon users with Alexa-enabled devices will have to wait as the company navigates the technical hurdles necessary to deliver a next-generation AI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https://www.theverge.com/2024/10/31/24284772/amazon-new-alexa-llm-voice-assistant-delayed-2025</w:t>
        </w:r>
      </w:hyperlink>
      <w:r>
        <w:t xml:space="preserve"> - Corroborates the delay of the new Alexa to 2025 due to technical issues and quality improvements.</w:t>
      </w:r>
      <w:r/>
    </w:p>
    <w:p>
      <w:pPr>
        <w:pStyle w:val="ListNumber"/>
        <w:spacing w:line="240" w:lineRule="auto"/>
        <w:ind w:left="720"/>
      </w:pPr>
      <w:r/>
      <w:hyperlink r:id="rId11">
        <w:r>
          <w:rPr>
            <w:color w:val="0000EE"/>
            <w:u w:val="single"/>
          </w:rPr>
          <w:t>https://www.cosmico.org/amazon-delays-ai-powered-alexa-to-next-year/</w:t>
        </w:r>
      </w:hyperlink>
      <w:r>
        <w:t xml:space="preserve"> - Details the delay of the AI-powered Alexa to 2025, citing technical challenges and issues with beta testing, such as slow responses and smart home integration problems.</w:t>
      </w:r>
      <w:r/>
    </w:p>
    <w:p>
      <w:pPr>
        <w:pStyle w:val="ListNumber"/>
        <w:spacing w:line="240" w:lineRule="auto"/>
        <w:ind w:left="720"/>
      </w:pPr>
      <w:r/>
      <w:hyperlink r:id="rId12">
        <w:r>
          <w:rPr>
            <w:color w:val="0000EE"/>
            <w:u w:val="single"/>
          </w:rPr>
          <w:t>https://fortune.com/2024/11/01/new-amazon-ai-alexa-agent-andy-jassy-chatgpt/</w:t>
        </w:r>
      </w:hyperlink>
      <w:r>
        <w:t xml:space="preserve"> - Provides insights into Amazon CEO Andy Jassy's comments on the new Alexa's capabilities and the delays due to technological and structural hurdles.</w:t>
      </w:r>
      <w:r/>
    </w:p>
    <w:p>
      <w:pPr>
        <w:pStyle w:val="ListNumber"/>
        <w:spacing w:line="240" w:lineRule="auto"/>
        <w:ind w:left="720"/>
      </w:pPr>
      <w:r/>
      <w:hyperlink r:id="rId13">
        <w:r>
          <w:rPr>
            <w:color w:val="0000EE"/>
            <w:u w:val="single"/>
          </w:rPr>
          <w:t>https://sea.mashable.com/tech/34959/amazon-has-apparently-delayed-the-ai-powered-alexa-to-2025</w:t>
        </w:r>
      </w:hyperlink>
      <w:r>
        <w:t xml:space="preserve"> - Mentions the delay of the AI-powered Alexa to 2025 and highlights issues such as hallucinations and failures with smart devices.</w:t>
      </w:r>
      <w:r/>
    </w:p>
    <w:p>
      <w:pPr>
        <w:pStyle w:val="ListNumber"/>
        <w:spacing w:line="240" w:lineRule="auto"/>
        <w:ind w:left="720"/>
      </w:pPr>
      <w:r/>
      <w:hyperlink r:id="rId12">
        <w:r>
          <w:rPr>
            <w:color w:val="0000EE"/>
            <w:u w:val="single"/>
          </w:rPr>
          <w:t>https://fortune.com/2024/11/01/new-amazon-ai-alexa-agent-andy-jassy-chatgpt/</w:t>
        </w:r>
      </w:hyperlink>
      <w:r>
        <w:t xml:space="preserve"> - Discusses the historical context of Alexa, its current user base, and the competitive landscape with other AI models like ChatGPT.</w:t>
      </w:r>
      <w:r/>
    </w:p>
    <w:p>
      <w:pPr>
        <w:pStyle w:val="ListNumber"/>
        <w:spacing w:line="240" w:lineRule="auto"/>
        <w:ind w:left="720"/>
      </w:pPr>
      <w:r/>
      <w:hyperlink r:id="rId11">
        <w:r>
          <w:rPr>
            <w:color w:val="0000EE"/>
            <w:u w:val="single"/>
          </w:rPr>
          <w:t>https://www.cosmico.org/amazon-delays-ai-powered-alexa-to-next-year/</w:t>
        </w:r>
      </w:hyperlink>
      <w:r>
        <w:t xml:space="preserve"> - Explains the internal obstacles, including a lack of a compelling vision and management issues, contributing to the delay.</w:t>
      </w:r>
      <w:r/>
    </w:p>
    <w:p>
      <w:pPr>
        <w:pStyle w:val="ListNumber"/>
        <w:spacing w:line="240" w:lineRule="auto"/>
        <w:ind w:left="720"/>
      </w:pPr>
      <w:r/>
      <w:hyperlink r:id="rId12">
        <w:r>
          <w:rPr>
            <w:color w:val="0000EE"/>
            <w:u w:val="single"/>
          </w:rPr>
          <w:t>https://fortune.com/2024/11/01/new-amazon-ai-alexa-agent-andy-jassy-chatgpt/</w:t>
        </w:r>
      </w:hyperlink>
      <w:r>
        <w:t xml:space="preserve"> - Details Amazon's vision for the new Alexa, focusing on its ability to take actions rather than just providing answers, as outlined by CEO Andy Jassy.</w:t>
      </w:r>
      <w:r/>
    </w:p>
    <w:p>
      <w:pPr>
        <w:pStyle w:val="ListNumber"/>
        <w:spacing w:line="240" w:lineRule="auto"/>
        <w:ind w:left="720"/>
      </w:pPr>
      <w:r/>
      <w:hyperlink r:id="rId13">
        <w:r>
          <w:rPr>
            <w:color w:val="0000EE"/>
            <w:u w:val="single"/>
          </w:rPr>
          <w:t>https://sea.mashable.com/tech/34959/amazon-has-apparently-delayed-the-ai-powered-alexa-to-2025</w:t>
        </w:r>
      </w:hyperlink>
      <w:r>
        <w:t xml:space="preserve"> - Supports the claim of ongoing issues with the upgraded Alexa, such as bugs and hallucinations, and its inability to consistently work with smart home devices.</w:t>
      </w:r>
      <w:r/>
    </w:p>
    <w:p>
      <w:pPr>
        <w:pStyle w:val="ListNumber"/>
        <w:spacing w:line="240" w:lineRule="auto"/>
        <w:ind w:left="720"/>
      </w:pPr>
      <w:r/>
      <w:hyperlink r:id="rId11">
        <w:r>
          <w:rPr>
            <w:color w:val="0000EE"/>
            <w:u w:val="single"/>
          </w:rPr>
          <w:t>https://www.cosmico.org/amazon-delays-ai-powered-alexa-to-next-year/</w:t>
        </w:r>
      </w:hyperlink>
      <w:r>
        <w:t xml:space="preserve"> - Confirms the halt of the beta program due to reported issues and the need for quality improvements.</w:t>
      </w:r>
      <w:r/>
    </w:p>
    <w:p>
      <w:pPr>
        <w:pStyle w:val="ListNumber"/>
        <w:spacing w:line="240" w:lineRule="auto"/>
        <w:ind w:left="720"/>
      </w:pPr>
      <w:r/>
      <w:hyperlink r:id="rId12">
        <w:r>
          <w:rPr>
            <w:color w:val="0000EE"/>
            <w:u w:val="single"/>
          </w:rPr>
          <w:t>https://fortune.com/2024/11/01/new-amazon-ai-alexa-agent-andy-jassy-chatgpt/</w:t>
        </w:r>
      </w:hyperlink>
      <w:r>
        <w:t xml:space="preserve"> - Highlights the competitive pressure from rivals like Microsoft and Google, emphasizing the need for Amazon to innovate and stay competitive in the AI landscape.</w:t>
      </w:r>
      <w:r/>
    </w:p>
    <w:p>
      <w:pPr>
        <w:pStyle w:val="ListNumber"/>
        <w:spacing w:line="240" w:lineRule="auto"/>
        <w:ind w:left="720"/>
      </w:pPr>
      <w:r/>
      <w:hyperlink r:id="rId14">
        <w:r>
          <w:rPr>
            <w:color w:val="0000EE"/>
            <w:u w:val="single"/>
          </w:rPr>
          <w:t>https://www.techradar.com/computing/artificial-intelligence/amazon-alexa-is-about-to-turn-10-but-its-next-gen-ai-upgrade-may-have-been-delayed-until-2025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31/24284772/amazon-new-alexa-llm-voice-assistant-delayed-2025" TargetMode="External"/><Relationship Id="rId11" Type="http://schemas.openxmlformats.org/officeDocument/2006/relationships/hyperlink" Target="https://www.cosmico.org/amazon-delays-ai-powered-alexa-to-next-year/" TargetMode="External"/><Relationship Id="rId12" Type="http://schemas.openxmlformats.org/officeDocument/2006/relationships/hyperlink" Target="https://fortune.com/2024/11/01/new-amazon-ai-alexa-agent-andy-jassy-chatgpt/" TargetMode="External"/><Relationship Id="rId13" Type="http://schemas.openxmlformats.org/officeDocument/2006/relationships/hyperlink" Target="https://sea.mashable.com/tech/34959/amazon-has-apparently-delayed-the-ai-powered-alexa-to-2025" TargetMode="External"/><Relationship Id="rId14" Type="http://schemas.openxmlformats.org/officeDocument/2006/relationships/hyperlink" Target="https://www.techradar.com/computing/artificial-intelligence/amazon-alexa-is-about-to-turn-10-but-its-next-gen-ai-upgrade-may-have-been-delayed-until-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