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sees strong third-quarter growth across segments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Amazon.com Inc., one of the world's leading e-commerce and cloud computing companies, has shown impressive results in its third-quarter earnings, leading to positive analyses and projections from various financial institutions. Analysts have noted significant growth in Amazon Web Services (AWS), retail, and advertising segments, which collectively enhance the company's market value and potential.</w:t>
      </w:r>
      <w:r/>
    </w:p>
    <w:p>
      <w:r/>
      <w:r>
        <w:t>Among the analysts, Bank of America's Justin Post has reiterated a Buy rating on Amazon shares and increased the price target from $210 to $230. This upward revision is echoed by multiple analysts, including Eric Sheridan from Goldman Sachs, who raised the price target to $240, and Youssef Squali from Truist, who increased it to $270. RBC Capital Markets analyst Brad Erickson and BMO Capital Markets analyst Brian Pitz also updated their price targets to $225 and $236, respectively, maintaining positive outlooks on Amazon's future performance.</w:t>
      </w:r>
      <w:r/>
    </w:p>
    <w:p>
      <w:r/>
      <w:r>
        <w:t>A major highlight of Amazon's third-quarter performance is the growth of AWS, its cloud computing arm. According to Bank of America's Post, AWS experienced a 19% year-over-year growth, drawing favourable comparisons with competitors like Google. Post notes that AWS appears to be at the "early innings" of a significant wave of artificial intelligence (AI) deployment, potentially catalysing further growth. Wedbush's Scott Devitt also pointed out AWS's burgeoning AI business as a multi-billion dollar segment experiencing triple-digit year-over-year growth.</w:t>
      </w:r>
      <w:r/>
    </w:p>
    <w:p>
      <w:r/>
      <w:r>
        <w:t>Additionally, Amazon's North American retail segment has shown considerable strength, bolstered by increased Prime membership following the Prime Day sales event in July. This segment's growth is attributed to Amazon's strategic focus on enhancing product offerings, particularly lower-cost daily essentials. Joseph Feldman from Telsey Advisory Group commented on Amazon's tactics, including concentrating on grocery and pharmacy, which are contributing to profitable market share gains.</w:t>
      </w:r>
      <w:r/>
    </w:p>
    <w:p>
      <w:r/>
      <w:r>
        <w:t>In the international arena, Amazon's revenues climbed to $35.9 billion, marking a 12% year-over-year growth. Key markets like Germany and the UK displayed robust trends, and there is optimism about achieving comparable profit margins internationally as those in the North American markets.</w:t>
      </w:r>
      <w:r/>
    </w:p>
    <w:p>
      <w:r/>
      <w:r>
        <w:t>Another thriving segment is Amazon's advertising business, which some analysts regard as the company's "fastest-growing hidden asset." During the third quarter, advertising revenues surged 19% year-over-year to reach $14.3 billion. With a projected operating profit margin of 40%, analysts are optimistic about this segment's potential. Laura Martin from Needham and Brian Pitz from BMO Capital Markets both highlighted the attractiveness of Amazon's advertising growth and its potential future upside due to initiatives like Prime Video and AI bidding tools.</w:t>
      </w:r>
      <w:r/>
    </w:p>
    <w:p>
      <w:r/>
      <w:r>
        <w:t>Amazon's shares have reacted positively to the news, climbing to $197.79, representing a 6.07% increase from earlier. The stock has seen a 33% rise year-to-date, illustrating investor confidence in Amazon's strategic growth initiatives across its multiple business segments.</w:t>
      </w:r>
      <w:r/>
    </w:p>
    <w:p>
      <w:r/>
      <w:r>
        <w:t>As Amazon continues to leverage its strengths in AWS, retail, and advertising, analysts maintain an optimistic outlook on its market trajectory, reinforcing investor interest and setting a robust stage for the company's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https://press.aboutamazon.com/2024/10/amazon-com-announces-third-quarter-results</w:t>
        </w:r>
      </w:hyperlink>
      <w:r>
        <w:t xml:space="preserve"> - Corroborates Amazon's third-quarter financial results, including net sales and net income.</w:t>
      </w:r>
      <w:r/>
    </w:p>
    <w:p>
      <w:pPr>
        <w:pStyle w:val="ListNumber"/>
        <w:spacing w:line="240" w:lineRule="auto"/>
        <w:ind w:left="720"/>
      </w:pPr>
      <w:r/>
      <w:hyperlink r:id="rId11">
        <w:r>
          <w:rPr>
            <w:color w:val="0000EE"/>
            <w:u w:val="single"/>
          </w:rPr>
          <w:t>https://www.investopedia.com/amazon-q3-fy-2024-earnings-preview-what-you-need-to-know-8733698</w:t>
        </w:r>
      </w:hyperlink>
      <w:r>
        <w:t xml:space="preserve"> - Provides details on analyst expectations for Amazon's third-quarter earnings, including revenue and earnings per share projections.</w:t>
      </w:r>
      <w:r/>
    </w:p>
    <w:p>
      <w:pPr>
        <w:pStyle w:val="ListNumber"/>
        <w:spacing w:line="240" w:lineRule="auto"/>
        <w:ind w:left="720"/>
      </w:pPr>
      <w:r/>
      <w:hyperlink r:id="rId11">
        <w:r>
          <w:rPr>
            <w:color w:val="0000EE"/>
            <w:u w:val="single"/>
          </w:rPr>
          <w:t>https://www.investopedia.com/amazon-q3-fy-2024-earnings-preview-what-you-need-to-know-8733698</w:t>
        </w:r>
      </w:hyperlink>
      <w:r>
        <w:t xml:space="preserve"> - Highlights the growth of Amazon Web Services (AWS) and the impact of AI spending on Amazon's earnings.</w:t>
      </w:r>
      <w:r/>
    </w:p>
    <w:p>
      <w:pPr>
        <w:pStyle w:val="ListNumber"/>
        <w:spacing w:line="240" w:lineRule="auto"/>
        <w:ind w:left="720"/>
      </w:pPr>
      <w:r/>
      <w:hyperlink r:id="rId12">
        <w:r>
          <w:rPr>
            <w:color w:val="0000EE"/>
            <w:u w:val="single"/>
          </w:rPr>
          <w:t>https://ir.aboutamazon.com/news-release/news-release-details/2024/Amazon.com-Announces-Third-Quarter-Results/</w:t>
        </w:r>
      </w:hyperlink>
      <w:r>
        <w:t xml:space="preserve"> - Confirms the net income and earnings per share for Amazon's third quarter.</w:t>
      </w:r>
      <w:r/>
    </w:p>
    <w:p>
      <w:pPr>
        <w:pStyle w:val="ListNumber"/>
        <w:spacing w:line="240" w:lineRule="auto"/>
        <w:ind w:left="720"/>
      </w:pPr>
      <w:r/>
      <w:hyperlink r:id="rId13">
        <w:r>
          <w:rPr>
            <w:color w:val="0000EE"/>
            <w:u w:val="single"/>
          </w:rPr>
          <w:t>https://variety.com/2024/tv/news/amazon-earnings-ad-sales-rise-prime-video-1236196495/</w:t>
        </w:r>
      </w:hyperlink>
      <w:r>
        <w:t xml:space="preserve"> - Supports the 19% year-over-year growth in Amazon's advertising revenues.</w:t>
      </w:r>
      <w:r/>
    </w:p>
    <w:p>
      <w:pPr>
        <w:pStyle w:val="ListNumber"/>
        <w:spacing w:line="240" w:lineRule="auto"/>
        <w:ind w:left="720"/>
      </w:pPr>
      <w:r/>
      <w:hyperlink r:id="rId11">
        <w:r>
          <w:rPr>
            <w:color w:val="0000EE"/>
            <w:u w:val="single"/>
          </w:rPr>
          <w:t>https://www.investopedia.com/amazon-q3-fy-2024-earnings-preview-what-you-need-to-know-8733698</w:t>
        </w:r>
      </w:hyperlink>
      <w:r>
        <w:t xml:space="preserve"> - Mentions the positive impact of AWS and advertising on Amazon's overall revenue and profitability.</w:t>
      </w:r>
      <w:r/>
    </w:p>
    <w:p>
      <w:pPr>
        <w:pStyle w:val="ListNumber"/>
        <w:spacing w:line="240" w:lineRule="auto"/>
        <w:ind w:left="720"/>
      </w:pPr>
      <w:r/>
      <w:hyperlink r:id="rId14">
        <w:r>
          <w:rPr>
            <w:color w:val="0000EE"/>
            <w:u w:val="single"/>
          </w:rPr>
          <w:t>https://www.businessinsider.com/amazon-stock-earnings-report-call-live-updates-2024-10</w:t>
        </w:r>
      </w:hyperlink>
      <w:r>
        <w:t xml:space="preserve"> - Discusses the focus on AWS and advertising strength in Amazon's third-quarter earnings report.</w:t>
      </w:r>
      <w:r/>
    </w:p>
    <w:p>
      <w:pPr>
        <w:pStyle w:val="ListNumber"/>
        <w:spacing w:line="240" w:lineRule="auto"/>
        <w:ind w:left="720"/>
      </w:pPr>
      <w:r/>
      <w:hyperlink r:id="rId11">
        <w:r>
          <w:rPr>
            <w:color w:val="0000EE"/>
            <w:u w:val="single"/>
          </w:rPr>
          <w:t>https://www.investopedia.com/amazon-q3-fy-2024-earnings-preview-what-you-need-to-know-8733698</w:t>
        </w:r>
      </w:hyperlink>
      <w:r>
        <w:t xml:space="preserve"> - Details the international revenue growth and market trends for Amazon.</w:t>
      </w:r>
      <w:r/>
    </w:p>
    <w:p>
      <w:pPr>
        <w:pStyle w:val="ListNumber"/>
        <w:spacing w:line="240" w:lineRule="auto"/>
        <w:ind w:left="720"/>
      </w:pPr>
      <w:r/>
      <w:hyperlink r:id="rId10">
        <w:r>
          <w:rPr>
            <w:color w:val="0000EE"/>
            <w:u w:val="single"/>
          </w:rPr>
          <w:t>https://press.aboutamazon.com/2024/10/amazon-com-announces-third-quarter-results</w:t>
        </w:r>
      </w:hyperlink>
      <w:r>
        <w:t xml:space="preserve"> - Provides the overall financial performance of Amazon, including revenue and net income growth.</w:t>
      </w:r>
      <w:r/>
    </w:p>
    <w:p>
      <w:pPr>
        <w:pStyle w:val="ListNumber"/>
        <w:spacing w:line="240" w:lineRule="auto"/>
        <w:ind w:left="720"/>
      </w:pPr>
      <w:r/>
      <w:hyperlink r:id="rId14">
        <w:r>
          <w:rPr>
            <w:color w:val="0000EE"/>
            <w:u w:val="single"/>
          </w:rPr>
          <w:t>https://www.businessinsider.com/amazon-stock-earnings-report-call-live-updates-2024-10</w:t>
        </w:r>
      </w:hyperlink>
      <w:r>
        <w:t xml:space="preserve"> - Reports on the positive reaction of Amazon's stock to the third-quarter earnings news.</w:t>
      </w:r>
      <w:r/>
    </w:p>
    <w:p>
      <w:pPr>
        <w:pStyle w:val="ListNumber"/>
        <w:spacing w:line="240" w:lineRule="auto"/>
        <w:ind w:left="720"/>
      </w:pPr>
      <w:r/>
      <w:hyperlink r:id="rId13">
        <w:r>
          <w:rPr>
            <w:color w:val="0000EE"/>
            <w:u w:val="single"/>
          </w:rPr>
          <w:t>https://variety.com/2024/tv/news/amazon-earnings-ad-sales-rise-prime-video-1236196495/</w:t>
        </w:r>
      </w:hyperlink>
      <w:r>
        <w:t xml:space="preserve"> - Highlights the growth and potential of Amazon's advertising business, including initiatives like Prime Video.</w:t>
      </w:r>
      <w:r/>
    </w:p>
    <w:p>
      <w:pPr>
        <w:pStyle w:val="ListNumber"/>
        <w:spacing w:line="240" w:lineRule="auto"/>
        <w:ind w:left="720"/>
      </w:pPr>
      <w:r/>
      <w:hyperlink r:id="rId15">
        <w:r>
          <w:rPr>
            <w:color w:val="0000EE"/>
            <w:u w:val="single"/>
          </w:rPr>
          <w:t>https://www.benzinga.com/analyst-ratings/analyst-color/24/11/41692259/amazon-analysts-see-growth-ahead-with-aws-in-early-innings-of-a-big-ai-cycle-advert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ss.aboutamazon.com/2024/10/amazon-com-announces-third-quarter-results" TargetMode="External"/><Relationship Id="rId11" Type="http://schemas.openxmlformats.org/officeDocument/2006/relationships/hyperlink" Target="https://www.investopedia.com/amazon-q3-fy-2024-earnings-preview-what-you-need-to-know-8733698" TargetMode="External"/><Relationship Id="rId12" Type="http://schemas.openxmlformats.org/officeDocument/2006/relationships/hyperlink" Target="https://ir.aboutamazon.com/news-release/news-release-details/2024/Amazon.com-Announces-Third-Quarter-Results/" TargetMode="External"/><Relationship Id="rId13" Type="http://schemas.openxmlformats.org/officeDocument/2006/relationships/hyperlink" Target="https://variety.com/2024/tv/news/amazon-earnings-ad-sales-rise-prime-video-1236196495/" TargetMode="External"/><Relationship Id="rId14" Type="http://schemas.openxmlformats.org/officeDocument/2006/relationships/hyperlink" Target="https://www.businessinsider.com/amazon-stock-earnings-report-call-live-updates-2024-10" TargetMode="External"/><Relationship Id="rId15" Type="http://schemas.openxmlformats.org/officeDocument/2006/relationships/hyperlink" Target="https://www.benzinga.com/analyst-ratings/analyst-color/24/11/41692259/amazon-analysts-see-growth-ahead-with-aws-in-early-innings-of-a-big-ai-cycle-adve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