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and Samsung roll out new software updates with innovative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and Samsung Roll Out New Software Updates with Innovative Features</w:t>
      </w:r>
      <w:r/>
    </w:p>
    <w:p>
      <w:r/>
      <w:r>
        <w:t>In December, Apple plans to release its latest iOS 18.2 software update, as per the latest reports from Mark Gurman in his Power On newsletter. This eagerly anticipated update, slated for early December, is set to introduce several new features aimed at enhancing the user experience for iPhone users, especially those with the iPhone 15 Pro and the upcoming iPhone 16 models.</w:t>
      </w:r>
      <w:r/>
    </w:p>
    <w:p>
      <w:r/>
      <w:r>
        <w:t>The iOS 18.2 update brings a slew of advancements predominantly centred around Apple's enhanced AI capabilities. Among the standout features are Genmoji, which allows users to create custom emojis; Image Playground, for generating cartoon-like images; and Image Wand, which transforms rough sketches into complete images within the Notes app. Moreover, iPhone users will experience a notable integration with ChatGPT for Siri, markedly boosting the virtual assistant's conversational abilities.</w:t>
      </w:r>
      <w:r/>
    </w:p>
    <w:p>
      <w:r/>
      <w:r>
        <w:t>The update also supports localized English for a wider range of countries, including the UK, Ireland, Canada, Australia, New Zealand, and South Africa, broadening the accessibility of Apple's Intelligence features. Beyond these updates, users will find a "Default Apps" section in the Settings, daily Sudoku puzzles for Apple News+ subscribers in the U.S., and a specific feature for Australian users allowing iMessage nudity reporting.</w:t>
      </w:r>
      <w:r/>
    </w:p>
    <w:p>
      <w:r/>
      <w:r>
        <w:t>In the realm of Android, Samsung is preparing for the upcoming January release of its Galaxy S25 series, amidst growing anticipation and speculation about its features. One major potential development is the inclusion of A/B updates, a method for seamless software upgrades initially introduced by Google in 2016. This system installs new updates on a secondary storage partition, allowing users to continue operating their device without interruption. A quick reboot completes the installation process, minimising downtime typically associated with software updates.</w:t>
      </w:r>
      <w:r/>
    </w:p>
    <w:p>
      <w:r/>
      <w:r>
        <w:t>While A/B updates have previously been available on the mid-range Samsung Galaxy A55, if confirmed, this would mark their debut in Samsung's flagship range. Notably, for a device to support A/B updates, this functionality must be incorporated at the hardware level during its manufacturing process.</w:t>
      </w:r>
      <w:r/>
    </w:p>
    <w:p>
      <w:r/>
      <w:r>
        <w:t>Further contributing to the buzz around Samsung's software developments is the anticipated One UI 7 update, which is expected to introduce new AI features. Among these, a function akin to the notification summary found in Apple’s iOS 18.1 – referred to as AI notification – may be included. This feature summarises messages to highlight crucial content, potentially aiding time management by reducing the need to sift through numerous notifications.</w:t>
      </w:r>
      <w:r/>
    </w:p>
    <w:p>
      <w:r/>
      <w:r>
        <w:t>As the tech landscape rapidly evolves with these advancements, users across the globe are keenly anticipating the official release of these updates to explore how these features enhance their digital interactions. Apple's and Samsung's efforts to integrate more sophisticated AI capabilities into their ecosystems certainly underline the growing importance of AI in shaping future mobile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https://www.macrumors.com/2024/11/03/ios-18-2-release-date/</w:t>
        </w:r>
      </w:hyperlink>
      <w:r>
        <w:t xml:space="preserve"> - Corroborates the planned release of iOS 18.2 in early December and the features such as Genmoji, Image Playground, and ChatGPT integration.</w:t>
      </w:r>
      <w:r/>
    </w:p>
    <w:p>
      <w:pPr>
        <w:pStyle w:val="ListNumber"/>
        <w:spacing w:line="240" w:lineRule="auto"/>
        <w:ind w:left="720"/>
      </w:pPr>
      <w:r/>
      <w:hyperlink r:id="rId10">
        <w:r>
          <w:rPr>
            <w:color w:val="0000EE"/>
            <w:u w:val="single"/>
          </w:rPr>
          <w:t>https://www.macrumors.com/2024/11/03/ios-18-2-release-date/</w:t>
        </w:r>
      </w:hyperlink>
      <w:r>
        <w:t xml:space="preserve"> - Supports the expansion of Apple Intelligence to localized English in the UK, Ireland, Canada, Australia, New Zealand, and South Africa.</w:t>
      </w:r>
      <w:r/>
    </w:p>
    <w:p>
      <w:pPr>
        <w:pStyle w:val="ListNumber"/>
        <w:spacing w:line="240" w:lineRule="auto"/>
        <w:ind w:left="720"/>
      </w:pPr>
      <w:r/>
      <w:hyperlink r:id="rId11">
        <w:r>
          <w:rPr>
            <w:color w:val="0000EE"/>
            <w:u w:val="single"/>
          </w:rPr>
          <w:t>https://www.macrumors.com/2024/10/31/10-new-things-iphone-can-do-ios-18-2/</w:t>
        </w:r>
      </w:hyperlink>
      <w:r>
        <w:t xml:space="preserve"> - Details the new 'Default Apps' section in the Settings app and daily Sudoku puzzles for Apple News+ subscribers in the U.S.</w:t>
      </w:r>
      <w:r/>
    </w:p>
    <w:p>
      <w:pPr>
        <w:pStyle w:val="ListNumber"/>
        <w:spacing w:line="240" w:lineRule="auto"/>
        <w:ind w:left="720"/>
      </w:pPr>
      <w:r/>
      <w:hyperlink r:id="rId11">
        <w:r>
          <w:rPr>
            <w:color w:val="0000EE"/>
            <w:u w:val="single"/>
          </w:rPr>
          <w:t>https://www.macrumors.com/2024/10/31/10-new-things-iphone-can-do-ios-18-2/</w:t>
        </w:r>
      </w:hyperlink>
      <w:r>
        <w:t xml:space="preserve"> - Explains the iMessage nudity reporting feature for Australian users.</w:t>
      </w:r>
      <w:r/>
    </w:p>
    <w:p>
      <w:pPr>
        <w:pStyle w:val="ListNumber"/>
        <w:spacing w:line="240" w:lineRule="auto"/>
        <w:ind w:left="720"/>
      </w:pPr>
      <w:r/>
      <w:hyperlink r:id="rId12">
        <w:r>
          <w:rPr>
            <w:color w:val="0000EE"/>
            <w:u w:val="single"/>
          </w:rPr>
          <w:t>https://www.youtube.com/watch?v=p7c4PfKS60U</w:t>
        </w:r>
      </w:hyperlink>
      <w:r>
        <w:t xml:space="preserve"> - Describes the ChatGPT integration with Siri and the functionality of Image Playground.</w:t>
      </w:r>
      <w:r/>
    </w:p>
    <w:p>
      <w:pPr>
        <w:pStyle w:val="ListNumber"/>
        <w:spacing w:line="240" w:lineRule="auto"/>
        <w:ind w:left="720"/>
      </w:pPr>
      <w:r/>
      <w:hyperlink r:id="rId13">
        <w:r>
          <w:rPr>
            <w:color w:val="0000EE"/>
            <w:u w:val="single"/>
          </w:rPr>
          <w:t>https://www.youtube.com/watch?v=XyqHTFiWwlc</w:t>
        </w:r>
      </w:hyperlink>
      <w:r>
        <w:t xml:space="preserve"> - Provides details on the performance and battery life improvements in iOS 18.2 beta.</w:t>
      </w:r>
      <w:r/>
    </w:p>
    <w:p>
      <w:pPr>
        <w:pStyle w:val="ListNumber"/>
        <w:spacing w:line="240" w:lineRule="auto"/>
        <w:ind w:left="720"/>
      </w:pPr>
      <w:r/>
      <w:hyperlink r:id="rId14">
        <w:r>
          <w:rPr>
            <w:color w:val="0000EE"/>
            <w:u w:val="single"/>
          </w:rPr>
          <w:t>https://9to5mac.com/2024/10/23/ios-18-2-new-features-changes/</w:t>
        </w:r>
      </w:hyperlink>
      <w:r>
        <w:t xml:space="preserve"> - Lists the new Apple Intelligence features, including Genmoji and Image Playground, and their integration into apps like Messages and Mail.</w:t>
      </w:r>
      <w:r/>
    </w:p>
    <w:p>
      <w:pPr>
        <w:pStyle w:val="ListNumber"/>
        <w:spacing w:line="240" w:lineRule="auto"/>
        <w:ind w:left="720"/>
      </w:pPr>
      <w:r/>
      <w:hyperlink r:id="rId11">
        <w:r>
          <w:rPr>
            <w:color w:val="0000EE"/>
            <w:u w:val="single"/>
          </w:rPr>
          <w:t>https://www.macrumors.com/2024/10/31/10-new-things-iphone-can-do-ios-18-2/</w:t>
        </w:r>
      </w:hyperlink>
      <w:r>
        <w:t xml:space="preserve"> - Explains the Visual Intelligence feature and its capabilities, such as reading text aloud and identifying phone numbers and addresses.</w:t>
      </w:r>
      <w:r/>
    </w:p>
    <w:p>
      <w:pPr>
        <w:pStyle w:val="ListNumber"/>
        <w:spacing w:line="240" w:lineRule="auto"/>
        <w:ind w:left="720"/>
      </w:pPr>
      <w:r/>
      <w:hyperlink r:id="rId11">
        <w:r>
          <w:rPr>
            <w:color w:val="0000EE"/>
            <w:u w:val="single"/>
          </w:rPr>
          <w:t>https://www.macrumors.com/2024/10/31/10-new-things-iphone-can-do-ios-18-2/</w:t>
        </w:r>
      </w:hyperlink>
      <w:r>
        <w:t xml:space="preserve"> - Details the categorization feature in the Mail app, including sections for Primary, Transactions, Updates, and Promotions.</w:t>
      </w:r>
      <w:r/>
    </w:p>
    <w:p>
      <w:pPr>
        <w:pStyle w:val="ListNumber"/>
        <w:spacing w:line="240" w:lineRule="auto"/>
        <w:ind w:left="720"/>
      </w:pPr>
      <w:r/>
      <w:hyperlink r:id="rId11">
        <w:r>
          <w:rPr>
            <w:color w:val="0000EE"/>
            <w:u w:val="single"/>
          </w:rPr>
          <w:t>https://www.macrumors.com/2024/10/31/10-new-things-iphone-can-do-ios-18-2/</w:t>
        </w:r>
      </w:hyperlink>
      <w:r>
        <w:t xml:space="preserve"> - Mentions the return of the volume control on the Lock Screen as an option in Settings.</w:t>
      </w:r>
      <w:r/>
    </w:p>
    <w:p>
      <w:pPr>
        <w:pStyle w:val="ListNumber"/>
        <w:spacing w:line="240" w:lineRule="auto"/>
        <w:ind w:left="720"/>
      </w:pPr>
      <w:r/>
      <w:hyperlink r:id="rId14">
        <w:r>
          <w:rPr>
            <w:color w:val="0000EE"/>
            <w:u w:val="single"/>
          </w:rPr>
          <w:t>https://9to5mac.com/2024/10/23/ios-18-2-new-features-changes/</w:t>
        </w:r>
      </w:hyperlink>
      <w:r>
        <w:t xml:space="preserve"> - Confirms the availability of iOS 18.2 beta for specific iPhone models, including iPhone 15 Pro and iPhone 16 models.</w:t>
      </w:r>
      <w:r/>
    </w:p>
    <w:p>
      <w:pPr>
        <w:pStyle w:val="ListNumber"/>
        <w:spacing w:line="240" w:lineRule="auto"/>
        <w:ind w:left="720"/>
      </w:pPr>
      <w:r/>
      <w:hyperlink r:id="rId10">
        <w:r>
          <w:rPr>
            <w:color w:val="0000EE"/>
            <w:u w:val="single"/>
          </w:rPr>
          <w:t>https://www.macrumors.com/2024/11/03/ios-18-2-release-date/</w:t>
        </w:r>
      </w:hyperlink>
      <w:r>
        <w:t xml:space="preserve"> - Please view link - unable to able to access data</w:t>
      </w:r>
      <w:r/>
    </w:p>
    <w:p>
      <w:pPr>
        <w:pStyle w:val="ListNumber"/>
        <w:spacing w:line="240" w:lineRule="auto"/>
        <w:ind w:left="720"/>
      </w:pPr>
      <w:r/>
      <w:hyperlink r:id="rId15">
        <w:r>
          <w:rPr>
            <w:color w:val="0000EE"/>
            <w:u w:val="single"/>
          </w:rPr>
          <w:t>https://www.techradar.com/phones/samsung-galaxy-phones/the-galaxy-s25-could-be-the-first-samsung-flagship-phone-to-get-seamless-updates</w:t>
        </w:r>
      </w:hyperlink>
      <w:r>
        <w:t xml:space="preserve"> - Please view link - unable to able to access data</w:t>
      </w:r>
      <w:r/>
    </w:p>
    <w:p>
      <w:pPr>
        <w:pStyle w:val="ListNumber"/>
        <w:spacing w:line="240" w:lineRule="auto"/>
        <w:ind w:left="720"/>
      </w:pPr>
      <w:r/>
      <w:hyperlink r:id="rId16">
        <w:r>
          <w:rPr>
            <w:color w:val="0000EE"/>
            <w:u w:val="single"/>
          </w:rPr>
          <w:t>https://www.techradar.com/phones/samsung-galaxy-phones/samsung-one-ui-7-might-add-ai-notification-summaries-just-like-apple-intelligence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1/03/ios-18-2-release-date/" TargetMode="External"/><Relationship Id="rId11" Type="http://schemas.openxmlformats.org/officeDocument/2006/relationships/hyperlink" Target="https://www.macrumors.com/2024/10/31/10-new-things-iphone-can-do-ios-18-2/" TargetMode="External"/><Relationship Id="rId12" Type="http://schemas.openxmlformats.org/officeDocument/2006/relationships/hyperlink" Target="https://www.youtube.com/watch?v=p7c4PfKS60U" TargetMode="External"/><Relationship Id="rId13" Type="http://schemas.openxmlformats.org/officeDocument/2006/relationships/hyperlink" Target="https://www.youtube.com/watch?v=XyqHTFiWwlc" TargetMode="External"/><Relationship Id="rId14" Type="http://schemas.openxmlformats.org/officeDocument/2006/relationships/hyperlink" Target="https://9to5mac.com/2024/10/23/ios-18-2-new-features-changes/" TargetMode="External"/><Relationship Id="rId15" Type="http://schemas.openxmlformats.org/officeDocument/2006/relationships/hyperlink" Target="https://www.techradar.com/phones/samsung-galaxy-phones/the-galaxy-s25-could-be-the-first-samsung-flagship-phone-to-get-seamless-updates" TargetMode="External"/><Relationship Id="rId16" Type="http://schemas.openxmlformats.org/officeDocument/2006/relationships/hyperlink" Target="https://www.techradar.com/phones/samsung-galaxy-phones/samsung-one-ui-7-might-add-ai-notification-summaries-just-like-apple-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