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Bing Chat enhances creativity with new AI image generation features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Microsoft's Bing Chat, now enhanced with OpenAI's GPT-4, has taken a significant leap in its capabilities with the integration of AI image generation. This transformative feature, powered by an advanced iteration of OpenAI’s DALL-E model, allows users to create images from text prompts, extending the chatbot's functionality beyond text-based responses.</w:t>
      </w:r>
      <w:r/>
    </w:p>
    <w:p>
      <w:r/>
      <w:r>
        <w:t>Despite Bing AI Chat being available at no cost to users, the service does come with its set of challenges. Notably, it operates at a slower pace compared to competitors like ChatGPT and Google Bard AI, and there are instances where it might fail to respond, leading to abrupt conversations. However, its unique ability to convert text into visuals by generating images remains a highlight.</w:t>
      </w:r>
      <w:r/>
    </w:p>
    <w:p>
      <w:r/>
      <w:r>
        <w:t>The AI-powered Bing Image Creator, facilitated through Microsoft Edge, offers users a straightforward approach to crafting images. By entering text prompts, users can see their imagination brought to life. Although currently free, Bing Image Creator occasionally generates images that do not perfectly align with the user's text descriptions, indicating room for further refinement.</w:t>
      </w:r>
      <w:r/>
    </w:p>
    <w:p>
      <w:r/>
      <w:r>
        <w:t>There are three primary methods to access this image creation capability:</w:t>
      </w:r>
      <w:r/>
    </w:p>
    <w:p>
      <w:r/>
      <w:r>
        <w:t xml:space="preserve">1. </w:t>
      </w:r>
      <w:r>
        <w:rPr>
          <w:b/>
        </w:rPr>
        <w:t>Bing AI Chat</w:t>
      </w:r>
      <w:r>
        <w:t>: Users can engage directly through the Bing AI Chat interface accessed via the Microsoft Edge browser. By submitting a descriptive text prompt, such as "Create an image of a dog holding a pen", users receive generated images within seconds.</w:t>
      </w:r>
      <w:r/>
    </w:p>
    <w:p>
      <w:r/>
      <w:r>
        <w:t xml:space="preserve">2. </w:t>
      </w:r>
      <w:r>
        <w:rPr>
          <w:b/>
        </w:rPr>
        <w:t>Bing Image Creator</w:t>
      </w:r>
      <w:r>
        <w:t>: Using the Microsoft Edge browser, users can visit a dedicated webpage to input their prompts directly into the Bing Image Creator. This option operates similarly by transforming text descriptions into visual interpretations.</w:t>
      </w:r>
      <w:r/>
    </w:p>
    <w:p>
      <w:r/>
      <w:r>
        <w:t xml:space="preserve">3. </w:t>
      </w:r>
      <w:r>
        <w:rPr>
          <w:b/>
        </w:rPr>
        <w:t>Microsoft Edge Browser Integration</w:t>
      </w:r>
      <w:r>
        <w:t>: The Microsoft Edge browser also includes the image creation feature within its 'Discover' sidebar. By clicking the Copilot icon, users can enter text prompts and receive generated images without needing to navigate away from the browser.</w:t>
      </w:r>
      <w:r/>
    </w:p>
    <w:p>
      <w:r/>
      <w:r>
        <w:t>For those aiming to fine-tune their image generation process, it’s advised to use precise and concise text prompts. Avoiding overly complex vocabulary and clearly defining the desired output tend to yield better results. For mobile users, Bing's AI also offers solutions compatible with both Android and iOS devices.</w:t>
      </w:r>
      <w:r/>
    </w:p>
    <w:p>
      <w:r/>
      <w:r>
        <w:t xml:space="preserve">Despite the enticing capabilities of the Bing AI Image Creator, some users have reported dissatisfaction with the realism of the images. Adjusting prompts and exploring other text structures can assist in enhancing image quality. </w:t>
      </w:r>
      <w:r/>
    </w:p>
    <w:p>
      <w:r/>
      <w:r>
        <w:t xml:space="preserve">The Bing AI and its image generator are freely accessible but require a Microsoft account login to facilitate these services. Although the tool lacks some speed, its ability to produce impressive images continues to attract attention. For those interested in delving into the burgeoning market of AI-generated art, creations made with Bing AI can indeed be sold, allowing creators to capitalise on their digital artworks. </w:t>
      </w:r>
      <w:r/>
    </w:p>
    <w:p>
      <w:r/>
      <w:r>
        <w:t>As Microsoft continues to expand its AI functionalities within Bing, users are afforded new ways to interact creatively with technology, positioning Bing as a viable free alternative in the competitive landscape of AI image generators.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https://zapier.com/blog/copilot-vs-chatgpt/</w:t>
        </w:r>
      </w:hyperlink>
      <w:r>
        <w:t xml:space="preserve"> - This article explains how Microsoft's Bing Chat, enhanced with OpenAI's GPT-4, can generate images using DALL-E 3, and compares its capabilities with ChatGPT.</w:t>
      </w:r>
      <w:r/>
    </w:p>
    <w:p>
      <w:pPr>
        <w:pStyle w:val="ListNumber"/>
        <w:spacing w:line="240" w:lineRule="auto"/>
        <w:ind w:left="720"/>
      </w:pPr>
      <w:r/>
      <w:hyperlink r:id="rId10">
        <w:r>
          <w:rPr>
            <w:color w:val="0000EE"/>
            <w:u w:val="single"/>
          </w:rPr>
          <w:t>https://zapier.com/blog/copilot-vs-chatgpt/</w:t>
        </w:r>
      </w:hyperlink>
      <w:r>
        <w:t xml:space="preserve"> - It highlights the integration of AI image generation in Bing AI Chat and the methods to access this feature through Microsoft Edge.</w:t>
      </w:r>
      <w:r/>
    </w:p>
    <w:p>
      <w:pPr>
        <w:pStyle w:val="ListNumber"/>
        <w:spacing w:line="240" w:lineRule="auto"/>
        <w:ind w:left="720"/>
      </w:pPr>
      <w:r/>
      <w:hyperlink r:id="rId11">
        <w:r>
          <w:rPr>
            <w:color w:val="0000EE"/>
            <w:u w:val="single"/>
          </w:rPr>
          <w:t>https://community.openai.com/t/chatgpt-4-refusing-generating-images-with-dall-e-3/733829</w:t>
        </w:r>
      </w:hyperlink>
      <w:r>
        <w:t xml:space="preserve"> - This discussion clarifies that ChatGPT 4 uses DALL-E 3 for image generation, which is also relevant to the capabilities of Bing AI Chat using the same model.</w:t>
      </w:r>
      <w:r/>
    </w:p>
    <w:p>
      <w:pPr>
        <w:pStyle w:val="ListNumber"/>
        <w:spacing w:line="240" w:lineRule="auto"/>
        <w:ind w:left="720"/>
      </w:pPr>
      <w:r/>
      <w:hyperlink r:id="rId12">
        <w:r>
          <w:rPr>
            <w:color w:val="0000EE"/>
            <w:u w:val="single"/>
          </w:rPr>
          <w:t>https://community.openai.com/t/gpt-4-imagine-generation-not-working/311262</w:t>
        </w:r>
      </w:hyperlink>
      <w:r>
        <w:t xml:space="preserve"> - This thread discusses issues with image generation using DALL-E, which can sometimes fail, aligning with the mention of occasional failures in Bing Image Creator.</w:t>
      </w:r>
      <w:r/>
    </w:p>
    <w:p>
      <w:pPr>
        <w:pStyle w:val="ListNumber"/>
        <w:spacing w:line="240" w:lineRule="auto"/>
        <w:ind w:left="720"/>
      </w:pPr>
      <w:r/>
      <w:hyperlink r:id="rId13">
        <w:r>
          <w:rPr>
            <w:color w:val="0000EE"/>
            <w:u w:val="single"/>
          </w:rPr>
          <w:t>https://www.reddit.com/r/ChatGPT/comments/17d4v35/whats_the_difference_between_gpt4_from_bing_and/</w:t>
        </w:r>
      </w:hyperlink>
      <w:r>
        <w:t xml:space="preserve"> - This Reddit discussion compares GPT-4 from Bing with OpenAI's version, including the image generation capabilities and the differences in user experience.</w:t>
      </w:r>
      <w:r/>
    </w:p>
    <w:p>
      <w:pPr>
        <w:pStyle w:val="ListNumber"/>
        <w:spacing w:line="240" w:lineRule="auto"/>
        <w:ind w:left="720"/>
      </w:pPr>
      <w:r/>
      <w:hyperlink r:id="rId14">
        <w:r>
          <w:rPr>
            <w:color w:val="0000EE"/>
            <w:u w:val="single"/>
          </w:rPr>
          <w:t>https://openai.com/index/gpt-4-research/</w:t>
        </w:r>
      </w:hyperlink>
      <w:r>
        <w:t xml:space="preserve"> - This page details the capabilities of GPT-4, including its multimodal features and the use of DALL-E for image generation, which is relevant to Bing AI Chat's image creation abilities.</w:t>
      </w:r>
      <w:r/>
    </w:p>
    <w:p>
      <w:pPr>
        <w:pStyle w:val="ListNumber"/>
        <w:spacing w:line="240" w:lineRule="auto"/>
        <w:ind w:left="720"/>
      </w:pPr>
      <w:r/>
      <w:hyperlink r:id="rId10">
        <w:r>
          <w:rPr>
            <w:color w:val="0000EE"/>
            <w:u w:val="single"/>
          </w:rPr>
          <w:t>https://zapier.com/blog/copilot-vs-chatgpt/</w:t>
        </w:r>
      </w:hyperlink>
      <w:r>
        <w:t xml:space="preserve"> - It mentions the need for precise and concise text prompts to fine-tune image generation, a tip applicable to both Bing AI and ChatGPT users.</w:t>
      </w:r>
      <w:r/>
    </w:p>
    <w:p>
      <w:pPr>
        <w:pStyle w:val="ListNumber"/>
        <w:spacing w:line="240" w:lineRule="auto"/>
        <w:ind w:left="720"/>
      </w:pPr>
      <w:r/>
      <w:hyperlink r:id="rId10">
        <w:r>
          <w:rPr>
            <w:color w:val="0000EE"/>
            <w:u w:val="single"/>
          </w:rPr>
          <w:t>https://zapier.com/blog/copilot-vs-chatgpt/</w:t>
        </w:r>
      </w:hyperlink>
      <w:r>
        <w:t xml:space="preserve"> - The article notes that Bing AI Image Creator is freely accessible but requires a Microsoft account login, aligning with the article's mention of accessibility.</w:t>
      </w:r>
      <w:r/>
    </w:p>
    <w:p>
      <w:pPr>
        <w:pStyle w:val="ListNumber"/>
        <w:spacing w:line="240" w:lineRule="auto"/>
        <w:ind w:left="720"/>
      </w:pPr>
      <w:r/>
      <w:hyperlink r:id="rId11">
        <w:r>
          <w:rPr>
            <w:color w:val="0000EE"/>
            <w:u w:val="single"/>
          </w:rPr>
          <w:t>https://community.openai.com/t/chatgpt-4-refusing-generating-images-with-dall-e-3/733829</w:t>
        </w:r>
      </w:hyperlink>
      <w:r>
        <w:t xml:space="preserve"> - This discussion highlights the importance of using the correct model version for image generation, which is relevant to the capabilities and limitations of Bing AI Image Creator.</w:t>
      </w:r>
      <w:r/>
    </w:p>
    <w:p>
      <w:pPr>
        <w:pStyle w:val="ListNumber"/>
        <w:spacing w:line="240" w:lineRule="auto"/>
        <w:ind w:left="720"/>
      </w:pPr>
      <w:r/>
      <w:hyperlink r:id="rId10">
        <w:r>
          <w:rPr>
            <w:color w:val="0000EE"/>
            <w:u w:val="single"/>
          </w:rPr>
          <w:t>https://zapier.com/blog/copilot-vs-chatgpt/</w:t>
        </w:r>
      </w:hyperlink>
      <w:r>
        <w:t xml:space="preserve"> - It explains how Bing AI's image generation can be accessed through different interfaces, including Microsoft Edge and its 'Discover' sidebar.</w:t>
      </w:r>
      <w:r/>
    </w:p>
    <w:p>
      <w:pPr>
        <w:pStyle w:val="ListNumber"/>
        <w:spacing w:line="240" w:lineRule="auto"/>
        <w:ind w:left="720"/>
      </w:pPr>
      <w:r/>
      <w:hyperlink r:id="rId13">
        <w:r>
          <w:rPr>
            <w:color w:val="0000EE"/>
            <w:u w:val="single"/>
          </w:rPr>
          <w:t>https://www.reddit.com/r/ChatGPT/comments/17d4v35/whats_the_difference_between_gpt4_from_bing_and/</w:t>
        </w:r>
      </w:hyperlink>
      <w:r>
        <w:t xml:space="preserve"> - This discussion touches on the realism and quality issues of images generated by AI models, including those used in Bing AI Chat.</w:t>
      </w:r>
      <w:r/>
    </w:p>
    <w:p>
      <w:pPr>
        <w:pStyle w:val="ListNumber"/>
        <w:spacing w:line="240" w:lineRule="auto"/>
        <w:ind w:left="720"/>
      </w:pPr>
      <w:r/>
      <w:hyperlink r:id="rId15">
        <w:r>
          <w:rPr>
            <w:color w:val="0000EE"/>
            <w:u w:val="single"/>
          </w:rPr>
          <w:t>https://techviral.net/generate-images-with-ai/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zapier.com/blog/copilot-vs-chatgpt/" TargetMode="External"/><Relationship Id="rId11" Type="http://schemas.openxmlformats.org/officeDocument/2006/relationships/hyperlink" Target="https://community.openai.com/t/chatgpt-4-refusing-generating-images-with-dall-e-3/733829" TargetMode="External"/><Relationship Id="rId12" Type="http://schemas.openxmlformats.org/officeDocument/2006/relationships/hyperlink" Target="https://community.openai.com/t/gpt-4-imagine-generation-not-working/311262" TargetMode="External"/><Relationship Id="rId13" Type="http://schemas.openxmlformats.org/officeDocument/2006/relationships/hyperlink" Target="https://www.reddit.com/r/ChatGPT/comments/17d4v35/whats_the_difference_between_gpt4_from_bing_and/" TargetMode="External"/><Relationship Id="rId14" Type="http://schemas.openxmlformats.org/officeDocument/2006/relationships/hyperlink" Target="https://openai.com/index/gpt-4-research/" TargetMode="External"/><Relationship Id="rId15" Type="http://schemas.openxmlformats.org/officeDocument/2006/relationships/hyperlink" Target="https://techviral.net/generate-images-with-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