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rise over AI-generated political disinformation ahead of US elections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United States approaches the 2024 presidential election, growing concerns are emerging about the use of artificial intelligence (AI) to disseminate political disinformation aimed at misleading voters and potentially influencing the electoral outcome. Experts warn that AI is becoming a tool in the arsenal of those seeking to undermine the democratic process by spreading false information that could deter voters.</w:t>
      </w:r>
      <w:r/>
    </w:p>
    <w:p>
      <w:r/>
      <w:r>
        <w:t>The FBI has underscored the threat posed by AI-generated disinformation, emphasising the various forms it can take. Some of these include fabricated images, videos, phone calls, and text messages, all crafted with the sophistication that makes them difficult to discern from authentic content. These materials can create misleading perceptions, such as exaggerated reports of long voting lines, which might discourage potential voters from heading to the polls due to perceived inconvenience or difficulty.</w:t>
      </w:r>
      <w:r/>
    </w:p>
    <w:p>
      <w:r/>
      <w:r>
        <w:t>Ognjen Raghunathan, an associate professor at Northeastern University's Cybersecurity and Privacy Institute, explained the significant capabilities of AI in generating convincing fake materials. According to Raghunathan, the rapid advancement of AI technology has made it increasingly effective at producing content that can easily be mistaken for the truth, complicating efforts to identify what is real versus what is fake. This technology is used to erode public trust by muddying the waters of the electoral process, ultimately creating confusion among voters.</w:t>
      </w:r>
      <w:r/>
    </w:p>
    <w:p>
      <w:r/>
      <w:r>
        <w:t>The challenge of distinguishing between genuine information and fabricated content is exacerbated by the viral nature of social media, where such misinformation can quickly spread to a vast audience. This rapid dissemination makes it even more difficult for individuals to verify the authenticity of the information they encounter.</w:t>
      </w:r>
      <w:r/>
    </w:p>
    <w:p>
      <w:r/>
      <w:r>
        <w:t>In response to these growing concerns, authorities and experts are urging voters to critically assess the sources of information they consume, especially as election day draws near. The FBI advises the public to remain vigilant and evaluate the reliability of information before accepting it as fact. Efforts are being made to educate the public on recognising AI-generated disinformation, with resources available to help individuals discern manipulated content from genuine materials.</w:t>
      </w:r>
      <w:r/>
    </w:p>
    <w:p>
      <w:r/>
      <w:r>
        <w:t>As technology continues to evolve, the impact of AI on the electoral process is expected to remain a topic of significant concern, prompting ongoing discussions about how best to protect the integrity of democratic elections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https://moody.utexas.edu/news/presidential-campaign-goes-viral-so-too-does-misinformation</w:t>
        </w:r>
      </w:hyperlink>
      <w:r>
        <w:t xml:space="preserve"> - This article discusses the use of AI in generating disinformation during the 2024 presidential election, including the creation of fake news accounts and AI-generated content to mislead voters.</w:t>
      </w:r>
      <w:r/>
    </w:p>
    <w:p>
      <w:pPr>
        <w:pStyle w:val="ListNumber"/>
        <w:spacing w:line="240" w:lineRule="auto"/>
        <w:ind w:left="720"/>
      </w:pPr>
      <w:r/>
      <w:hyperlink r:id="rId11">
        <w:r>
          <w:rPr>
            <w:color w:val="0000EE"/>
            <w:u w:val="single"/>
          </w:rPr>
          <w:t>https://blog.checkpoint.com/security/ais-impact-in-2024-elections-and-what-voters-can-do-to-protect-themselves-from-disinformation/</w:t>
        </w:r>
      </w:hyperlink>
      <w:r>
        <w:t xml:space="preserve"> - This article highlights the various forms of AI-generated disinformation, such as deepfakes, and provides tips for voters to protect themselves from such misinformation.</w:t>
      </w:r>
      <w:r/>
    </w:p>
    <w:p>
      <w:pPr>
        <w:pStyle w:val="ListNumber"/>
        <w:spacing w:line="240" w:lineRule="auto"/>
        <w:ind w:left="720"/>
      </w:pPr>
      <w:r/>
      <w:hyperlink r:id="rId12">
        <w:r>
          <w:rPr>
            <w:color w:val="0000EE"/>
            <w:u w:val="single"/>
          </w:rPr>
          <w:t>https://time.com/7131271/ai-2024-elections/?amp=true</w:t>
        </w:r>
      </w:hyperlink>
      <w:r>
        <w:t xml:space="preserve"> - This article details the concerns about AI's impact on the 2024 elections, including the use of deepfakes and AI-generated content by foreign actors to influence voters.</w:t>
      </w:r>
      <w:r/>
    </w:p>
    <w:p>
      <w:pPr>
        <w:pStyle w:val="ListNumber"/>
        <w:spacing w:line="240" w:lineRule="auto"/>
        <w:ind w:left="720"/>
      </w:pPr>
      <w:r/>
      <w:hyperlink r:id="rId13">
        <w:r>
          <w:rPr>
            <w:color w:val="0000EE"/>
            <w:u w:val="single"/>
          </w:rPr>
          <w:t>https://www.psu.edu/news/research/story/ask-expert-ai-and-disinformation-2024-presidential-election</w:t>
        </w:r>
      </w:hyperlink>
      <w:r>
        <w:t xml:space="preserve"> - Experts from Penn State discuss how to identify AI-generated election misinformation and provide advice on how voters can protect themselves from disinformation.</w:t>
      </w:r>
      <w:r/>
    </w:p>
    <w:p>
      <w:pPr>
        <w:pStyle w:val="ListNumber"/>
        <w:spacing w:line="240" w:lineRule="auto"/>
        <w:ind w:left="720"/>
      </w:pPr>
      <w:r/>
      <w:hyperlink r:id="rId14">
        <w:r>
          <w:rPr>
            <w:color w:val="0000EE"/>
            <w:u w:val="single"/>
          </w:rPr>
          <w:t>https://time.com/7022120/ai-election-misinformation-2024/</w:t>
        </w:r>
      </w:hyperlink>
      <w:r>
        <w:t xml:space="preserve"> - This article addresses the spread of AI misinformation in the 2024 presidential election, including examples of AI-generated content and expert advice on how to protect oneself.</w:t>
      </w:r>
      <w:r/>
    </w:p>
    <w:p>
      <w:pPr>
        <w:pStyle w:val="ListNumber"/>
        <w:spacing w:line="240" w:lineRule="auto"/>
        <w:ind w:left="720"/>
      </w:pPr>
      <w:r/>
      <w:hyperlink r:id="rId10">
        <w:r>
          <w:rPr>
            <w:color w:val="0000EE"/>
            <w:u w:val="single"/>
          </w:rPr>
          <w:t>https://moody.utexas.edu/news/presidential-campaign-goes-viral-so-too-does-misinformation</w:t>
        </w:r>
      </w:hyperlink>
      <w:r>
        <w:t xml:space="preserve"> - The article explains how the rapid advancement of AI technology complicates efforts to distinguish between real and fake content, eroding public trust in the electoral process.</w:t>
      </w:r>
      <w:r/>
    </w:p>
    <w:p>
      <w:pPr>
        <w:pStyle w:val="ListNumber"/>
        <w:spacing w:line="240" w:lineRule="auto"/>
        <w:ind w:left="720"/>
      </w:pPr>
      <w:r/>
      <w:hyperlink r:id="rId11">
        <w:r>
          <w:rPr>
            <w:color w:val="0000EE"/>
            <w:u w:val="single"/>
          </w:rPr>
          <w:t>https://blog.checkpoint.com/security/ais-impact-in-2024-elections-and-what-voters-can-do-to-protect-themselves-from-disinformation/</w:t>
        </w:r>
      </w:hyperlink>
      <w:r>
        <w:t xml:space="preserve"> - This source emphasizes the viral nature of social media in spreading misinformation and the need for voters to critically assess information sources.</w:t>
      </w:r>
      <w:r/>
    </w:p>
    <w:p>
      <w:pPr>
        <w:pStyle w:val="ListNumber"/>
        <w:spacing w:line="240" w:lineRule="auto"/>
        <w:ind w:left="720"/>
      </w:pPr>
      <w:r/>
      <w:hyperlink r:id="rId12">
        <w:r>
          <w:rPr>
            <w:color w:val="0000EE"/>
            <w:u w:val="single"/>
          </w:rPr>
          <w:t>https://time.com/7131271/ai-2024-elections/?amp=true</w:t>
        </w:r>
      </w:hyperlink>
      <w:r>
        <w:t xml:space="preserve"> - The article discusses the ongoing concerns about AI's impact on the electoral process and the need for ongoing discussions to protect democratic elections.</w:t>
      </w:r>
      <w:r/>
    </w:p>
    <w:p>
      <w:pPr>
        <w:pStyle w:val="ListNumber"/>
        <w:spacing w:line="240" w:lineRule="auto"/>
        <w:ind w:left="720"/>
      </w:pPr>
      <w:r/>
      <w:hyperlink r:id="rId13">
        <w:r>
          <w:rPr>
            <w:color w:val="0000EE"/>
            <w:u w:val="single"/>
          </w:rPr>
          <w:t>https://www.psu.edu/news/research/story/ask-expert-ai-and-disinformation-2024-presidential-election</w:t>
        </w:r>
      </w:hyperlink>
      <w:r>
        <w:t xml:space="preserve"> - Experts advise voters to be vigilant and evaluate the reliability of information, especially as election day approaches, to combat AI-generated disinformation.</w:t>
      </w:r>
      <w:r/>
    </w:p>
    <w:p>
      <w:pPr>
        <w:pStyle w:val="ListNumber"/>
        <w:spacing w:line="240" w:lineRule="auto"/>
        <w:ind w:left="720"/>
      </w:pPr>
      <w:r/>
      <w:hyperlink r:id="rId14">
        <w:r>
          <w:rPr>
            <w:color w:val="0000EE"/>
            <w:u w:val="single"/>
          </w:rPr>
          <w:t>https://time.com/7022120/ai-election-misinformation-2024/</w:t>
        </w:r>
      </w:hyperlink>
      <w:r>
        <w:t xml:space="preserve"> - The article highlights the importance of educating the public on recognizing AI-generated disinformation and provides resources to help individuals discern manipulated content.</w:t>
      </w:r>
      <w:r/>
    </w:p>
    <w:p>
      <w:pPr>
        <w:pStyle w:val="ListNumber"/>
        <w:spacing w:line="240" w:lineRule="auto"/>
        <w:ind w:left="720"/>
      </w:pPr>
      <w:r/>
      <w:hyperlink r:id="rId11">
        <w:r>
          <w:rPr>
            <w:color w:val="0000EE"/>
            <w:u w:val="single"/>
          </w:rPr>
          <w:t>https://blog.checkpoint.com/security/ais-impact-in-2024-elections-and-what-voters-can-do-to-protect-themselves-from-disinformation/</w:t>
        </w:r>
      </w:hyperlink>
      <w:r>
        <w:t xml:space="preserve"> - This source details efforts by authorities and experts to educate the public on how to protect themselves from AI-generated disinformation as technology continues to evolve.</w:t>
      </w:r>
      <w:r/>
    </w:p>
    <w:p>
      <w:pPr>
        <w:pStyle w:val="ListNumber"/>
        <w:spacing w:line="240" w:lineRule="auto"/>
        <w:ind w:left="720"/>
      </w:pPr>
      <w:r/>
      <w:hyperlink r:id="rId15">
        <w:r>
          <w:rPr>
            <w:color w:val="0000EE"/>
            <w:u w:val="single"/>
          </w:rPr>
          <w:t>https://www.wcvb.com/article/artificial-intelligence-used-to-deter-voters-2024-election/62788630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oody.utexas.edu/news/presidential-campaign-goes-viral-so-too-does-misinformation" TargetMode="External"/><Relationship Id="rId11" Type="http://schemas.openxmlformats.org/officeDocument/2006/relationships/hyperlink" Target="https://blog.checkpoint.com/security/ais-impact-in-2024-elections-and-what-voters-can-do-to-protect-themselves-from-disinformation/" TargetMode="External"/><Relationship Id="rId12" Type="http://schemas.openxmlformats.org/officeDocument/2006/relationships/hyperlink" Target="https://time.com/7131271/ai-2024-elections/?amp=true" TargetMode="External"/><Relationship Id="rId13" Type="http://schemas.openxmlformats.org/officeDocument/2006/relationships/hyperlink" Target="https://www.psu.edu/news/research/story/ask-expert-ai-and-disinformation-2024-presidential-election" TargetMode="External"/><Relationship Id="rId14" Type="http://schemas.openxmlformats.org/officeDocument/2006/relationships/hyperlink" Target="https://time.com/7022120/ai-election-misinformation-2024/" TargetMode="External"/><Relationship Id="rId15" Type="http://schemas.openxmlformats.org/officeDocument/2006/relationships/hyperlink" Target="https://www.wcvb.com/article/artificial-intelligence-used-to-deter-voters-2024-election/627886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