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CreationNetwork.ai unveils comprehensive digital platform revolutionising content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CreationNetwork.ai Unveils Comprehensive Digital Platform Revolutionising Content Engagement</w:t>
      </w:r>
      <w:r/>
    </w:p>
    <w:p>
      <w:r/>
      <w:r>
        <w:rPr>
          <w:b/>
        </w:rPr>
        <w:t>London, United Kingdom - 1st November 2024</w:t>
      </w:r>
      <w:r>
        <w:t>: The digital landscape sees a notable shift today as CreationNetwork.ai officially launches, promising to transform how businesses, content creators, and influencers engage with digital mediums. As a multi-faceted platform, CreationNetwork.ai offers a fusion of AI-driven tools and platform integrations, positioning itself as a leading contender in enhancing digital interaction.</w:t>
      </w:r>
      <w:r/>
    </w:p>
    <w:p>
      <w:r/>
      <w:r>
        <w:rPr>
          <w:b/>
        </w:rPr>
        <w:t>Harnessing AI for Enhanced Digital Operations</w:t>
      </w:r>
      <w:r/>
    </w:p>
    <w:p>
      <w:r/>
      <w:r>
        <w:t>At the core of CreationNetwork.ai's offering are over 22 sophisticated AI-powered tools aimed at covering a wide array of digital functions. This toolset is engineered to boost productivity, streamline processes, and enhance outreach capabilities. Some of the standout tools include:</w:t>
      </w:r>
      <w:r/>
      <w:r/>
    </w:p>
    <w:p>
      <w:pPr>
        <w:pStyle w:val="ListBullet"/>
        <w:spacing w:line="240" w:lineRule="auto"/>
        <w:ind w:left="720"/>
      </w:pPr>
      <w:r/>
      <w:r>
        <w:rPr>
          <w:b/>
        </w:rPr>
        <w:t>AI Copywriter</w:t>
      </w:r>
      <w:r>
        <w:t>: Crafting high-quality content suitable for diverse digital formats, whether it be blogs or social media posts.</w:t>
      </w:r>
      <w:r/>
    </w:p>
    <w:p>
      <w:pPr>
        <w:pStyle w:val="ListBullet"/>
        <w:spacing w:line="240" w:lineRule="auto"/>
        <w:ind w:left="720"/>
      </w:pPr>
      <w:r/>
      <w:r>
        <w:rPr>
          <w:b/>
        </w:rPr>
        <w:t>AI Page Maker</w:t>
      </w:r>
      <w:r>
        <w:t>: Streamlining the webpage creation process without the need for technical know-how.</w:t>
      </w:r>
      <w:r/>
    </w:p>
    <w:p>
      <w:pPr>
        <w:pStyle w:val="ListBullet"/>
        <w:spacing w:line="240" w:lineRule="auto"/>
        <w:ind w:left="720"/>
      </w:pPr>
      <w:r/>
      <w:r>
        <w:rPr>
          <w:b/>
        </w:rPr>
        <w:t>AI Video Maker and Video Ambassador</w:t>
      </w:r>
      <w:r>
        <w:t>: Facilitating the creation of appealing video content, including avatar-based spokesperson videos.</w:t>
      </w:r>
      <w:r/>
    </w:p>
    <w:p>
      <w:pPr>
        <w:pStyle w:val="ListBullet"/>
        <w:spacing w:line="240" w:lineRule="auto"/>
        <w:ind w:left="720"/>
      </w:pPr>
      <w:r/>
      <w:r>
        <w:rPr>
          <w:b/>
        </w:rPr>
        <w:t>AI Voice Modifier and SmartVoice Replicator</w:t>
      </w:r>
      <w:r>
        <w:t>: Offering advanced audio solutions, from lifelike voiceovers to voice replication for brand consistency.</w:t>
      </w:r>
      <w:r/>
    </w:p>
    <w:p>
      <w:pPr>
        <w:pStyle w:val="ListBullet"/>
        <w:spacing w:line="240" w:lineRule="auto"/>
        <w:ind w:left="720"/>
      </w:pPr>
      <w:r/>
      <w:r>
        <w:rPr>
          <w:b/>
        </w:rPr>
        <w:t>Social Media Tools</w:t>
      </w:r>
      <w:r>
        <w:t>: A range of functionalities to enhance social media presence, such as Social Metrics Analytics for insights and Social PublishMaster for automated content posting.</w:t>
      </w:r>
      <w:r/>
      <w:r/>
    </w:p>
    <w:p>
      <w:r/>
      <w:r>
        <w:t>These AI resources collectively aim to lessen manual intervention in digital workflows, enabling users to focus on strategic growth and innovation drivers.</w:t>
      </w:r>
      <w:r/>
    </w:p>
    <w:p>
      <w:r/>
      <w:r>
        <w:rPr>
          <w:b/>
        </w:rPr>
        <w:t>Comprehensive Platform Integration</w:t>
      </w:r>
      <w:r/>
    </w:p>
    <w:p>
      <w:r/>
      <w:r>
        <w:t>A key distinguishing feature of CreationNetwork.ai is its integration capability, boasting over 29 different platform connections. This allows users to manage their digital operations from a centralised hub, covering major social networks and e-commerce platforms. The supported integrations include:</w:t>
      </w:r>
      <w:r/>
      <w:r/>
    </w:p>
    <w:p>
      <w:pPr>
        <w:pStyle w:val="ListBullet"/>
        <w:spacing w:line="240" w:lineRule="auto"/>
        <w:ind w:left="720"/>
      </w:pPr>
      <w:r/>
      <w:r>
        <w:rPr>
          <w:b/>
        </w:rPr>
        <w:t>Social Media Platforms</w:t>
      </w:r>
      <w:r>
        <w:t>: Such as Facebook, Instagram, X (formerly Twitter), TikTok, and more.</w:t>
      </w:r>
      <w:r/>
    </w:p>
    <w:p>
      <w:pPr>
        <w:pStyle w:val="ListBullet"/>
        <w:spacing w:line="240" w:lineRule="auto"/>
        <w:ind w:left="720"/>
      </w:pPr>
      <w:r/>
      <w:r>
        <w:rPr>
          <w:b/>
        </w:rPr>
        <w:t>E-commerce Solutions</w:t>
      </w:r>
      <w:r>
        <w:t>: Shopify, Etsy, and Wix Commerce to name a few, enhancing online retail management.</w:t>
      </w:r>
      <w:r/>
    </w:p>
    <w:p>
      <w:pPr>
        <w:pStyle w:val="ListBullet"/>
        <w:spacing w:line="240" w:lineRule="auto"/>
        <w:ind w:left="720"/>
      </w:pPr>
      <w:r/>
      <w:r>
        <w:rPr>
          <w:b/>
        </w:rPr>
        <w:t>Content Creation Resources</w:t>
      </w:r>
      <w:r>
        <w:t>: Access to platforms like Canva, Grammarly, and Dropbox for seamless resource utilisation.</w:t>
      </w:r>
      <w:r/>
      <w:r/>
    </w:p>
    <w:p>
      <w:r/>
      <w:r>
        <w:rPr>
          <w:b/>
        </w:rPr>
        <w:t>Community Engagement and CRNT Token Initiative</w:t>
      </w:r>
      <w:r/>
    </w:p>
    <w:p>
      <w:r/>
      <w:r>
        <w:t>In tandem with its launch, CreationNetwork.ai has announced a $750,000 CRNT Token Airdrop as part of its upcoming Initial Coin Offering (ICO). This initiative is tailored to galvanise supportive communities and encourage early engagement with the platform. Interested participants are invited to connect via the platform's social channels and complete a whitelist application for eligibility in the airdrop program.</w:t>
      </w:r>
      <w:r/>
    </w:p>
    <w:p>
      <w:r/>
      <w:r>
        <w:t>Ali Demir, CEO of CreationNetwork.ai, articulates the ambition behind the platform, stating, "CreationNetwork.ai aspires to set new standards in digital engagement, marrying cutting-edge AI and platform integration with automation to provide a one-stop digital solution. Our platform is distinct in its ability to leverage AI for broad digital content and marketing transformations."</w:t>
      </w:r>
      <w:r/>
    </w:p>
    <w:p>
      <w:r/>
      <w:r>
        <w:rPr>
          <w:b/>
        </w:rPr>
        <w:t>About CreationNetwork.ai</w:t>
      </w:r>
      <w:r/>
    </w:p>
    <w:p>
      <w:r/>
      <w:r>
        <w:t>Embarking on a mission to innovate the digital engagement sector, CreationNetwork.ai leverages artificial intelligence alongside blockchain technology to offer state-of-the-art solutions in content creation and social media management. With its extensive toolset and integrated approach, CreationNetwork.ai aims to proactively influence how brands and creators interact with their audiences.</w:t>
      </w:r>
      <w:r/>
    </w:p>
    <w:p>
      <w:r/>
      <w:r>
        <w:t>For more information, interested parties can consult the CreationNetwork.ai website or engage with the platform on its various social media channels, including Telegram, Twitter, and YouTube.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https://markets.businessinsider.com/news/currencies/creationnetwork-ai-emerges-as-a-leading-ai-powered-platform-integrating-22-tools-for-enhanced-digital-engagement-1033935472</w:t>
        </w:r>
      </w:hyperlink>
      <w:r>
        <w:t xml:space="preserve"> - Corroborates the launch of CreationNetwork.ai, its integration of 22+ AI-powered tools, and its extensive platform integrations.</w:t>
      </w:r>
      <w:r/>
    </w:p>
    <w:p>
      <w:pPr>
        <w:pStyle w:val="ListNumber"/>
        <w:spacing w:line="240" w:lineRule="auto"/>
        <w:ind w:left="720"/>
      </w:pPr>
      <w:r/>
      <w:hyperlink r:id="rId10">
        <w:r>
          <w:rPr>
            <w:color w:val="0000EE"/>
            <w:u w:val="single"/>
          </w:rPr>
          <w:t>https://markets.businessinsider.com/news/currencies/creationnetwork-ai-emerges-as-a-leading-ai-powered-platform-integrating-22-tools-for-enhanced-digital-engagement-1033935472</w:t>
        </w:r>
      </w:hyperlink>
      <w:r>
        <w:t xml:space="preserve"> - Details the specific AI tools such as AI Copywriter, AI Page Maker, AI Video Maker, and Social Media Tools.</w:t>
      </w:r>
      <w:r/>
    </w:p>
    <w:p>
      <w:pPr>
        <w:pStyle w:val="ListNumber"/>
        <w:spacing w:line="240" w:lineRule="auto"/>
        <w:ind w:left="720"/>
      </w:pPr>
      <w:r/>
      <w:hyperlink r:id="rId10">
        <w:r>
          <w:rPr>
            <w:color w:val="0000EE"/>
            <w:u w:val="single"/>
          </w:rPr>
          <w:t>https://markets.businessinsider.com/news/currencies/creationnetwork-ai-emerges-as-a-leading-ai-powered-platform-integrating-22-tools-for-enhanced-digital-engagement-1033935472</w:t>
        </w:r>
      </w:hyperlink>
      <w:r>
        <w:t xml:space="preserve"> - Lists the comprehensive platform integrations including social media and e-commerce platforms.</w:t>
      </w:r>
      <w:r/>
    </w:p>
    <w:p>
      <w:pPr>
        <w:pStyle w:val="ListNumber"/>
        <w:spacing w:line="240" w:lineRule="auto"/>
        <w:ind w:left="720"/>
      </w:pPr>
      <w:r/>
      <w:hyperlink r:id="rId11">
        <w:r>
          <w:rPr>
            <w:color w:val="0000EE"/>
            <w:u w:val="single"/>
          </w:rPr>
          <w:t>https://creationnetwork.ai</w:t>
        </w:r>
      </w:hyperlink>
      <w:r>
        <w:t xml:space="preserve"> - Provides an overview of the platform's goal to empower individuals and help them become skilled professionals in various fields.</w:t>
      </w:r>
      <w:r/>
    </w:p>
    <w:p>
      <w:pPr>
        <w:pStyle w:val="ListNumber"/>
        <w:spacing w:line="240" w:lineRule="auto"/>
        <w:ind w:left="720"/>
      </w:pPr>
      <w:r/>
      <w:hyperlink r:id="rId12">
        <w:r>
          <w:rPr>
            <w:color w:val="0000EE"/>
            <w:u w:val="single"/>
          </w:rPr>
          <w:t>https://www.bitget.com/news/detail/12560604319189</w:t>
        </w:r>
      </w:hyperlink>
      <w:r>
        <w:t xml:space="preserve"> - Confirms the launch date and the range of AI-powered tools offered by CreationNetwork.ai.</w:t>
      </w:r>
      <w:r/>
    </w:p>
    <w:p>
      <w:pPr>
        <w:pStyle w:val="ListNumber"/>
        <w:spacing w:line="240" w:lineRule="auto"/>
        <w:ind w:left="720"/>
      </w:pPr>
      <w:r/>
      <w:hyperlink r:id="rId13">
        <w:r>
          <w:rPr>
            <w:color w:val="0000EE"/>
            <w:u w:val="single"/>
          </w:rPr>
          <w:t>https://creationnetwork.ai/crnt-ai-tools/</w:t>
        </w:r>
      </w:hyperlink>
      <w:r>
        <w:t xml:space="preserve"> - Details the AI-powered tools and the blockchain-based artificial intelligence used by the platform.</w:t>
      </w:r>
      <w:r/>
    </w:p>
    <w:p>
      <w:pPr>
        <w:pStyle w:val="ListNumber"/>
        <w:spacing w:line="240" w:lineRule="auto"/>
        <w:ind w:left="720"/>
      </w:pPr>
      <w:r/>
      <w:hyperlink r:id="rId14">
        <w:r>
          <w:rPr>
            <w:color w:val="0000EE"/>
            <w:u w:val="single"/>
          </w:rPr>
          <w:t>https://www.bitget.com/news/detail/12560604319187</w:t>
        </w:r>
      </w:hyperlink>
      <w:r>
        <w:t xml:space="preserve"> - Supports the information about the platform's integration of over 22 AI-powered tools and 29 platform integrations.</w:t>
      </w:r>
      <w:r/>
    </w:p>
    <w:p>
      <w:pPr>
        <w:pStyle w:val="ListNumber"/>
        <w:spacing w:line="240" w:lineRule="auto"/>
        <w:ind w:left="720"/>
      </w:pPr>
      <w:r/>
      <w:hyperlink r:id="rId10">
        <w:r>
          <w:rPr>
            <w:color w:val="0000EE"/>
            <w:u w:val="single"/>
          </w:rPr>
          <w:t>https://markets.businessinsider.com/news/currencies/creationnetwork-ai-emerges-as-a-leading-ai-powered-platform-integrating-22-tools-for-enhanced-digital-engagement-1033935472</w:t>
        </w:r>
      </w:hyperlink>
      <w:r>
        <w:t xml:space="preserve"> - Quotes Ali Demir, CEO of CreationNetwork.ai, on the platform's ambition to set new standards in digital engagement.</w:t>
      </w:r>
      <w:r/>
    </w:p>
    <w:p>
      <w:pPr>
        <w:pStyle w:val="ListNumber"/>
        <w:spacing w:line="240" w:lineRule="auto"/>
        <w:ind w:left="720"/>
      </w:pPr>
      <w:r/>
      <w:hyperlink r:id="rId10">
        <w:r>
          <w:rPr>
            <w:color w:val="0000EE"/>
            <w:u w:val="single"/>
          </w:rPr>
          <w:t>https://markets.businessinsider.com/news/currencies/creationnetwork-ai-emerges-as-a-leading-ai-powered-platform-integrating-22-tools-for-enhanced-digital-engagement-1033935472</w:t>
        </w:r>
      </w:hyperlink>
      <w:r>
        <w:t xml:space="preserve"> - Mentions the CRNT Token Airdrop and the Initial Coin Offering (ICO) initiative to engage supportive communities.</w:t>
      </w:r>
      <w:r/>
    </w:p>
    <w:p>
      <w:pPr>
        <w:pStyle w:val="ListNumber"/>
        <w:spacing w:line="240" w:lineRule="auto"/>
        <w:ind w:left="720"/>
      </w:pPr>
      <w:r/>
      <w:hyperlink r:id="rId10">
        <w:r>
          <w:rPr>
            <w:color w:val="0000EE"/>
            <w:u w:val="single"/>
          </w:rPr>
          <w:t>https://markets.businessinsider.com/news/currencies/creationnetwork-ai-emerges-as-a-leading-ai-powered-platform-integrating-22-tools-for-enhanced-digital-engagement-1033935472</w:t>
        </w:r>
      </w:hyperlink>
      <w:r>
        <w:t xml:space="preserve"> - Explains how CreationNetwork.ai leverages artificial intelligence and blockchain technology for content creation and social media management.</w:t>
      </w:r>
      <w:r/>
    </w:p>
    <w:p>
      <w:pPr>
        <w:pStyle w:val="ListNumber"/>
        <w:spacing w:line="240" w:lineRule="auto"/>
        <w:ind w:left="720"/>
      </w:pPr>
      <w:r/>
      <w:hyperlink r:id="rId11">
        <w:r>
          <w:rPr>
            <w:color w:val="0000EE"/>
            <w:u w:val="single"/>
          </w:rPr>
          <w:t>https://creationnetwork.ai</w:t>
        </w:r>
      </w:hyperlink>
      <w:r>
        <w:t xml:space="preserve"> - Provides information on how to engage with the platform through its social media channels and website.</w:t>
      </w:r>
      <w:r/>
    </w:p>
    <w:p>
      <w:pPr>
        <w:pStyle w:val="ListNumber"/>
        <w:spacing w:line="240" w:lineRule="auto"/>
        <w:ind w:left="720"/>
      </w:pPr>
      <w:r/>
      <w:hyperlink r:id="rId15">
        <w:r>
          <w:rPr>
            <w:color w:val="0000EE"/>
            <w:u w:val="single"/>
          </w:rPr>
          <w:t>https://coinjournal.net/news/creationnetwork-ai-emerges-as-a-leading-ai-powered-platform-integrates-22-tools-for-digital-engagement/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businessinsider.com/news/currencies/creationnetwork-ai-emerges-as-a-leading-ai-powered-platform-integrating-22-tools-for-enhanced-digital-engagement-1033935472" TargetMode="External"/><Relationship Id="rId11" Type="http://schemas.openxmlformats.org/officeDocument/2006/relationships/hyperlink" Target="https://creationnetwork.ai" TargetMode="External"/><Relationship Id="rId12" Type="http://schemas.openxmlformats.org/officeDocument/2006/relationships/hyperlink" Target="https://www.bitget.com/news/detail/12560604319189" TargetMode="External"/><Relationship Id="rId13" Type="http://schemas.openxmlformats.org/officeDocument/2006/relationships/hyperlink" Target="https://creationnetwork.ai/crnt-ai-tools/" TargetMode="External"/><Relationship Id="rId14" Type="http://schemas.openxmlformats.org/officeDocument/2006/relationships/hyperlink" Target="https://www.bitget.com/news/detail/12560604319187" TargetMode="External"/><Relationship Id="rId15" Type="http://schemas.openxmlformats.org/officeDocument/2006/relationships/hyperlink" Target="https://coinjournal.net/news/creationnetwork-ai-emerges-as-a-leading-ai-powered-platform-integrates-22-tools-for-digital-eng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