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Crowds gather in Dublin for non-existent Halloween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Crowds Gather in Dublin for Non-Existent Halloween Parade</w:t>
      </w:r>
      <w:r/>
    </w:p>
    <w:p>
      <w:r/>
      <w:r>
        <w:t>In a surprising turn of events this Halloween, the streets of central Dublin were filled with anticipation as crowds gathered for a promised parade that never occurred. The buildup to this event was fuelled by an AI-generated article from the website MySpiritHalloween.com, which claimed to offer readers a detailed account of "spectacular floats to thrilling street performances," including specifics about the parade's route. However, as time passed, it became apparent that no such parade would take place, leaving hundreds of people to ponder the peculiar circumstances that led them to assemble for an event that existed only in digital form.</w:t>
      </w:r>
      <w:r/>
    </w:p>
    <w:p>
      <w:r/>
      <w:r>
        <w:t>The peculiar mishap was quickly picked up by social media and news outlets, drawing attention to the phenomenon of AI-generated content increasingly infiltrating real-world scenarios. This incident has highlighted how such automated content, utilised largely for SEO and marketing purposes, can lead to unintended consequences.</w:t>
      </w:r>
      <w:r/>
    </w:p>
    <w:p>
      <w:r/>
      <w:r>
        <w:t>Nazir Ali, the owner of MySpiritHalloween.com, spoke to WIRED about the incident. In an interview conducted via Google Meet, Ali expressed his embarrassment and frustration over the situation, which has led to accusations of scamming being directed at him and his company. In his defence, Ali clarified that the incident was not malicious or intentional.</w:t>
      </w:r>
      <w:r/>
    </w:p>
    <w:p>
      <w:r/>
      <w:r>
        <w:t>"Our company is primarily a content creation and SEO agency," Ali explained. "We employ writers, including some who work online, to assist with compiling information on events worldwide, including those in the USA, UK, and Ireland. In some cases, events might get moved or cancelled. For instance, we have had instances in Dubai where hotel management informed us of inaccuracies, which we promptly corrected. Unfortunately, in the case of the Dublin parade, no one notified us of any change, and by the time we realised, it was too late."</w:t>
      </w:r>
      <w:r/>
    </w:p>
    <w:p>
      <w:r/>
      <w:r>
        <w:t>Ali further elaborated on the role of AI in content creation for the website. While confirming that they did use AI tools like ChatGPT to draft the article, he emphasised that the process was not entirely automated. "You can draft a whole website with AI, but ranking on Google's first page requires optimisation," Ali stated. "We actively engage with the AI-generated content and refine it ourselves."</w:t>
      </w:r>
      <w:r/>
    </w:p>
    <w:p>
      <w:r/>
      <w:r>
        <w:t>Following the event's cancellation, MySpiritHalloween.com modified the post to indicate that the parade had been cancelled, but by that point, many were already aware of the non-event. The incident has stirred debate over the reliability of AI-generated content, particularly in contexts where real-world implications can arise from digital information.</w:t>
      </w:r>
      <w:r/>
    </w:p>
    <w:p>
      <w:r/>
      <w:r>
        <w:t>As for those who gathered on Dublin's streets, the absence of a parade did not necessarily ruin the day. The unanticipated congregation became an event in itself, turning what was expected to be a day of celebration into a lively impromptu gathering, albeit one rooted in an honest mistake amplified by the complexities of modern content creation and dissemination.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https://mynbc15.com/news/offbeat/fake-halloween-parade-ai-dublin-ireland-made-up-event-online-website-fraud-artificial-intelligence-october-spirit-chatgpt-chat-gpt</w:t>
        </w:r>
      </w:hyperlink>
      <w:r>
        <w:t xml:space="preserve"> - Corroborates the incident of a fake Halloween parade in Dublin, the role of AI in generating the content, and the statement from Nazir Ali, the owner of MySpiritHalloween.com.</w:t>
      </w:r>
      <w:r/>
    </w:p>
    <w:p>
      <w:pPr>
        <w:pStyle w:val="ListNumber"/>
        <w:spacing w:line="240" w:lineRule="auto"/>
        <w:ind w:left="720"/>
      </w:pPr>
      <w:r/>
      <w:hyperlink r:id="rId11">
        <w:r>
          <w:rPr>
            <w:color w:val="0000EE"/>
            <w:u w:val="single"/>
          </w:rPr>
          <w:t>https://www.cbsnews.com/news/dublin-halloween-parade-hoax-ireland-prank-ai-fake-news/</w:t>
        </w:r>
      </w:hyperlink>
      <w:r>
        <w:t xml:space="preserve"> - Details the hoax, the crowds gathered in Dublin, and the involvement of AI-generated content on the MySpiritHalloween.com website.</w:t>
      </w:r>
      <w:r/>
    </w:p>
    <w:p>
      <w:pPr>
        <w:pStyle w:val="ListNumber"/>
        <w:spacing w:line="240" w:lineRule="auto"/>
        <w:ind w:left="720"/>
      </w:pPr>
      <w:r/>
      <w:hyperlink r:id="rId12">
        <w:r>
          <w:rPr>
            <w:color w:val="0000EE"/>
            <w:u w:val="single"/>
          </w:rPr>
          <w:t>https://goosed.ie/news/no-dublin-halloween-parade/</w:t>
        </w:r>
      </w:hyperlink>
      <w:r>
        <w:t xml:space="preserve"> - Explains the confusion caused by the fake website, the use of AI for content creation, and the lack of an actual Halloween parade in Dublin.</w:t>
      </w:r>
      <w:r/>
    </w:p>
    <w:p>
      <w:pPr>
        <w:pStyle w:val="ListNumber"/>
        <w:spacing w:line="240" w:lineRule="auto"/>
        <w:ind w:left="720"/>
      </w:pPr>
      <w:r/>
      <w:hyperlink r:id="rId13">
        <w:r>
          <w:rPr>
            <w:color w:val="0000EE"/>
            <w:u w:val="single"/>
          </w:rPr>
          <w:t>https://www.irishtimes.com/ireland/2024/11/01/we-are-highly-embarrassed-website-creator-behind-non-existent-dublin-halloween-parade-says-it-was-a-mistake/</w:t>
        </w:r>
      </w:hyperlink>
      <w:r>
        <w:t xml:space="preserve"> - Provides Nazir Ali's statement expressing embarrassment and clarifying that the incident was not intentional.</w:t>
      </w:r>
      <w:r/>
    </w:p>
    <w:p>
      <w:pPr>
        <w:pStyle w:val="ListNumber"/>
        <w:spacing w:line="240" w:lineRule="auto"/>
        <w:ind w:left="720"/>
      </w:pPr>
      <w:r/>
      <w:hyperlink r:id="rId14">
        <w:r>
          <w:rPr>
            <w:color w:val="0000EE"/>
            <w:u w:val="single"/>
          </w:rPr>
          <w:t>https://www.reddit.com/r/Dublin/comments/1ggmztn/hundreds_gather_for_fake_halloween_parade/</w:t>
        </w:r>
      </w:hyperlink>
      <w:r>
        <w:t xml:space="preserve"> - Shows the community reaction and discussions about the fake parade, including the confusion and the realization that the event was a hoax.</w:t>
      </w:r>
      <w:r/>
    </w:p>
    <w:p>
      <w:pPr>
        <w:pStyle w:val="ListNumber"/>
        <w:spacing w:line="240" w:lineRule="auto"/>
        <w:ind w:left="720"/>
      </w:pPr>
      <w:r/>
      <w:hyperlink r:id="rId10">
        <w:r>
          <w:rPr>
            <w:color w:val="0000EE"/>
            <w:u w:val="single"/>
          </w:rPr>
          <w:t>https://mynbc15.com/news/offbeat/fake-halloween-parade-ai-dublin-ireland-made-up-event-online-website-fraud-artificial-intelligence-october-spirit-chatgpt-chat-gpt</w:t>
        </w:r>
      </w:hyperlink>
      <w:r>
        <w:t xml:space="preserve"> - Details the route of the supposed parade and the involvement of the arts ensemble Macnas, which was falsely claimed to be organizing the event.</w:t>
      </w:r>
      <w:r/>
    </w:p>
    <w:p>
      <w:pPr>
        <w:pStyle w:val="ListNumber"/>
        <w:spacing w:line="240" w:lineRule="auto"/>
        <w:ind w:left="720"/>
      </w:pPr>
      <w:r/>
      <w:hyperlink r:id="rId11">
        <w:r>
          <w:rPr>
            <w:color w:val="0000EE"/>
            <w:u w:val="single"/>
          </w:rPr>
          <w:t>https://www.cbsnews.com/news/dublin-halloween-parade-hoax-ireland-prank-ai-fake-news/</w:t>
        </w:r>
      </w:hyperlink>
      <w:r>
        <w:t xml:space="preserve"> - Mentions the use of real photos from previous Macnas events and fake social media pages to promote the non-existent parade.</w:t>
      </w:r>
      <w:r/>
    </w:p>
    <w:p>
      <w:pPr>
        <w:pStyle w:val="ListNumber"/>
        <w:spacing w:line="240" w:lineRule="auto"/>
        <w:ind w:left="720"/>
      </w:pPr>
      <w:r/>
      <w:hyperlink r:id="rId12">
        <w:r>
          <w:rPr>
            <w:color w:val="0000EE"/>
            <w:u w:val="single"/>
          </w:rPr>
          <w:t>https://goosed.ie/news/no-dublin-halloween-parade/</w:t>
        </w:r>
      </w:hyperlink>
      <w:r>
        <w:t xml:space="preserve"> - Advises readers to check official sources for event information and lists actual Halloween events in Dublin that were not affected by the hoax.</w:t>
      </w:r>
      <w:r/>
    </w:p>
    <w:p>
      <w:pPr>
        <w:pStyle w:val="ListNumber"/>
        <w:spacing w:line="240" w:lineRule="auto"/>
        <w:ind w:left="720"/>
      </w:pPr>
      <w:r/>
      <w:hyperlink r:id="rId11">
        <w:r>
          <w:rPr>
            <w:color w:val="0000EE"/>
            <w:u w:val="single"/>
          </w:rPr>
          <w:t>https://www.cbsnews.com/news/dublin-halloween-parade-hoax-ireland-prank-ai-fake-news/</w:t>
        </w:r>
      </w:hyperlink>
      <w:r>
        <w:t xml:space="preserve"> - Reports on the disruption caused by the crowds and the response from Irish police to disperse the gathering safely.</w:t>
      </w:r>
      <w:r/>
    </w:p>
    <w:p>
      <w:pPr>
        <w:pStyle w:val="ListNumber"/>
        <w:spacing w:line="240" w:lineRule="auto"/>
        <w:ind w:left="720"/>
      </w:pPr>
      <w:r/>
      <w:hyperlink r:id="rId10">
        <w:r>
          <w:rPr>
            <w:color w:val="0000EE"/>
            <w:u w:val="single"/>
          </w:rPr>
          <w:t>https://mynbc15.com/news/offbeat/fake-halloween-parade-ai-dublin-ireland-made-up-event-online-website-fraud-artificial-intelligence-october-spirit-chatgpt-chat-gpt</w:t>
        </w:r>
      </w:hyperlink>
      <w:r>
        <w:t xml:space="preserve"> - Clarifies that human editors were involved in proofreading the AI-generated content before it was posted online.</w:t>
      </w:r>
      <w:r/>
    </w:p>
    <w:p>
      <w:pPr>
        <w:pStyle w:val="ListNumber"/>
        <w:spacing w:line="240" w:lineRule="auto"/>
        <w:ind w:left="720"/>
      </w:pPr>
      <w:r/>
      <w:hyperlink r:id="rId13">
        <w:r>
          <w:rPr>
            <w:color w:val="0000EE"/>
            <w:u w:val="single"/>
          </w:rPr>
          <w:t>https://www.irishtimes.com/ireland/2024/11/01/we-are-highly-embarrassed-website-creator-behind-non-existent-dublin-halloween-parade-says-it-was-a-mistake/</w:t>
        </w:r>
      </w:hyperlink>
      <w:r>
        <w:t xml:space="preserve"> - Provides context on the company's operations and their use of AI and human writers for content creation.</w:t>
      </w:r>
      <w:r/>
    </w:p>
    <w:p>
      <w:pPr>
        <w:pStyle w:val="ListNumber"/>
        <w:spacing w:line="240" w:lineRule="auto"/>
        <w:ind w:left="720"/>
      </w:pPr>
      <w:r/>
      <w:hyperlink r:id="rId15">
        <w:r>
          <w:rPr>
            <w:color w:val="0000EE"/>
            <w:u w:val="single"/>
          </w:rPr>
          <w:t>https://www.wired.com/story/ai-halloween-parade-listing-dublin-interview/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ynbc15.com/news/offbeat/fake-halloween-parade-ai-dublin-ireland-made-up-event-online-website-fraud-artificial-intelligence-october-spirit-chatgpt-chat-gpt" TargetMode="External"/><Relationship Id="rId11" Type="http://schemas.openxmlformats.org/officeDocument/2006/relationships/hyperlink" Target="https://www.cbsnews.com/news/dublin-halloween-parade-hoax-ireland-prank-ai-fake-news/" TargetMode="External"/><Relationship Id="rId12" Type="http://schemas.openxmlformats.org/officeDocument/2006/relationships/hyperlink" Target="https://goosed.ie/news/no-dublin-halloween-parade/" TargetMode="External"/><Relationship Id="rId13" Type="http://schemas.openxmlformats.org/officeDocument/2006/relationships/hyperlink" Target="https://www.irishtimes.com/ireland/2024/11/01/we-are-highly-embarrassed-website-creator-behind-non-existent-dublin-halloween-parade-says-it-was-a-mistake/" TargetMode="External"/><Relationship Id="rId14" Type="http://schemas.openxmlformats.org/officeDocument/2006/relationships/hyperlink" Target="https://www.reddit.com/r/Dublin/comments/1ggmztn/hundreds_gather_for_fake_halloween_parade/" TargetMode="External"/><Relationship Id="rId15" Type="http://schemas.openxmlformats.org/officeDocument/2006/relationships/hyperlink" Target="https://www.wired.com/story/ai-halloween-parade-listing-dublin-inter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