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David Pierce launches latest edition of Installer newsletter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David Pierce, a well-regarded figure in tech journalism, has released the latest edition of "Installer," a weekly newsletter under the umbrella of The Verge. This newsletter aims to be a comprehensive guide to the best downloads, tech products, and cultural picks relevant to tech enthusiasts. Each week, Pierce curates a thoughtful mix of technology news, product recommendations, engaging entertainment options, and useful apps.</w:t>
      </w:r>
      <w:r/>
    </w:p>
    <w:p>
      <w:r/>
      <w:r>
        <w:t>Highlighting the multifaceted world of David Cogen, known for his contributions to TheUnlockr YouTube channel, Pierce dives into Cogen’s venture into the coffee business. Cogen has recently opened a coffee shop called Coffee Check in New York City, alongside maintaining his creator persona. During a conversation featured on The Vergecast, Cogen shared insights into how he balances his digital and entrepreneurial pursuits. On his Pixel 9 Pro homescreen are essential apps and widgets, including Spotify, Notion, and tools linked to his new business such as Shopify and Ring, which are critical for managing his coffee shop operations.</w:t>
      </w:r>
      <w:r/>
    </w:p>
    <w:p>
      <w:r/>
      <w:r>
        <w:t>Pierce also takes a peek into Cogen's latest interests, where coffee unsurprisingly tops the list. Cogen shares his anticipation for learning the art of coffee roasting and his plans to source beans from diverse origins, whilst also exploring educational opportunities within the coffee industry.</w:t>
      </w:r>
      <w:r/>
    </w:p>
    <w:p>
      <w:r/>
      <w:r>
        <w:t>The newsletter continues with a section titled "Crowdsourced," capturing the eclectic mix of community recommendations shared with Pierce via email or through platforms like Signal and Threads. These recommendations vary widely, from tech products like the Zen Browser and Vivaldi browser for enhanced privacy and customisation, to indie platform games such as Rivals of Aether II and engaging TV series like Shrinking on Apple TV Plus. Additionally, users share their experiences with apps such as Marathon for tracking TV watching habits and Raindrop for bookmarking, following the discontinuation of Omnivore.</w:t>
      </w:r>
      <w:r/>
    </w:p>
    <w:p>
      <w:r/>
      <w:r>
        <w:t>Furthermore, Pierce provides a brief commentary on the cultural relevance of the upcoming Election Day in the United States. While he refrains from diving into political opinions, he points readers to intriguing resources discussing the mechanics of election technology and communication, including investigations into political texting methods and discussions on why online voting has not become a standard practice.</w:t>
      </w:r>
      <w:r/>
    </w:p>
    <w:p>
      <w:r/>
      <w:r>
        <w:t>Overall, David Pierce’s "Installer" serves as a vibrant conduit for tech enthusiasts, displaying an intriguingly broad array of digital pathways both within and beyond the tech community. Through Pierce’s careful curation, readers can explore a multitude of experiences, technologies, and stories that continue to shape our modern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https://www.theverge.com/installer-newsletter</w:t>
        </w:r>
      </w:hyperlink>
      <w:r>
        <w:t xml:space="preserve"> - This link corroborates the existence and purpose of the 'Installer' newsletter by David Pierce under The Verge.</w:t>
      </w:r>
      <w:r/>
    </w:p>
    <w:p>
      <w:pPr>
        <w:pStyle w:val="ListNumber"/>
        <w:spacing w:line="240" w:lineRule="auto"/>
        <w:ind w:left="720"/>
      </w:pPr>
      <w:r/>
      <w:hyperlink r:id="rId11">
        <w:r>
          <w:rPr>
            <w:color w:val="0000EE"/>
            <w:u w:val="single"/>
          </w:rPr>
          <w:t>https://www.theverge.com/23845815/threads-web-fabric-car-tech-installer-newsletter</w:t>
        </w:r>
      </w:hyperlink>
      <w:r>
        <w:t xml:space="preserve"> - This article supports the content and scope of the 'Installer' newsletter, including its weekly updates and diverse recommendations.</w:t>
      </w:r>
      <w:r/>
    </w:p>
    <w:p>
      <w:pPr>
        <w:pStyle w:val="ListNumber"/>
        <w:spacing w:line="240" w:lineRule="auto"/>
        <w:ind w:left="720"/>
      </w:pPr>
      <w:r/>
      <w:hyperlink r:id="rId12">
        <w:r>
          <w:rPr>
            <w:color w:val="0000EE"/>
            <w:u w:val="single"/>
          </w:rPr>
          <w:t>https://www.theverge.com/pages/installer-newsletter-sign-up</w:t>
        </w:r>
      </w:hyperlink>
      <w:r>
        <w:t xml:space="preserve"> - This page confirms the sign-up process and the comprehensive nature of the 'Installer' newsletter.</w:t>
      </w:r>
      <w:r/>
    </w:p>
    <w:p>
      <w:pPr>
        <w:pStyle w:val="ListNumber"/>
        <w:spacing w:line="240" w:lineRule="auto"/>
        <w:ind w:left="720"/>
      </w:pPr>
      <w:r/>
      <w:hyperlink r:id="rId13">
        <w:r>
          <w:rPr>
            <w:color w:val="0000EE"/>
            <w:u w:val="single"/>
          </w:rPr>
          <w:t>https://www.theverge.com/pages/newsletters</w:t>
        </w:r>
      </w:hyperlink>
      <w:r>
        <w:t xml:space="preserve"> - This page lists various newsletters from The Verge, including 'Installer,' and highlights their focus areas.</w:t>
      </w:r>
      <w:r/>
    </w:p>
    <w:p>
      <w:pPr>
        <w:pStyle w:val="ListNumber"/>
        <w:spacing w:line="240" w:lineRule="auto"/>
        <w:ind w:left="720"/>
      </w:pPr>
      <w:r/>
      <w:hyperlink r:id="rId14">
        <w:r>
          <w:rPr>
            <w:color w:val="0000EE"/>
            <w:u w:val="single"/>
          </w:rPr>
          <w:t>https://www.niemanlab.org/2023/08/in-the-verges-new-newsletter-there-are-links-and-there-are-links/</w:t>
        </w:r>
      </w:hyperlink>
      <w:r>
        <w:t xml:space="preserve"> - This article explains the link formatting strategy used in the 'Installer' newsletter, distinguishing between action items and supporting materials.</w:t>
      </w:r>
      <w:r/>
    </w:p>
    <w:p>
      <w:pPr>
        <w:pStyle w:val="ListNumber"/>
        <w:spacing w:line="240" w:lineRule="auto"/>
        <w:ind w:left="720"/>
      </w:pPr>
      <w:r/>
      <w:hyperlink r:id="rId15">
        <w:r>
          <w:rPr>
            <w:color w:val="0000EE"/>
            <w:u w:val="single"/>
          </w:rPr>
          <w:t>https://www.theverge.com/2023/8/25/23845815/threads-web-fabric-car-tech-installer-newsletter</w:t>
        </w:r>
      </w:hyperlink>
      <w:r>
        <w:t xml:space="preserve"> - This article provides an example of the newsletter's content, including community recommendations and tech product reviews.</w:t>
      </w:r>
      <w:r/>
    </w:p>
    <w:p>
      <w:pPr>
        <w:pStyle w:val="ListNumber"/>
        <w:spacing w:line="240" w:lineRule="auto"/>
        <w:ind w:left="720"/>
      </w:pPr>
      <w:r/>
      <w:hyperlink r:id="rId16">
        <w:r>
          <w:rPr>
            <w:color w:val="0000EE"/>
            <w:u w:val="single"/>
          </w:rPr>
          <w:t>https://www.theverge.com/vergecast</w:t>
        </w:r>
      </w:hyperlink>
      <w:r>
        <w:t xml:space="preserve"> - Although not directly linked, this is the general page for The Vergecast, where conversations like the one with David Cogen might be featured.</w:t>
      </w:r>
      <w:r/>
    </w:p>
    <w:p>
      <w:pPr>
        <w:pStyle w:val="ListNumber"/>
        <w:spacing w:line="240" w:lineRule="auto"/>
        <w:ind w:left="720"/>
      </w:pPr>
      <w:r/>
      <w:hyperlink r:id="rId17">
        <w:r>
          <w:rPr>
            <w:color w:val="0000EE"/>
            <w:u w:val="single"/>
          </w:rPr>
          <w:t>https://www.signal.org/</w:t>
        </w:r>
      </w:hyperlink>
      <w:r>
        <w:t xml:space="preserve"> - This link supports the mention of Signal as one of the platforms through which community recommendations are shared with David Pierce.</w:t>
      </w:r>
      <w:r/>
    </w:p>
    <w:p>
      <w:pPr>
        <w:pStyle w:val="ListNumber"/>
        <w:spacing w:line="240" w:lineRule="auto"/>
        <w:ind w:left="720"/>
      </w:pPr>
      <w:r/>
      <w:hyperlink r:id="rId18">
        <w:r>
          <w:rPr>
            <w:color w:val="0000EE"/>
            <w:u w:val="single"/>
          </w:rPr>
          <w:t>https://threads.net/</w:t>
        </w:r>
      </w:hyperlink>
      <w:r>
        <w:t xml:space="preserve"> - This link corroborates the use of Threads as a platform for community recommendations in the 'Installer' newsletter.</w:t>
      </w:r>
      <w:r/>
    </w:p>
    <w:p>
      <w:pPr>
        <w:pStyle w:val="ListNumber"/>
        <w:spacing w:line="240" w:lineRule="auto"/>
        <w:ind w:left="720"/>
      </w:pPr>
      <w:r/>
      <w:hyperlink r:id="rId19">
        <w:r>
          <w:rPr>
            <w:color w:val="0000EE"/>
            <w:u w:val="single"/>
          </w:rPr>
          <w:t>https://www.apple.com/apple-tv-plus/</w:t>
        </w:r>
      </w:hyperlink>
      <w:r>
        <w:t xml:space="preserve"> - This link supports the mention of Apple TV Plus as a platform for TV series recommendations, such as 'Shrinking'.</w:t>
      </w:r>
      <w:r/>
    </w:p>
    <w:p>
      <w:pPr>
        <w:pStyle w:val="ListNumber"/>
        <w:spacing w:line="240" w:lineRule="auto"/>
        <w:ind w:left="720"/>
      </w:pPr>
      <w:r/>
      <w:hyperlink r:id="rId20">
        <w:r>
          <w:rPr>
            <w:color w:val="0000EE"/>
            <w:u w:val="single"/>
          </w:rPr>
          <w:t>https://www.theverge.com/2024/11/3/24285425/chatgpt-search-mac-mini-pokemon-tcg-installer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installer-newsletter" TargetMode="External"/><Relationship Id="rId11" Type="http://schemas.openxmlformats.org/officeDocument/2006/relationships/hyperlink" Target="https://www.theverge.com/23845815/threads-web-fabric-car-tech-installer-newsletter" TargetMode="External"/><Relationship Id="rId12" Type="http://schemas.openxmlformats.org/officeDocument/2006/relationships/hyperlink" Target="https://www.theverge.com/pages/installer-newsletter-sign-up" TargetMode="External"/><Relationship Id="rId13" Type="http://schemas.openxmlformats.org/officeDocument/2006/relationships/hyperlink" Target="https://www.theverge.com/pages/newsletters" TargetMode="External"/><Relationship Id="rId14" Type="http://schemas.openxmlformats.org/officeDocument/2006/relationships/hyperlink" Target="https://www.niemanlab.org/2023/08/in-the-verges-new-newsletter-there-are-links-and-there-are-links/" TargetMode="External"/><Relationship Id="rId15" Type="http://schemas.openxmlformats.org/officeDocument/2006/relationships/hyperlink" Target="https://www.theverge.com/2023/8/25/23845815/threads-web-fabric-car-tech-installer-newsletter" TargetMode="External"/><Relationship Id="rId16" Type="http://schemas.openxmlformats.org/officeDocument/2006/relationships/hyperlink" Target="https://www.theverge.com/vergecast" TargetMode="External"/><Relationship Id="rId17" Type="http://schemas.openxmlformats.org/officeDocument/2006/relationships/hyperlink" Target="https://www.signal.org/" TargetMode="External"/><Relationship Id="rId18" Type="http://schemas.openxmlformats.org/officeDocument/2006/relationships/hyperlink" Target="https://threads.net/" TargetMode="External"/><Relationship Id="rId19" Type="http://schemas.openxmlformats.org/officeDocument/2006/relationships/hyperlink" Target="https://www.apple.com/apple-tv-plus/" TargetMode="External"/><Relationship Id="rId20" Type="http://schemas.openxmlformats.org/officeDocument/2006/relationships/hyperlink" Target="https://www.theverge.com/2024/11/3/24285425/chatgpt-search-mac-mini-pokemon-tcg-install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