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Dublin Halloween parade hoax leaves hundreds disappointed on O'Connell Street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Hundreds of Dubliners thronged the city's iconic O'Connell Street on Halloween night, only to discover that the anticipated Halloween parade was nothing more than an elaborate hoax. The masses gathered in the heart of the Irish capital, eager to participate in a purported parade, only to find there was no such event planned. The subsequent chaos necessitated intervention from the Gardaí, Ireland's national police, who were tasked with dispersing the large crowd.</w:t>
      </w:r>
      <w:r/>
    </w:p>
    <w:p>
      <w:r/>
      <w:r>
        <w:t>The confusion stemmed from My Spirit Halloween, a website which misleadingly promoted the event. Claimed to be scheduled from 7pm to 9pm, the parade was widely advertised online, alleging it would start at Parnell Square and conclude at Temple Bar via O'Connell Street. This misinformation spread rapidly across social media platforms, prompting an eager crowd to turn out in anticipation of a spectacle that was never set to occur.</w:t>
      </w:r>
      <w:r/>
    </w:p>
    <w:p>
      <w:r/>
      <w:r>
        <w:t>The website My Spirit Halloween, reportedly based in Pakistan, featured an AI-generated list of events, including those which erroneously linked the parade to the renowned Irish performance company Macnas. Although Macnas has organised Halloween events in Dublin in previous years, no official announcement had been made for an event this year. The website seems to have exploited previous Macnas imagery to lend credibility to their claims and is suspected of being established to generate advertising revenue through clicks and fake reviews.</w:t>
      </w:r>
      <w:r/>
    </w:p>
    <w:p>
      <w:r/>
      <w:r>
        <w:t>The unexpected influx of people on the street led to chaos for local transport, with bus and tram drivers struggling to navigate through the crowded thoroughfare. Eyewitnesses reported scenes of frustration, with bus and tram horns blaring persistently as drivers attempted to clear their routes. The Gardaí quickly took action, utilising social media to issue public advisories that no such event was occurring and asking patrons to disperse safely.</w:t>
      </w:r>
      <w:r/>
    </w:p>
    <w:p>
      <w:r/>
      <w:r>
        <w:t>Commenting on the unexpected commotion, local Sinn Féin councillor Janice Boylan expressed regret over the scam, labelling it "really sad" and highlighting that many had hoped to partake in a pleasant and celebratory Halloween event.</w:t>
      </w:r>
      <w:r/>
    </w:p>
    <w:p>
      <w:r/>
      <w:r>
        <w:t>The situation has sparked discussion about the potential need for legitimate Halloween celebrations organised by official bodies to prevent similar incidents in the future. Meanwhile, social media commentary ranged from amusement to disappointment, with some users joking about the surreal incident and others lamenting the missed opportunity for a genuine festive gathering.</w:t>
      </w:r>
      <w:r/>
    </w:p>
    <w:p>
      <w:r/>
      <w:r>
        <w:t>The My Spirit Halloween website has since been made inaccessible on popular search engines, likely in response to the hoax being exposed. This incident underscores the rising challenge of misinformation propagated by online platforms, particularly those using advanced technologies like artificial intelligence to craft convincing yet deceptive narratives.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https://www.the-independent.com/news/world/europe/dublin-fake-halloween-parade-ireland-ai-advert-b2639505.html</w:t>
        </w:r>
      </w:hyperlink>
      <w:r>
        <w:t xml:space="preserve"> - Corroborates the gathering of thousands on O'Connell Street for a non-existent Halloween parade and the role of the My Spirit Halloween website in spreading the misinformation.</w:t>
      </w:r>
      <w:r/>
    </w:p>
    <w:p>
      <w:pPr>
        <w:pStyle w:val="ListNumber"/>
        <w:spacing w:line="240" w:lineRule="auto"/>
        <w:ind w:left="720"/>
      </w:pPr>
      <w:r/>
      <w:hyperlink r:id="rId11">
        <w:r>
          <w:rPr>
            <w:color w:val="0000EE"/>
            <w:u w:val="single"/>
          </w:rPr>
          <w:t>https://www.bbc.com/news/articles/cjr4y1j91x7o</w:t>
        </w:r>
      </w:hyperlink>
      <w:r>
        <w:t xml:space="preserve"> - Confirms the hoax Halloween parade, the involvement of the Gardaí in dispersing the crowd, and the disruption to the Luas tram system.</w:t>
      </w:r>
      <w:r/>
    </w:p>
    <w:p>
      <w:pPr>
        <w:pStyle w:val="ListNumber"/>
        <w:spacing w:line="240" w:lineRule="auto"/>
        <w:ind w:left="720"/>
      </w:pPr>
      <w:r/>
      <w:hyperlink r:id="rId12">
        <w:r>
          <w:rPr>
            <w:color w:val="0000EE"/>
            <w:u w:val="single"/>
          </w:rPr>
          <w:t>https://www.cbsnews.com/news/dublin-halloween-parade-hoax-ireland-prank-ai-fake-news/</w:t>
        </w:r>
      </w:hyperlink>
      <w:r>
        <w:t xml:space="preserve"> - Details the AI-generated website My Spirit Halloween and its role in advertising the fake parade, as well as the response from social media users and the Gardaí.</w:t>
      </w:r>
      <w:r/>
    </w:p>
    <w:p>
      <w:pPr>
        <w:pStyle w:val="ListNumber"/>
        <w:spacing w:line="240" w:lineRule="auto"/>
        <w:ind w:left="720"/>
      </w:pPr>
      <w:r/>
      <w:hyperlink r:id="rId13">
        <w:r>
          <w:rPr>
            <w:color w:val="0000EE"/>
            <w:u w:val="single"/>
          </w:rPr>
          <w:t>https://www.theguardian.com/world/2024/nov/02/pakistan-firm-apologises-for-directing-dubliners-to-nonexistent-halloween-event</w:t>
        </w:r>
      </w:hyperlink>
      <w:r>
        <w:t xml:space="preserve"> - Provides information on the Pakistani company's apology for the mistake, the impact on local transport, and the reaction from eyewitnesses and local authorities.</w:t>
      </w:r>
      <w:r/>
    </w:p>
    <w:p>
      <w:pPr>
        <w:pStyle w:val="ListNumber"/>
        <w:spacing w:line="240" w:lineRule="auto"/>
        <w:ind w:left="720"/>
      </w:pPr>
      <w:r/>
      <w:hyperlink r:id="rId14">
        <w:r>
          <w:rPr>
            <w:color w:val="0000EE"/>
            <w:u w:val="single"/>
          </w:rPr>
          <w:t>https://www.reddit.com/r/ireland/comments/1ghaxlc/we_are_highly_embarrassed_creator_of_pakistan/</w:t>
        </w:r>
      </w:hyperlink>
      <w:r>
        <w:t xml:space="preserve"> - Includes comments from users discussing the incident, the credibility of the website, and the general public's reaction to the hoax.</w:t>
      </w:r>
      <w:r/>
    </w:p>
    <w:p>
      <w:pPr>
        <w:pStyle w:val="ListNumber"/>
        <w:spacing w:line="240" w:lineRule="auto"/>
        <w:ind w:left="720"/>
      </w:pPr>
      <w:r/>
      <w:hyperlink r:id="rId10">
        <w:r>
          <w:rPr>
            <w:color w:val="0000EE"/>
            <w:u w:val="single"/>
          </w:rPr>
          <w:t>https://www.the-independent.com/news/world/europe/dublin-fake-halloween-parade-ireland-ai-advert-b2639505.html</w:t>
        </w:r>
      </w:hyperlink>
      <w:r>
        <w:t xml:space="preserve"> - Quotes from local Sinn Féin councillor Janice Boylan expressing regret over the scam and highlighting the missed opportunity for a genuine festive gathering.</w:t>
      </w:r>
      <w:r/>
    </w:p>
    <w:p>
      <w:pPr>
        <w:pStyle w:val="ListNumber"/>
        <w:spacing w:line="240" w:lineRule="auto"/>
        <w:ind w:left="720"/>
      </w:pPr>
      <w:r/>
      <w:hyperlink r:id="rId11">
        <w:r>
          <w:rPr>
            <w:color w:val="0000EE"/>
            <w:u w:val="single"/>
          </w:rPr>
          <w:t>https://www.bbc.com/news/articles/cjr4y1j91x7o</w:t>
        </w:r>
      </w:hyperlink>
      <w:r>
        <w:t xml:space="preserve"> - Describes the chaos and disruption caused by the large crowd and the Gardaí's efforts to clear the street.</w:t>
      </w:r>
      <w:r/>
    </w:p>
    <w:p>
      <w:pPr>
        <w:pStyle w:val="ListNumber"/>
        <w:spacing w:line="240" w:lineRule="auto"/>
        <w:ind w:left="720"/>
      </w:pPr>
      <w:r/>
      <w:hyperlink r:id="rId12">
        <w:r>
          <w:rPr>
            <w:color w:val="0000EE"/>
            <w:u w:val="single"/>
          </w:rPr>
          <w:t>https://www.cbsnews.com/news/dublin-halloween-parade-hoax-ireland-prank-ai-fake-news/</w:t>
        </w:r>
      </w:hyperlink>
      <w:r>
        <w:t xml:space="preserve"> - Explains how the website exploited previous Macnas imagery to lend credibility to the fake event and the suspected motive of generating advertising revenue.</w:t>
      </w:r>
      <w:r/>
    </w:p>
    <w:p>
      <w:pPr>
        <w:pStyle w:val="ListNumber"/>
        <w:spacing w:line="240" w:lineRule="auto"/>
        <w:ind w:left="720"/>
      </w:pPr>
      <w:r/>
      <w:hyperlink r:id="rId13">
        <w:r>
          <w:rPr>
            <w:color w:val="0000EE"/>
            <w:u w:val="single"/>
          </w:rPr>
          <w:t>https://www.theguardian.com/world/2024/nov/02/pakistan-firm-apologises-for-directing-dubliners-to-nonexistent-halloween-event</w:t>
        </w:r>
      </w:hyperlink>
      <w:r>
        <w:t xml:space="preserve"> - Details the company's apology and the clarification that the miscommunication was due to human error rather than a deliberate hoax.</w:t>
      </w:r>
      <w:r/>
    </w:p>
    <w:p>
      <w:pPr>
        <w:pStyle w:val="ListNumber"/>
        <w:spacing w:line="240" w:lineRule="auto"/>
        <w:ind w:left="720"/>
      </w:pPr>
      <w:r/>
      <w:hyperlink r:id="rId10">
        <w:r>
          <w:rPr>
            <w:color w:val="0000EE"/>
            <w:u w:val="single"/>
          </w:rPr>
          <w:t>https://www.the-independent.com/news/world/europe/dublin-fake-halloween-parade-ireland-ai-advert-b2639505.html</w:t>
        </w:r>
      </w:hyperlink>
      <w:r>
        <w:t xml:space="preserve"> - Mentions the discussion about the need for legitimate Halloween celebrations to prevent similar incidents in the future.</w:t>
      </w:r>
      <w:r/>
    </w:p>
    <w:p>
      <w:pPr>
        <w:pStyle w:val="ListNumber"/>
        <w:spacing w:line="240" w:lineRule="auto"/>
        <w:ind w:left="720"/>
      </w:pPr>
      <w:r/>
      <w:hyperlink r:id="rId12">
        <w:r>
          <w:rPr>
            <w:color w:val="0000EE"/>
            <w:u w:val="single"/>
          </w:rPr>
          <w:t>https://www.cbsnews.com/news/dublin-halloween-parade-hoax-ireland-prank-ai-fake-news/</w:t>
        </w:r>
      </w:hyperlink>
      <w:r>
        <w:t xml:space="preserve"> - Highlights the broader issue of misinformation propagated by online platforms using advanced technologies like artificial intelligence.</w:t>
      </w:r>
      <w:r/>
    </w:p>
    <w:p>
      <w:pPr>
        <w:pStyle w:val="ListNumber"/>
        <w:spacing w:line="240" w:lineRule="auto"/>
        <w:ind w:left="720"/>
      </w:pPr>
      <w:r/>
      <w:hyperlink r:id="rId15">
        <w:r>
          <w:rPr>
            <w:color w:val="0000EE"/>
            <w:u w:val="single"/>
          </w:rPr>
          <w:t>https://metro.co.uk/2024/11/01/hundreds-turn-halloween-parade-wasnt-real-21907116/</w:t>
        </w:r>
      </w:hyperlink>
      <w:r>
        <w:t xml:space="preserve"> - Please view link - unable to able to access data</w:t>
      </w:r>
      <w:r/>
    </w:p>
    <w:p>
      <w:pPr>
        <w:pStyle w:val="ListNumber"/>
        <w:spacing w:line="240" w:lineRule="auto"/>
        <w:ind w:left="720"/>
      </w:pPr>
      <w:r/>
      <w:hyperlink r:id="rId12">
        <w:r>
          <w:rPr>
            <w:color w:val="0000EE"/>
            <w:u w:val="single"/>
          </w:rPr>
          <w:t>https://www.cbsnews.com/news/dublin-halloween-parade-hoax-ireland-prank-ai-fake-news/</w:t>
        </w:r>
      </w:hyperlink>
      <w:r>
        <w:t xml:space="preserve"> - Please view link - unable to able to access data</w:t>
      </w:r>
      <w:r/>
    </w:p>
    <w:p>
      <w:pPr>
        <w:pStyle w:val="ListNumber"/>
        <w:spacing w:line="240" w:lineRule="auto"/>
        <w:ind w:left="720"/>
      </w:pPr>
      <w:r/>
      <w:hyperlink r:id="rId16">
        <w:r>
          <w:rPr>
            <w:color w:val="0000EE"/>
            <w:u w:val="single"/>
          </w:rPr>
          <w:t>https://www.irishnews.com/news/ireland/hundreds-gather-in-dublin-for-non-existent-halloween-parade-VATZKQTWXVAX3AEW7TIXYAR6BI/</w:t>
        </w:r>
      </w:hyperlink>
      <w:r>
        <w:t xml:space="preserve"> - Please view link - unable to able to access data</w:t>
      </w:r>
      <w:r/>
    </w:p>
    <w:p>
      <w:pPr>
        <w:pStyle w:val="ListNumber"/>
        <w:spacing w:line="240" w:lineRule="auto"/>
        <w:ind w:left="720"/>
      </w:pPr>
      <w:r/>
      <w:hyperlink r:id="rId11">
        <w:r>
          <w:rPr>
            <w:color w:val="0000EE"/>
            <w:u w:val="single"/>
          </w:rPr>
          <w:t>https://www.bbc.com/news/articles/cjr4y1j91x7o</w:t>
        </w:r>
      </w:hyperlink>
      <w:r>
        <w:t xml:space="preserve"> - Please view link - unable to able to access data</w:t>
      </w:r>
      <w:r/>
    </w:p>
    <w:p>
      <w:pPr>
        <w:pStyle w:val="ListNumber"/>
        <w:spacing w:line="240" w:lineRule="auto"/>
        <w:ind w:left="720"/>
      </w:pPr>
      <w:r/>
      <w:hyperlink r:id="rId17">
        <w:r>
          <w:rPr>
            <w:color w:val="0000EE"/>
            <w:u w:val="single"/>
          </w:rPr>
          <w:t>https://www.dailymail.co.uk/femail/article-14029361/Hundreds-turn-Dublin-Halloween-parade-didnt-exist.html?ns_mchannel=rss&amp;ns_campaign=1490&amp;ito=1490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https://neefina.com/chaos-in-dublin-as-thousands-turn-up-for-hoax-halloween-parade-that-didnt-exist/</w:t>
        </w:r>
      </w:hyperlink>
      <w:r>
        <w:t xml:space="preserve"> - Please view link - unable to able to access data</w:t>
      </w:r>
      <w:r/>
    </w:p>
    <w:p>
      <w:pPr>
        <w:pStyle w:val="ListNumber"/>
        <w:spacing w:line="240" w:lineRule="auto"/>
        <w:ind w:left="720"/>
      </w:pPr>
      <w:r/>
      <w:hyperlink r:id="rId19">
        <w:r>
          <w:rPr>
            <w:color w:val="0000EE"/>
            <w:u w:val="single"/>
          </w:rPr>
          <w:t>https://www.independent.co.uk/news/world/europe/dublin-fake-halloween-parade-ireland-ai-advert-b2639505.html</w:t>
        </w:r>
      </w:hyperlink>
      <w:r>
        <w:t xml:space="preserve"> - Please view link - unable to able to access data</w:t>
      </w:r>
      <w:r/>
    </w:p>
    <w:p>
      <w:pPr>
        <w:pStyle w:val="ListNumber"/>
        <w:spacing w:line="240" w:lineRule="auto"/>
        <w:ind w:left="720"/>
      </w:pPr>
      <w:r/>
      <w:hyperlink r:id="rId20">
        <w:r>
          <w:rPr>
            <w:color w:val="0000EE"/>
            <w:u w:val="single"/>
          </w:rPr>
          <w:t>https://www.express.co.uk/news/world/1970250/dublin-halloween-parade-hoax-prank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dependent.com/news/world/europe/dublin-fake-halloween-parade-ireland-ai-advert-b2639505.html" TargetMode="External"/><Relationship Id="rId11" Type="http://schemas.openxmlformats.org/officeDocument/2006/relationships/hyperlink" Target="https://www.bbc.com/news/articles/cjr4y1j91x7o" TargetMode="External"/><Relationship Id="rId12" Type="http://schemas.openxmlformats.org/officeDocument/2006/relationships/hyperlink" Target="https://www.cbsnews.com/news/dublin-halloween-parade-hoax-ireland-prank-ai-fake-news/" TargetMode="External"/><Relationship Id="rId13" Type="http://schemas.openxmlformats.org/officeDocument/2006/relationships/hyperlink" Target="https://www.theguardian.com/world/2024/nov/02/pakistan-firm-apologises-for-directing-dubliners-to-nonexistent-halloween-event" TargetMode="External"/><Relationship Id="rId14" Type="http://schemas.openxmlformats.org/officeDocument/2006/relationships/hyperlink" Target="https://www.reddit.com/r/ireland/comments/1ghaxlc/we_are_highly_embarrassed_creator_of_pakistan/" TargetMode="External"/><Relationship Id="rId15" Type="http://schemas.openxmlformats.org/officeDocument/2006/relationships/hyperlink" Target="https://metro.co.uk/2024/11/01/hundreds-turn-halloween-parade-wasnt-real-21907116/" TargetMode="External"/><Relationship Id="rId16" Type="http://schemas.openxmlformats.org/officeDocument/2006/relationships/hyperlink" Target="https://www.irishnews.com/news/ireland/hundreds-gather-in-dublin-for-non-existent-halloween-parade-VATZKQTWXVAX3AEW7TIXYAR6BI/" TargetMode="External"/><Relationship Id="rId17" Type="http://schemas.openxmlformats.org/officeDocument/2006/relationships/hyperlink" Target="https://www.dailymail.co.uk/femail/article-14029361/Hundreds-turn-Dublin-Halloween-parade-didnt-exist.html?ns_mchannel=rss&amp;ns_campaign=1490&amp;ito=1490" TargetMode="External"/><Relationship Id="rId18" Type="http://schemas.openxmlformats.org/officeDocument/2006/relationships/hyperlink" Target="https://neefina.com/chaos-in-dublin-as-thousands-turn-up-for-hoax-halloween-parade-that-didnt-exist/" TargetMode="External"/><Relationship Id="rId19" Type="http://schemas.openxmlformats.org/officeDocument/2006/relationships/hyperlink" Target="https://www.independent.co.uk/news/world/europe/dublin-fake-halloween-parade-ireland-ai-advert-b2639505.html" TargetMode="External"/><Relationship Id="rId20" Type="http://schemas.openxmlformats.org/officeDocument/2006/relationships/hyperlink" Target="https://www.express.co.uk/news/world/1970250/dublin-halloween-parade-hoax-pr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