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Eightify: The AI tool streamlining YouTube video summarisation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Eightify: The AI Tool Streamlining YouTube Video Summarisation</w:t>
      </w:r>
      <w:r/>
    </w:p>
    <w:p>
      <w:r/>
      <w:r>
        <w:t>In the rapidly evolving digital landscape, where content consumption is increasingly dictated by convenience and efficiency, Eightify has emerged as a significant player. Launching in 2022 under the guidance of its creator, Dmytro Tymoshenko, Eightify is a sophisticated artificial intelligence tool designed to make YouTube content more accessible by providing succinct video summaries. Available as both a Google Chrome extension and a mobile application for iPhones and Android devices, Eightify promises to save valuable time for users by distilling lengthy videos and educational content into bite-sized snippets.</w:t>
      </w:r>
      <w:r/>
    </w:p>
    <w:p>
      <w:r/>
      <w:r>
        <w:t>The need for such a tool is not unfounded, as users often find themselves sifting through long videos in search of key points or specific information. Eightify addresses this challenge by presenting the main ideas and highlights in a digestible format. After an initial seven-day free trial, users can continue benefiting from Eightify's services for a subscription fee of $5 per month or $60 annually.</w:t>
      </w:r>
      <w:r/>
    </w:p>
    <w:p>
      <w:r/>
      <w:r>
        <w:t>Despite facing competition from other AI-powered applications such as TLDR YouTube and VidSummize, which offer similar functionalities for free but with various limitations, Eightify distinguishes itself through its user-friendly interface and customization features. Users begin by creating an account—without the prerequisite of a credit card—to access the trial period. By inputting a YouTube link into a chat box, Eightify's AI quickly processes and summarises the content.</w:t>
      </w:r>
      <w:r/>
    </w:p>
    <w:p>
      <w:r/>
      <w:r>
        <w:t>Several options are available to tailor the output to the user’s preferences. Users can choose from various tones, such as Insightful, Funny, Actionable, and Controversial, and change the format from list to Q&amp;A. They can also select the length of the summary, ranging from brief to detailed, according to their needs. The tool even includes the option to categorise material through the use of emojis, adding a playful touch to the utilitarian process of video summarisation.</w:t>
      </w:r>
      <w:r/>
    </w:p>
    <w:p>
      <w:r/>
      <w:r>
        <w:t>The desktop and mobile versions of Eightify provide a straightforward user experience devoid of unnecessary complexities, making it accessible to all levels of users. In addition to viewing video summaries, users can alter settings, copy, or download the generated insights, ensuring a comprehensive engagement with the content.</w:t>
      </w:r>
      <w:r/>
    </w:p>
    <w:p>
      <w:r/>
      <w:r>
        <w:t>However, the decision to invest in Eightify's paid service hinges largely on individual needs, particularly in contexts where video content is consumed in large volumes for educational or professional purposes. While some may be deterred by the subscription cost, the ease and efficiency with which Eightify enables content review could appeal to those who regularly require tailored summaries.</w:t>
      </w:r>
      <w:r/>
    </w:p>
    <w:p>
      <w:r/>
      <w:r>
        <w:t>The tool’s potential extends beyond individual use; there is a prospect for Eightify to collaborate with businesses and educational institutions. Such partnerships could provide cost-effective solutions on a larger scale, benefiting employees and students through organised and efficient access to content.</w:t>
      </w:r>
      <w:r/>
    </w:p>
    <w:p>
      <w:r/>
      <w:r>
        <w:t>In essence, Eightify positions itself as an invaluable tool for anyone seeking to streamline their digital video experience. For proponents of efficient content consumption, Eightify offers a blend of functionality and customization that can enhance engagement and comprehension across various viewing contexts.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https://www.cnet.com/tech/services-and-software/how-ai-can-summarize-a-youtube-video-for-you/</w:t>
        </w:r>
      </w:hyperlink>
      <w:r>
        <w:t xml:space="preserve"> - Corroborates the launch of Eightify in 2022, its creator Dmytro Tymoshenko, and its functionality as a YouTube video summarizer.</w:t>
      </w:r>
      <w:r/>
    </w:p>
    <w:p>
      <w:pPr>
        <w:pStyle w:val="ListNumber"/>
        <w:spacing w:line="240" w:lineRule="auto"/>
        <w:ind w:left="720"/>
      </w:pPr>
      <w:r/>
      <w:hyperlink r:id="rId10">
        <w:r>
          <w:rPr>
            <w:color w:val="0000EE"/>
            <w:u w:val="single"/>
          </w:rPr>
          <w:t>https://www.cnet.com/tech/services-and-software/how-ai-can-summarize-a-youtube-video-for-you/</w:t>
        </w:r>
      </w:hyperlink>
      <w:r>
        <w:t xml:space="preserve"> - Details the process of using Eightify, including the seven-day free trial and subscription fees.</w:t>
      </w:r>
      <w:r/>
    </w:p>
    <w:p>
      <w:pPr>
        <w:pStyle w:val="ListNumber"/>
        <w:spacing w:line="240" w:lineRule="auto"/>
        <w:ind w:left="720"/>
      </w:pPr>
      <w:r/>
      <w:hyperlink r:id="rId11">
        <w:r>
          <w:rPr>
            <w:color w:val="0000EE"/>
            <w:u w:val="single"/>
          </w:rPr>
          <w:t>https://www.producthunt.com/products/eightify-ai-youtube-summary</w:t>
        </w:r>
      </w:hyperlink>
      <w:r>
        <w:t xml:space="preserve"> - Supports the availability of Eightify as a tool for summarizing YouTube videos into key ideas, suitable for various content types.</w:t>
      </w:r>
      <w:r/>
    </w:p>
    <w:p>
      <w:pPr>
        <w:pStyle w:val="ListNumber"/>
        <w:spacing w:line="240" w:lineRule="auto"/>
        <w:ind w:left="720"/>
      </w:pPr>
      <w:r/>
      <w:hyperlink r:id="rId12">
        <w:r>
          <w:rPr>
            <w:color w:val="0000EE"/>
            <w:u w:val="single"/>
          </w:rPr>
          <w:t>https://chromewebstore.google.com/detail/eightify-ai-youtube-summa/cdcpabkolgalpgeingbdcebojebfelgb?hl=en</w:t>
        </w:r>
      </w:hyperlink>
      <w:r>
        <w:t xml:space="preserve"> - Provides information on the features of Eightify, including instant video summaries, key insights extraction, and multilingual support.</w:t>
      </w:r>
      <w:r/>
    </w:p>
    <w:p>
      <w:pPr>
        <w:pStyle w:val="ListNumber"/>
        <w:spacing w:line="240" w:lineRule="auto"/>
        <w:ind w:left="720"/>
      </w:pPr>
      <w:r/>
      <w:hyperlink r:id="rId12">
        <w:r>
          <w:rPr>
            <w:color w:val="0000EE"/>
            <w:u w:val="single"/>
          </w:rPr>
          <w:t>https://chromewebstore.google.com/detail/eightify-ai-youtube-summa/cdcpabkolgalpgeingbdcebojebfelgb?hl=en</w:t>
        </w:r>
      </w:hyperlink>
      <w:r>
        <w:t xml:space="preserve"> - Explains the customization options available in Eightify, such as tone, format, and length of summaries.</w:t>
      </w:r>
      <w:r/>
    </w:p>
    <w:p>
      <w:pPr>
        <w:pStyle w:val="ListNumber"/>
        <w:spacing w:line="240" w:lineRule="auto"/>
        <w:ind w:left="720"/>
      </w:pPr>
      <w:r/>
      <w:hyperlink r:id="rId13">
        <w:r>
          <w:rPr>
            <w:color w:val="0000EE"/>
            <w:u w:val="single"/>
          </w:rPr>
          <w:t>https://apps.apple.com/eg/app/eightify-ai-youtube-summarizer/id6467562658</w:t>
        </w:r>
      </w:hyperlink>
      <w:r>
        <w:t xml:space="preserve"> - Details the availability of Eightify on mobile devices, including iPhones and Android, and its key benefits.</w:t>
      </w:r>
      <w:r/>
    </w:p>
    <w:p>
      <w:pPr>
        <w:pStyle w:val="ListNumber"/>
        <w:spacing w:line="240" w:lineRule="auto"/>
        <w:ind w:left="720"/>
      </w:pPr>
      <w:r/>
      <w:hyperlink r:id="rId14">
        <w:r>
          <w:rPr>
            <w:color w:val="0000EE"/>
            <w:u w:val="single"/>
          </w:rPr>
          <w:t>https://unrealspeech.com/ai-apps/eightify</w:t>
        </w:r>
      </w:hyperlink>
      <w:r>
        <w:t xml:space="preserve"> - Corroborates the time-saving benefits and user-friendly interface of Eightify, as well as its use in various content categories.</w:t>
      </w:r>
      <w:r/>
    </w:p>
    <w:p>
      <w:pPr>
        <w:pStyle w:val="ListNumber"/>
        <w:spacing w:line="240" w:lineRule="auto"/>
        <w:ind w:left="720"/>
      </w:pPr>
      <w:r/>
      <w:hyperlink r:id="rId10">
        <w:r>
          <w:rPr>
            <w:color w:val="0000EE"/>
            <w:u w:val="single"/>
          </w:rPr>
          <w:t>https://www.cnet.com/tech/services-and-software/how-ai-can-summarize-a-youtube-video-for-you/</w:t>
        </w:r>
      </w:hyperlink>
      <w:r>
        <w:t xml:space="preserve"> - Discusses the competition from other AI-powered applications like TLDR YouTube and VidSummize.</w:t>
      </w:r>
      <w:r/>
    </w:p>
    <w:p>
      <w:pPr>
        <w:pStyle w:val="ListNumber"/>
        <w:spacing w:line="240" w:lineRule="auto"/>
        <w:ind w:left="720"/>
      </w:pPr>
      <w:r/>
      <w:hyperlink r:id="rId12">
        <w:r>
          <w:rPr>
            <w:color w:val="0000EE"/>
            <w:u w:val="single"/>
          </w:rPr>
          <w:t>https://chromewebstore.google.com/detail/eightify-ai-youtube-summa/cdcpabkolgalpgeingbdcebojebfelgb?hl=en</w:t>
        </w:r>
      </w:hyperlink>
      <w:r>
        <w:t xml:space="preserve"> - Explains the user experience and the ability to alter settings, copy, or download generated insights.</w:t>
      </w:r>
      <w:r/>
    </w:p>
    <w:p>
      <w:pPr>
        <w:pStyle w:val="ListNumber"/>
        <w:spacing w:line="240" w:lineRule="auto"/>
        <w:ind w:left="720"/>
      </w:pPr>
      <w:r/>
      <w:hyperlink r:id="rId10">
        <w:r>
          <w:rPr>
            <w:color w:val="0000EE"/>
            <w:u w:val="single"/>
          </w:rPr>
          <w:t>https://www.cnet.com/tech/services-and-software/how-ai-can-summarize-a-youtube-video-for-you/</w:t>
        </w:r>
      </w:hyperlink>
      <w:r>
        <w:t xml:space="preserve"> - Discusses the potential for Eightify to collaborate with businesses and educational institutions.</w:t>
      </w:r>
      <w:r/>
    </w:p>
    <w:p>
      <w:pPr>
        <w:pStyle w:val="ListNumber"/>
        <w:spacing w:line="240" w:lineRule="auto"/>
        <w:ind w:left="720"/>
      </w:pPr>
      <w:r/>
      <w:hyperlink r:id="rId14">
        <w:r>
          <w:rPr>
            <w:color w:val="0000EE"/>
            <w:u w:val="single"/>
          </w:rPr>
          <w:t>https://unrealspeech.com/ai-apps/eightify</w:t>
        </w:r>
      </w:hyperlink>
      <w:r>
        <w:t xml:space="preserve"> - Highlights the tool’s potential to enhance engagement and comprehension across various viewing contexts.</w:t>
      </w:r>
      <w:r/>
    </w:p>
    <w:p>
      <w:pPr>
        <w:pStyle w:val="ListNumber"/>
        <w:spacing w:line="240" w:lineRule="auto"/>
        <w:ind w:left="720"/>
      </w:pPr>
      <w:r/>
      <w:hyperlink r:id="rId15">
        <w:r>
          <w:rPr>
            <w:color w:val="0000EE"/>
            <w:u w:val="single"/>
          </w:rPr>
          <w:t>https://www.cnet.com/tech/services-and-software/how-ai-can-summarize-a-youtube-video-for-you/#ftag=CADf328eec</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et.com/tech/services-and-software/how-ai-can-summarize-a-youtube-video-for-you/" TargetMode="External"/><Relationship Id="rId11" Type="http://schemas.openxmlformats.org/officeDocument/2006/relationships/hyperlink" Target="https://www.producthunt.com/products/eightify-ai-youtube-summary" TargetMode="External"/><Relationship Id="rId12" Type="http://schemas.openxmlformats.org/officeDocument/2006/relationships/hyperlink" Target="https://chromewebstore.google.com/detail/eightify-ai-youtube-summa/cdcpabkolgalpgeingbdcebojebfelgb?hl=en" TargetMode="External"/><Relationship Id="rId13" Type="http://schemas.openxmlformats.org/officeDocument/2006/relationships/hyperlink" Target="https://apps.apple.com/eg/app/eightify-ai-youtube-summarizer/id6467562658" TargetMode="External"/><Relationship Id="rId14" Type="http://schemas.openxmlformats.org/officeDocument/2006/relationships/hyperlink" Target="https://unrealspeech.com/ai-apps/eightify" TargetMode="External"/><Relationship Id="rId15" Type="http://schemas.openxmlformats.org/officeDocument/2006/relationships/hyperlink" Target="https://www.cnet.com/tech/services-and-software/how-ai-can-summarize-a-youtube-video-for-you/#ftag=CADf328ee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