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Aerospace unveils AI-assisted borescope for engine inspections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 Aerospace, in collaboration with Waygate Technologies, a subsidiary of Baker Hughes, has unveiled a state-of-the-art AI-assisted borescope solution aimed at revolutionising the inspection of commercial aviation engines. This new technology, which harnesses the power of Artificial Intelligence to enhance defect recognition, represents the inaugural product to emerge from the Joint Technology Development Agreement the companies entered into back in May 2023.</w:t>
      </w:r>
      <w:r/>
    </w:p>
    <w:p>
      <w:r/>
      <w:r>
        <w:t>The AI-driven tool, focused on Assisted Defect Recognition (ADR) technology, is designed to address the often time-consuming and meticulous task of High Pressure Compressor (HPC) inspections. Such inspections are a crucial component in the Maintenance, Repair, and Overhaul (MRO) of aviation engines, ensuring their reliability and operational safety. Nicole Jenkins, who serves as the Chief MRO Engineer at GE Aerospace, discussed the impact of this innovation, stating, “At GE Aerospace, we increasingly are seeing the value AI technologies are bringing to help improve the speed, accuracy, and reliability of commercial jet engine inspections.”</w:t>
      </w:r>
      <w:r/>
    </w:p>
    <w:p>
      <w:r/>
      <w:r>
        <w:t>This advancement aims to integrate smoothly into the existing MRO processes for GE’s GEnx and CFM LEAP engine models. By equipping inspection engineers with cutting-edge tools that incorporate AI, computer vision, and automation, GE Aerospace strives to significantly enhance productivity while adhering to the stringent standards expected by their clientele. The new borescope solution is anticipated not only to streamline inspections by reducing the time required but also to improve the precision in identifying potential defects.</w:t>
      </w:r>
      <w:r/>
    </w:p>
    <w:p>
      <w:r/>
      <w:r>
        <w:t>The introduction of the AI-assisted borescope is expected to be a game-changer for Waygate customers and within GE’s own MRO network. Once deployed, the tool is likely to bring noticeable improvements in the efficiency and dependability of engine inspections, providing an important upgrade in the aerospace industry’s technical capabilities. This initiative exemplifies GE Aerospace's commitment to leveraging emerging technologies to bolster the quality and efficiency of their engine maintenance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https://www.aerospacetestinginternational.com/press-releases/pr-engine-testing/waygate-and-ge-boost-new-borescope-with-ai-assisted-tech.html</w:t>
        </w:r>
      </w:hyperlink>
      <w:r>
        <w:t xml:space="preserve"> - Corroborates the collaboration between GE Aerospace and Waygate Technologies, the use of AI for defect recognition, and the focus on High Pressure Compressor (HPC) inspections.</w:t>
      </w:r>
      <w:r/>
    </w:p>
    <w:p>
      <w:pPr>
        <w:pStyle w:val="ListNumber"/>
        <w:spacing w:line="240" w:lineRule="auto"/>
        <w:ind w:left="720"/>
      </w:pPr>
      <w:r/>
      <w:hyperlink r:id="rId11">
        <w:r>
          <w:rPr>
            <w:color w:val="0000EE"/>
            <w:u w:val="single"/>
          </w:rPr>
          <w:t>https://www.adsadvance.co.uk/ge-aerospace-and-waygate-technologies-to-deliver-ai-assisted-borescope-inspections.html</w:t>
        </w:r>
      </w:hyperlink>
      <w:r>
        <w:t xml:space="preserve"> - Supports the joint development of the AI-assisted commercial engine borescope solution and its upcoming availability to Waygate customers and GE’s MRO network.</w:t>
      </w:r>
      <w:r/>
    </w:p>
    <w:p>
      <w:pPr>
        <w:pStyle w:val="ListNumber"/>
        <w:spacing w:line="240" w:lineRule="auto"/>
        <w:ind w:left="720"/>
      </w:pPr>
      <w:r/>
      <w:hyperlink r:id="rId12">
        <w:r>
          <w:rPr>
            <w:color w:val="0000EE"/>
            <w:u w:val="single"/>
          </w:rPr>
          <w:t>https://www.geaerospace.com/news/press-releases/ge-aerospace-waygate-technologies-deliver-new-ai-assisted-commercial-jet-engine</w:t>
        </w:r>
      </w:hyperlink>
      <w:r>
        <w:t xml:space="preserve"> - Confirms the Joint Technology Development Agreement between GE Aerospace and Waygate Technologies initiated in May 2023 and the focus on AI-driven Assisted Defect Recognition (ADR) technology.</w:t>
      </w:r>
      <w:r/>
    </w:p>
    <w:p>
      <w:pPr>
        <w:pStyle w:val="ListNumber"/>
        <w:spacing w:line="240" w:lineRule="auto"/>
        <w:ind w:left="720"/>
      </w:pPr>
      <w:r/>
      <w:hyperlink r:id="rId13">
        <w:r>
          <w:rPr>
            <w:color w:val="0000EE"/>
            <w:u w:val="single"/>
          </w:rPr>
          <w:t>https://avitrader.com/2024/11/01/ge-aerospace-waygate-unveil-ai-enhanced-borescope-for-engine-inspection/</w:t>
        </w:r>
      </w:hyperlink>
      <w:r>
        <w:t xml:space="preserve"> - Details the AI-assisted borescope’s impact on HPC inspections, its integration into MRO processes for GE’s GEnx and CFM LEAP engines, and the benefits of using AI, computer vision, and automation.</w:t>
      </w:r>
      <w:r/>
    </w:p>
    <w:p>
      <w:pPr>
        <w:pStyle w:val="ListNumber"/>
        <w:spacing w:line="240" w:lineRule="auto"/>
        <w:ind w:left="720"/>
      </w:pPr>
      <w:r/>
      <w:hyperlink r:id="rId14">
        <w:r>
          <w:rPr>
            <w:color w:val="0000EE"/>
            <w:u w:val="single"/>
          </w:rPr>
          <w:t>https://www.benzinga.com/markets/equities/24/10/41577655/ge-aerospace-partners-with-waygate-technologies-to-elevate-engine-inspections-with-ai</w:t>
        </w:r>
      </w:hyperlink>
      <w:r>
        <w:t xml:space="preserve"> - Supports the improvement in detection rates by about 34% and the reduction in false alerts by over 13% compared to the previous model, as well as the upcoming software update for the Mentor Visual iQ+ video borescope.</w:t>
      </w:r>
      <w:r/>
    </w:p>
    <w:p>
      <w:pPr>
        <w:pStyle w:val="ListNumber"/>
        <w:spacing w:line="240" w:lineRule="auto"/>
        <w:ind w:left="720"/>
      </w:pPr>
      <w:r/>
      <w:hyperlink r:id="rId10">
        <w:r>
          <w:rPr>
            <w:color w:val="0000EE"/>
            <w:u w:val="single"/>
          </w:rPr>
          <w:t>https://www.aerospacetestinginternational.com/press-releases/pr-engine-testing/waygate-and-ge-boost-new-borescope-with-ai-assisted-tech.html</w:t>
        </w:r>
      </w:hyperlink>
      <w:r>
        <w:t xml:space="preserve"> - Provides details on Nicole Jenkins’ statement about the value of AI in improving the speed, accuracy, and reliability of commercial jet engine inspections.</w:t>
      </w:r>
      <w:r/>
    </w:p>
    <w:p>
      <w:pPr>
        <w:pStyle w:val="ListNumber"/>
        <w:spacing w:line="240" w:lineRule="auto"/>
        <w:ind w:left="720"/>
      </w:pPr>
      <w:r/>
      <w:hyperlink r:id="rId13">
        <w:r>
          <w:rPr>
            <w:color w:val="0000EE"/>
            <w:u w:val="single"/>
          </w:rPr>
          <w:t>https://avitrader.com/2024/11/01/ge-aerospace-waygate-unveil-ai-enhanced-borescope-for-engine-inspection/</w:t>
        </w:r>
      </w:hyperlink>
      <w:r>
        <w:t xml:space="preserve"> - Explains how the new borescope solution aims to enhance productivity and meet customer standards by equipping inspection engineers with advanced tools.</w:t>
      </w:r>
      <w:r/>
    </w:p>
    <w:p>
      <w:pPr>
        <w:pStyle w:val="ListNumber"/>
        <w:spacing w:line="240" w:lineRule="auto"/>
        <w:ind w:left="720"/>
      </w:pPr>
      <w:r/>
      <w:hyperlink r:id="rId12">
        <w:r>
          <w:rPr>
            <w:color w:val="0000EE"/>
            <w:u w:val="single"/>
          </w:rPr>
          <w:t>https://www.geaerospace.com/news/press-releases/ge-aerospace-waygate-technologies-deliver-new-ai-assisted-commercial-jet-engine</w:t>
        </w:r>
      </w:hyperlink>
      <w:r>
        <w:t xml:space="preserve"> - Corroborates the integration of the AI-assisted borescope into GE’s MRO network and its expected impact on the efficiency and dependability of engine inspections.</w:t>
      </w:r>
      <w:r/>
    </w:p>
    <w:p>
      <w:pPr>
        <w:pStyle w:val="ListNumber"/>
        <w:spacing w:line="240" w:lineRule="auto"/>
        <w:ind w:left="720"/>
      </w:pPr>
      <w:r/>
      <w:hyperlink r:id="rId14">
        <w:r>
          <w:rPr>
            <w:color w:val="0000EE"/>
            <w:u w:val="single"/>
          </w:rPr>
          <w:t>https://www.benzinga.com/markets/equities/24/10/41577655/ge-aerospace-partners-with-waygate-technologies-to-elevate-engine-inspections-with-ai</w:t>
        </w:r>
      </w:hyperlink>
      <w:r>
        <w:t xml:space="preserve"> - Supports the anticipation that the tool will bring noticeable improvements in the efficiency and dependability of engine inspections within the aerospace industry.</w:t>
      </w:r>
      <w:r/>
    </w:p>
    <w:p>
      <w:pPr>
        <w:pStyle w:val="ListNumber"/>
        <w:spacing w:line="240" w:lineRule="auto"/>
        <w:ind w:left="720"/>
      </w:pPr>
      <w:r/>
      <w:hyperlink r:id="rId10">
        <w:r>
          <w:rPr>
            <w:color w:val="0000EE"/>
            <w:u w:val="single"/>
          </w:rPr>
          <w:t>https://www.aerospacetestinginternational.com/press-releases/pr-engine-testing/waygate-and-ge-boost-new-borescope-with-ai-assisted-tech.html</w:t>
        </w:r>
      </w:hyperlink>
      <w:r>
        <w:t xml:space="preserve"> - Details the automated data anonymization tool developed to protect sensitive partner data while adding it to the training dataset efficiently.</w:t>
      </w:r>
      <w:r/>
    </w:p>
    <w:p>
      <w:pPr>
        <w:pStyle w:val="ListNumber"/>
        <w:spacing w:line="240" w:lineRule="auto"/>
        <w:ind w:left="720"/>
      </w:pPr>
      <w:r/>
      <w:hyperlink r:id="rId13">
        <w:r>
          <w:rPr>
            <w:color w:val="0000EE"/>
            <w:u w:val="single"/>
          </w:rPr>
          <w:t>https://avitrader.com/2024/11/01/ge-aerospace-waygate-unveil-ai-enhanced-borescope-for-engine-inspection/</w:t>
        </w:r>
      </w:hyperlink>
      <w:r>
        <w:t xml:space="preserve"> - Highlights GE Aerospace's commitment to leveraging emerging technologies to enhance the quality and efficiency of their engine maintenance processes.</w:t>
      </w:r>
      <w:r/>
    </w:p>
    <w:p>
      <w:pPr>
        <w:pStyle w:val="ListNumber"/>
        <w:spacing w:line="240" w:lineRule="auto"/>
        <w:ind w:left="720"/>
      </w:pPr>
      <w:r/>
      <w:hyperlink r:id="rId13">
        <w:r>
          <w:rPr>
            <w:color w:val="0000EE"/>
            <w:u w:val="single"/>
          </w:rPr>
          <w:t>https://avitrader.com/2024/11/01/ge-aerospace-waygate-unveil-ai-enhanced-borescope-for-engine-inspection/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rospacetestinginternational.com/press-releases/pr-engine-testing/waygate-and-ge-boost-new-borescope-with-ai-assisted-tech.html" TargetMode="External"/><Relationship Id="rId11" Type="http://schemas.openxmlformats.org/officeDocument/2006/relationships/hyperlink" Target="https://www.adsadvance.co.uk/ge-aerospace-and-waygate-technologies-to-deliver-ai-assisted-borescope-inspections.html" TargetMode="External"/><Relationship Id="rId12" Type="http://schemas.openxmlformats.org/officeDocument/2006/relationships/hyperlink" Target="https://www.geaerospace.com/news/press-releases/ge-aerospace-waygate-technologies-deliver-new-ai-assisted-commercial-jet-engine" TargetMode="External"/><Relationship Id="rId13" Type="http://schemas.openxmlformats.org/officeDocument/2006/relationships/hyperlink" Target="https://avitrader.com/2024/11/01/ge-aerospace-waygate-unveil-ai-enhanced-borescope-for-engine-inspection/" TargetMode="External"/><Relationship Id="rId14" Type="http://schemas.openxmlformats.org/officeDocument/2006/relationships/hyperlink" Target="https://www.benzinga.com/markets/equities/24/10/41577655/ge-aerospace-partners-with-waygate-technologies-to-elevate-engine-inspection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