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shapes the future of smartphones despite consumer reticence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2024, the smartphone industry has made significant strides by incorporating generative AI technologies into the latest devices, as seen in Samsung's Galaxy S24 series, Google's Pixel 9 lineup, and Apple's iPhone 16. This integration marks an advancement in smartphone functionality that has been anticipated by industry experts and consumers alike. </w:t>
      </w:r>
      <w:r/>
    </w:p>
    <w:p>
      <w:r/>
      <w:r>
        <w:t xml:space="preserve">Seang Chau, who recently assumed the role of vice president and general manager of the Android platform, shared insights into the evolving role of AI in smartphones. Surprisingly, Chau noted that despite its burgeoning presence, “people don’t want to hear about AI.” This observation reflects a reticence among consumers, who often find the idea of AI exciting yet daunting. To make AI less intimidating, Chau suggests focusing on its practical applications rather than its technical underpinnings. </w:t>
      </w:r>
      <w:r/>
    </w:p>
    <w:p>
      <w:r/>
      <w:r>
        <w:t>One proposed future application, which Chau describes as "agentive" AI, involves technology that can independently execute tasks on smartphones without constant user input. This could streamline interactions across various applications, reducing the need for repetitive taps and swipes. Qualcomm and other industry leaders similarly foresee AI evolving towards autonomy in task management.</w:t>
      </w:r>
      <w:r/>
    </w:p>
    <w:p>
      <w:r/>
      <w:r>
        <w:t>While the potential is promising, consumer interest remains tepid. A survey conducted by CNET in collaboration with YouGov revealed that about 25% of smartphone users do not find AI features beneficial. Further, only 10% actively utilise AI for tasks such as image creation or text summarisation. Nonetheless, Chau remains optimistic, asserting that as AI grows more adept at inter-app functionality, users will gradually see its value. Technologies like Google's emerging Gemini extensions aim to spearhead this transition by enabling their virtual assistant to operate seamlessly with other apps.</w:t>
      </w:r>
      <w:r/>
    </w:p>
    <w:p>
      <w:r/>
      <w:r>
        <w:t>However, generative AI still faces challenges before reaching full reliability. Instances of AI chatbots generating erroneous outputs, such as Google's AI recommending hazardous culinary practices earlier this year, highlight the need for vigilance concerning AI's application. Chau acknowledges this potential for misuse, emphasising the importance of being responsive to user feedback to swiftly correct AI errors.</w:t>
      </w:r>
      <w:r/>
    </w:p>
    <w:p>
      <w:r/>
      <w:r>
        <w:t>Alongside these AI developments, Google has announced a revised timeline for the foreseeable Android operating system updates. Android 16, anticipated for release in the second quarter of 2025, marks an earlier than usual roll-out intended to bring the latest software to more devices swiftly. This adjustment will likely benefit forthcoming models like the Samsung Galaxy S25 and Google Pixel 10. Google also plans a “minor” update in late 2025, focusing on feature refinements and bug fixes, without altering core app behaviours.</w:t>
      </w:r>
      <w:r/>
    </w:p>
    <w:p>
      <w:r/>
      <w:r>
        <w:t xml:space="preserve">This strategic shift could herald a change in how Android updates are delivered, with Android 16 followed by further updates potentially allowing a continuous evolution rather than a singular annual update. </w:t>
      </w:r>
      <w:r/>
    </w:p>
    <w:p>
      <w:r/>
      <w:r>
        <w:t>As the industry moves into 2025, the influence of AI on smartphones will likely continue expanding, promising to alter how consumers interact with their devices fundamentally. The question remains whether these advancements will be compelling enough for users to reassess the value of upgrading their smartphones in an otherwise stabilised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https://www.techinsights.com/blog/samsung-be-pro-ai-generative-smartphone-leader-2024</w:t>
        </w:r>
      </w:hyperlink>
      <w:r>
        <w:t xml:space="preserve"> - Corroborates the integration of generative AI in Samsung's Galaxy S24 series and its leadership in the generative AI smartphone market.</w:t>
      </w:r>
      <w:r/>
    </w:p>
    <w:p>
      <w:pPr>
        <w:pStyle w:val="ListNumber"/>
        <w:spacing w:line="240" w:lineRule="auto"/>
        <w:ind w:left="720"/>
      </w:pPr>
      <w:r/>
      <w:hyperlink r:id="rId11">
        <w:r>
          <w:rPr>
            <w:color w:val="0000EE"/>
            <w:u w:val="single"/>
          </w:rPr>
          <w:t>https://www.idc.com/getdoc.jsp?containerId=US52412224</w:t>
        </w:r>
      </w:hyperlink>
      <w:r>
        <w:t xml:space="preserve"> - Provides details on the forecast and growth of generative AI-capable smartphone shipments, including the anticipation by industry experts and consumers.</w:t>
      </w:r>
      <w:r/>
    </w:p>
    <w:p>
      <w:pPr>
        <w:pStyle w:val="ListNumber"/>
        <w:spacing w:line="240" w:lineRule="auto"/>
        <w:ind w:left="720"/>
      </w:pPr>
      <w:r/>
      <w:hyperlink r:id="rId12">
        <w:r>
          <w:rPr>
            <w:color w:val="0000EE"/>
            <w:u w:val="single"/>
          </w:rPr>
          <w:t>https://www.idc.com/getdoc.jsp?containerId=prUS52478124</w:t>
        </w:r>
      </w:hyperlink>
      <w:r>
        <w:t xml:space="preserve"> - Supports the integration of generative AI in smartphones, including the forecasted growth and market penetration by 2028.</w:t>
      </w:r>
      <w:r/>
    </w:p>
    <w:p>
      <w:pPr>
        <w:pStyle w:val="ListNumber"/>
        <w:spacing w:line="240" w:lineRule="auto"/>
        <w:ind w:left="720"/>
      </w:pPr>
      <w:r/>
      <w:hyperlink r:id="rId13">
        <w:r>
          <w:rPr>
            <w:color w:val="0000EE"/>
            <w:u w:val="single"/>
          </w:rPr>
          <w:t>https://www.grandviewresearch.com/industry-analysis/generative-ai-smartphone-market-report</w:t>
        </w:r>
      </w:hyperlink>
      <w:r>
        <w:t xml:space="preserve"> - Discusses the growth of the generative AI smartphone market, including the role of Google's Pixel series and other key players.</w:t>
      </w:r>
      <w:r/>
    </w:p>
    <w:p>
      <w:pPr>
        <w:pStyle w:val="ListNumber"/>
        <w:spacing w:line="240" w:lineRule="auto"/>
        <w:ind w:left="720"/>
      </w:pPr>
      <w:r/>
      <w:hyperlink r:id="rId14">
        <w:r>
          <w:rPr>
            <w:color w:val="0000EE"/>
            <w:u w:val="single"/>
          </w:rPr>
          <w:t>https://www.computerworld.com/article/3497702/generative-ai-could-drive-2024-smartphone-sales-says-idc.html</w:t>
        </w:r>
      </w:hyperlink>
      <w:r>
        <w:t xml:space="preserve"> - Corroborates the impact of generative AI on smartphone sales, including the market share and consumer interest in AI features.</w:t>
      </w:r>
      <w:r/>
    </w:p>
    <w:p>
      <w:pPr>
        <w:pStyle w:val="ListNumber"/>
        <w:spacing w:line="240" w:lineRule="auto"/>
        <w:ind w:left="720"/>
      </w:pPr>
      <w:r/>
      <w:hyperlink r:id="rId10">
        <w:r>
          <w:rPr>
            <w:color w:val="0000EE"/>
            <w:u w:val="single"/>
          </w:rPr>
          <w:t>https://www.techinsights.com/blog/samsung-be-pro-ai-generative-smartphone-leader-2024</w:t>
        </w:r>
      </w:hyperlink>
      <w:r>
        <w:t xml:space="preserve"> - Mentions the practical applications of AI and the focus on making AI less intimidating, aligning with Seang Chau's insights.</w:t>
      </w:r>
      <w:r/>
    </w:p>
    <w:p>
      <w:pPr>
        <w:pStyle w:val="ListNumber"/>
        <w:spacing w:line="240" w:lineRule="auto"/>
        <w:ind w:left="720"/>
      </w:pPr>
      <w:r/>
      <w:hyperlink r:id="rId12">
        <w:r>
          <w:rPr>
            <w:color w:val="0000EE"/>
            <w:u w:val="single"/>
          </w:rPr>
          <w:t>https://www.idc.com/getdoc.jsp?containerId=prUS52478124</w:t>
        </w:r>
      </w:hyperlink>
      <w:r>
        <w:t xml:space="preserve"> - Supports the concept of 'agentive' AI and its potential to streamline interactions across various applications.</w:t>
      </w:r>
      <w:r/>
    </w:p>
    <w:p>
      <w:pPr>
        <w:pStyle w:val="ListNumber"/>
        <w:spacing w:line="240" w:lineRule="auto"/>
        <w:ind w:left="720"/>
      </w:pPr>
      <w:r/>
      <w:hyperlink r:id="rId14">
        <w:r>
          <w:rPr>
            <w:color w:val="0000EE"/>
            <w:u w:val="single"/>
          </w:rPr>
          <w:t>https://www.computerworld.com/article/3497702/generative-ai-could-drive-2024-smartphone-sales-says-idc.html</w:t>
        </w:r>
      </w:hyperlink>
      <w:r>
        <w:t xml:space="preserve"> - Discusses the challenges and potential misuse of generative AI, highlighting the need for vigilance and user feedback.</w:t>
      </w:r>
      <w:r/>
    </w:p>
    <w:p>
      <w:pPr>
        <w:pStyle w:val="ListNumber"/>
        <w:spacing w:line="240" w:lineRule="auto"/>
        <w:ind w:left="720"/>
      </w:pPr>
      <w:r/>
      <w:hyperlink r:id="rId13">
        <w:r>
          <w:rPr>
            <w:color w:val="0000EE"/>
            <w:u w:val="single"/>
          </w:rPr>
          <w:t>https://www.grandviewresearch.com/industry-analysis/generative-ai-smartphone-market-report</w:t>
        </w:r>
      </w:hyperlink>
      <w:r>
        <w:t xml:space="preserve"> - Mentions Google's emerging technologies and their role in enabling seamless inter-app functionality, such as Gemini extensions.</w:t>
      </w:r>
      <w:r/>
    </w:p>
    <w:p>
      <w:pPr>
        <w:pStyle w:val="ListNumber"/>
        <w:spacing w:line="240" w:lineRule="auto"/>
        <w:ind w:left="720"/>
      </w:pPr>
      <w:r/>
      <w:hyperlink r:id="rId12">
        <w:r>
          <w:rPr>
            <w:color w:val="0000EE"/>
            <w:u w:val="single"/>
          </w:rPr>
          <w:t>https://www.idc.com/getdoc.jsp?containerId=prUS52478124</w:t>
        </w:r>
      </w:hyperlink>
      <w:r>
        <w:t xml:space="preserve"> - Supports the strategic shift in Android updates, including the earlier release of Android 16 and subsequent updates focusing on feature refinements.</w:t>
      </w:r>
      <w:r/>
    </w:p>
    <w:p>
      <w:pPr>
        <w:pStyle w:val="ListNumber"/>
        <w:spacing w:line="240" w:lineRule="auto"/>
        <w:ind w:left="720"/>
      </w:pPr>
      <w:r/>
      <w:hyperlink r:id="rId14">
        <w:r>
          <w:rPr>
            <w:color w:val="0000EE"/>
            <w:u w:val="single"/>
          </w:rPr>
          <w:t>https://www.computerworld.com/article/3497702/generative-ai-could-drive-2024-smartphone-sales-says-idc.html</w:t>
        </w:r>
      </w:hyperlink>
      <w:r>
        <w:t xml:space="preserve"> - Corroborates the influence of AI on smartphones in 2025 and the potential for continuous evolution in Android updates.</w:t>
      </w:r>
      <w:r/>
    </w:p>
    <w:p>
      <w:pPr>
        <w:pStyle w:val="ListNumber"/>
        <w:spacing w:line="240" w:lineRule="auto"/>
        <w:ind w:left="720"/>
      </w:pPr>
      <w:r/>
      <w:hyperlink r:id="rId15">
        <w:r>
          <w:rPr>
            <w:color w:val="0000EE"/>
            <w:u w:val="single"/>
          </w:rPr>
          <w:t>https://www.cnet.com/tech/mobile/why-googles-new-android-vp-says-people-dont-want-to-hear-about-ai/#ftag=CADf328eec</w:t>
        </w:r>
      </w:hyperlink>
      <w:r>
        <w:t xml:space="preserve"> - Please view link - unable to able to access data</w:t>
      </w:r>
      <w:r/>
    </w:p>
    <w:p>
      <w:pPr>
        <w:pStyle w:val="ListNumber"/>
        <w:spacing w:line="240" w:lineRule="auto"/>
        <w:ind w:left="720"/>
      </w:pPr>
      <w:r/>
      <w:hyperlink r:id="rId16">
        <w:r>
          <w:rPr>
            <w:color w:val="0000EE"/>
            <w:u w:val="single"/>
          </w:rPr>
          <w:t>https://www.techradar.com/phones/android/google-has-confirmed-that-android-16-is-coming-sooner-than-we-thought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insights.com/blog/samsung-be-pro-ai-generative-smartphone-leader-2024" TargetMode="External"/><Relationship Id="rId11" Type="http://schemas.openxmlformats.org/officeDocument/2006/relationships/hyperlink" Target="https://www.idc.com/getdoc.jsp?containerId=US52412224" TargetMode="External"/><Relationship Id="rId12" Type="http://schemas.openxmlformats.org/officeDocument/2006/relationships/hyperlink" Target="https://www.idc.com/getdoc.jsp?containerId=prUS52478124" TargetMode="External"/><Relationship Id="rId13" Type="http://schemas.openxmlformats.org/officeDocument/2006/relationships/hyperlink" Target="https://www.grandviewresearch.com/industry-analysis/generative-ai-smartphone-market-report" TargetMode="External"/><Relationship Id="rId14" Type="http://schemas.openxmlformats.org/officeDocument/2006/relationships/hyperlink" Target="https://www.computerworld.com/article/3497702/generative-ai-could-drive-2024-smartphone-sales-says-idc.html" TargetMode="External"/><Relationship Id="rId15" Type="http://schemas.openxmlformats.org/officeDocument/2006/relationships/hyperlink" Target="https://www.cnet.com/tech/mobile/why-googles-new-android-vp-says-people-dont-want-to-hear-about-ai/#ftag=CADf328eec" TargetMode="External"/><Relationship Id="rId16" Type="http://schemas.openxmlformats.org/officeDocument/2006/relationships/hyperlink" Target="https://www.techradar.com/phones/android/google-has-confirmed-that-android-16-is-coming-sooner-than-we-thou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