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Maps to integrate advanced AI features, redefining user experience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Google Maps to Integrate Advanced AI Features, Redefining User Experience</w:t>
      </w:r>
      <w:r/>
    </w:p>
    <w:p>
      <w:r/>
      <w:r>
        <w:t>Google Maps is poised to transform user interaction by incorporating advanced artificial intelligence (AI) technology from Google's Gemini system, similar to that embedded in its widely-used search engine. This development was announced this week as Google Maps joins the ranks of AI-enhanced digital services. The enhancement signifies a pivotal change in how users engage with the app, which has been a staple for navigation for nearly two decades and recently reached a landmark of 2 billion monthly users worldwide.</w:t>
      </w:r>
      <w:r/>
    </w:p>
    <w:p>
      <w:r/>
      <w:r>
        <w:t>Starting this week, Google Maps users in the United States will experience a novel level of interactivity and convenience as AI features are integrated into the service. The updated app will allow users to engage in conversational queries about activities or attractions in specific areas, providing curated lists that include dining options, bars, and entertainment venues along with critical user reviews. This expansion turns Google Maps into a potential all-in-one guide for exploring new or familiar locales beyond its traditional use as purely a navigational tool.</w:t>
      </w:r>
      <w:r/>
    </w:p>
    <w:p>
      <w:r/>
      <w:r>
        <w:t>Furthermore, the new AI capabilities promise to address common user frustrations by featuring enhanced lane guidance through more detailed imagery. This improvement will aid drivers by showing which lanes to use well in advance of a turn, aiming for a smoother and less stressful driving experience.</w:t>
      </w:r>
      <w:r/>
    </w:p>
    <w:p>
      <w:r/>
      <w:r>
        <w:t>Additionally, a focus on pragmatic facets such as parking availability and walking routes will be more prominently detailed, offering a comprehensive utility that aligns with the dynamic needs of modern users.</w:t>
      </w:r>
      <w:r/>
    </w:p>
    <w:p>
      <w:r/>
      <w:r>
        <w:rPr>
          <w:b/>
        </w:rPr>
        <w:t>Reddit Achieves Profitability for the First Time Amid User Surge</w:t>
      </w:r>
      <w:r/>
    </w:p>
    <w:p>
      <w:r/>
      <w:r>
        <w:t>For the first time since its inception nearly 20 years ago, Reddit has reported a profit. The social media platform announced a profit of $29.9 million for the period ending in September and revealed a significant increase in sales, reaching $348.4 million. This financial success coincides with a notable surge in daily users, which climbed to 97.2 million – marking a 47% increase from the previous year.</w:t>
      </w:r>
      <w:r/>
    </w:p>
    <w:p>
      <w:r/>
      <w:r>
        <w:t>This milestone underscores Reddit's strategic adaptations and user engagement methodologies that have significantly bolstered its growth and financial stability, placing it as a formidable contender in the social media landscape.</w:t>
      </w:r>
      <w:r/>
    </w:p>
    <w:p>
      <w:r/>
      <w:r>
        <w:rPr>
          <w:b/>
        </w:rPr>
        <w:t>Riyadh Air Orders 60 Airbus Aircraft in Major Expansion Plan</w:t>
      </w:r>
      <w:r/>
    </w:p>
    <w:p>
      <w:r/>
      <w:r>
        <w:t>Riyadh Air, a budding Saudi Arabian airline, has made headlines with a substantial order of 60 aircraft from Airbus, one of the leading European aerospace manufacturers. This significant order marks a decisive step for the airline as it prepares to launch passenger services next summer.</w:t>
      </w:r>
      <w:r/>
    </w:p>
    <w:p>
      <w:r/>
      <w:r>
        <w:t>The acquisition is part of Riyadh Air's broader strategy to establish itself as a competitor in the region's aviation market, signifying growth and heightened connectivity potential within Saudi Arabia and beyond. Airbus confirmed the order this week, highlighting Riyadh Air’s commitment to building a modern fleet that aligns with global industry standards.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https://blog.google/products/maps/gemini-google-maps-navigation-updates/</w:t>
        </w:r>
      </w:hyperlink>
      <w:r>
        <w:t xml:space="preserve"> - Corroborates the integration of Google's Gemini AI system into Google Maps, enhancing navigation and user experience.</w:t>
      </w:r>
      <w:r/>
    </w:p>
    <w:p>
      <w:pPr>
        <w:pStyle w:val="ListNumber"/>
        <w:spacing w:line="240" w:lineRule="auto"/>
        <w:ind w:left="720"/>
      </w:pPr>
      <w:r/>
      <w:hyperlink r:id="rId10">
        <w:r>
          <w:rPr>
            <w:color w:val="0000EE"/>
            <w:u w:val="single"/>
          </w:rPr>
          <w:t>https://blog.google/products/maps/gemini-google-maps-navigation-updates/</w:t>
        </w:r>
      </w:hyperlink>
      <w:r>
        <w:t xml:space="preserve"> - Details the new AI features allowing users to engage in conversational queries about activities and attractions.</w:t>
      </w:r>
      <w:r/>
    </w:p>
    <w:p>
      <w:pPr>
        <w:pStyle w:val="ListNumber"/>
        <w:spacing w:line="240" w:lineRule="auto"/>
        <w:ind w:left="720"/>
      </w:pPr>
      <w:r/>
      <w:hyperlink r:id="rId11">
        <w:r>
          <w:rPr>
            <w:color w:val="0000EE"/>
            <w:u w:val="single"/>
          </w:rPr>
          <w:t>https://www.pbs.org/newshour/nation/google-maps-introduces-ai-features-to-help-users-explore-and-navigate</w:t>
        </w:r>
      </w:hyperlink>
      <w:r>
        <w:t xml:space="preserve"> - Supports the announcement of AI-powered features in Google Maps, including enhanced navigation and discovery of places.</w:t>
      </w:r>
      <w:r/>
    </w:p>
    <w:p>
      <w:pPr>
        <w:pStyle w:val="ListNumber"/>
        <w:spacing w:line="240" w:lineRule="auto"/>
        <w:ind w:left="720"/>
      </w:pPr>
      <w:r/>
      <w:hyperlink r:id="rId12">
        <w:r>
          <w:rPr>
            <w:color w:val="0000EE"/>
            <w:u w:val="single"/>
          </w:rPr>
          <w:t>https://techcrunch.com/2024/10/31/google-maps-is-getting-new-ai-features-powered-by-gemini/</w:t>
        </w:r>
      </w:hyperlink>
      <w:r>
        <w:t xml:space="preserve"> - Explains the integration of Gemini AI for providing curated lists of dining options, bars, and entertainment venues along with user reviews.</w:t>
      </w:r>
      <w:r/>
    </w:p>
    <w:p>
      <w:pPr>
        <w:pStyle w:val="ListNumber"/>
        <w:spacing w:line="240" w:lineRule="auto"/>
        <w:ind w:left="720"/>
      </w:pPr>
      <w:r/>
      <w:hyperlink r:id="rId10">
        <w:r>
          <w:rPr>
            <w:color w:val="0000EE"/>
            <w:u w:val="single"/>
          </w:rPr>
          <w:t>https://blog.google/products/maps/gemini-google-maps-navigation-updates/</w:t>
        </w:r>
      </w:hyperlink>
      <w:r>
        <w:t xml:space="preserve"> - Describes the enhanced lane guidance feature showing which lanes to use well in advance of a turn.</w:t>
      </w:r>
      <w:r/>
    </w:p>
    <w:p>
      <w:pPr>
        <w:pStyle w:val="ListNumber"/>
        <w:spacing w:line="240" w:lineRule="auto"/>
        <w:ind w:left="720"/>
      </w:pPr>
      <w:r/>
      <w:hyperlink r:id="rId12">
        <w:r>
          <w:rPr>
            <w:color w:val="0000EE"/>
            <w:u w:val="single"/>
          </w:rPr>
          <w:t>https://techcrunch.com/2024/10/31/google-maps-is-getting-new-ai-features-powered-by-gemini/</w:t>
        </w:r>
      </w:hyperlink>
      <w:r>
        <w:t xml:space="preserve"> - Details the focus on parking availability and walking routes, offering a comprehensive utility for users.</w:t>
      </w:r>
      <w:r/>
    </w:p>
    <w:p>
      <w:pPr>
        <w:pStyle w:val="ListNumber"/>
        <w:spacing w:line="240" w:lineRule="auto"/>
        <w:ind w:left="720"/>
      </w:pPr>
      <w:r/>
      <w:hyperlink r:id="rId10">
        <w:r>
          <w:rPr>
            <w:color w:val="0000EE"/>
            <w:u w:val="single"/>
          </w:rPr>
          <w:t>https://blog.google/products/maps/gemini-google-maps-navigation-updates/</w:t>
        </w:r>
      </w:hyperlink>
      <w:r>
        <w:t xml:space="preserve"> - Mentions the expansion of Google Maps' Immersive View feature to 150 cities globally.</w:t>
      </w:r>
      <w:r/>
    </w:p>
    <w:p>
      <w:pPr>
        <w:pStyle w:val="ListNumber"/>
        <w:spacing w:line="240" w:lineRule="auto"/>
        <w:ind w:left="720"/>
      </w:pPr>
      <w:r/>
      <w:hyperlink r:id="rId11">
        <w:r>
          <w:rPr>
            <w:color w:val="0000EE"/>
            <w:u w:val="single"/>
          </w:rPr>
          <w:t>https://www.pbs.org/newshour/nation/google-maps-introduces-ai-features-to-help-users-explore-and-navigate</w:t>
        </w:r>
      </w:hyperlink>
      <w:r>
        <w:t xml:space="preserve"> - Corroborates the milestone of Google Maps reaching 2 billion monthly users worldwide.</w:t>
      </w:r>
      <w:r/>
    </w:p>
    <w:p>
      <w:pPr>
        <w:pStyle w:val="ListNumber"/>
        <w:spacing w:line="240" w:lineRule="auto"/>
        <w:ind w:left="720"/>
      </w:pPr>
      <w:r/>
      <w:hyperlink r:id="rId12">
        <w:r>
          <w:rPr>
            <w:color w:val="0000EE"/>
            <w:u w:val="single"/>
          </w:rPr>
          <w:t>https://techcrunch.com/2024/10/31/google-maps-is-getting-new-ai-features-powered-by-gemini/</w:t>
        </w:r>
      </w:hyperlink>
      <w:r>
        <w:t xml:space="preserve"> - Explains the ability to see and report weather disruptions on the road, such as flooded, unplowed, and low-visibility areas.</w:t>
      </w:r>
      <w:r/>
    </w:p>
    <w:p>
      <w:pPr>
        <w:pStyle w:val="ListNumber"/>
        <w:spacing w:line="240" w:lineRule="auto"/>
        <w:ind w:left="720"/>
      </w:pPr>
      <w:r/>
      <w:hyperlink r:id="rId13">
        <w:r>
          <w:rPr>
            <w:color w:val="0000EE"/>
            <w:u w:val="single"/>
          </w:rPr>
          <w:t>https://blog.google/products/maps/google-maps-generative-ai-local-guides/</w:t>
        </w:r>
      </w:hyperlink>
      <w:r>
        <w:t xml:space="preserve"> - Details the use of generative AI for discovering places and activities based on user preferences.</w:t>
      </w:r>
      <w:r/>
    </w:p>
    <w:p>
      <w:pPr>
        <w:pStyle w:val="ListNumber"/>
        <w:spacing w:line="240" w:lineRule="auto"/>
        <w:ind w:left="720"/>
      </w:pPr>
      <w:r/>
      <w:hyperlink r:id="rId14">
        <w:r>
          <w:rPr>
            <w:color w:val="0000EE"/>
            <w:u w:val="single"/>
          </w:rPr>
          <w:t>https://www.youtube.com/watch?v=EO3UzHmF6VI</w:t>
        </w:r>
      </w:hyperlink>
      <w:r>
        <w:t xml:space="preserve"> - Summarizes the AI-powered upgrades in Google Maps, including smarter lane guidance and conversational interactions.</w:t>
      </w:r>
      <w:r/>
    </w:p>
    <w:p>
      <w:pPr>
        <w:pStyle w:val="ListNumber"/>
        <w:spacing w:line="240" w:lineRule="auto"/>
        <w:ind w:left="720"/>
      </w:pPr>
      <w:r/>
      <w:hyperlink r:id="rId15">
        <w:r>
          <w:rPr>
            <w:color w:val="0000EE"/>
            <w:u w:val="single"/>
          </w:rPr>
          <w:t>https://mtstandard.com/google-maps-adding-ai-powered-features/article_56f2562d-b596-548d-8170-c961803390b9.html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log.google/products/maps/gemini-google-maps-navigation-updates/" TargetMode="External"/><Relationship Id="rId11" Type="http://schemas.openxmlformats.org/officeDocument/2006/relationships/hyperlink" Target="https://www.pbs.org/newshour/nation/google-maps-introduces-ai-features-to-help-users-explore-and-navigate" TargetMode="External"/><Relationship Id="rId12" Type="http://schemas.openxmlformats.org/officeDocument/2006/relationships/hyperlink" Target="https://techcrunch.com/2024/10/31/google-maps-is-getting-new-ai-features-powered-by-gemini/" TargetMode="External"/><Relationship Id="rId13" Type="http://schemas.openxmlformats.org/officeDocument/2006/relationships/hyperlink" Target="https://blog.google/products/maps/google-maps-generative-ai-local-guides/" TargetMode="External"/><Relationship Id="rId14" Type="http://schemas.openxmlformats.org/officeDocument/2006/relationships/hyperlink" Target="https://www.youtube.com/watch?v=EO3UzHmF6VI" TargetMode="External"/><Relationship Id="rId15" Type="http://schemas.openxmlformats.org/officeDocument/2006/relationships/hyperlink" Target="https://mtstandard.com/google-maps-adding-ai-powered-features/article_56f2562d-b596-548d-8170-c961803390b9.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