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Govee offers discounts on smart Christmas lighting ahead of festive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Govee, a leading brand in smart home lighting, is currently offering enticing discounts on their latest Christmas lighting products through their official Amazon storefront. As the festive season draws near, Govee’s Smart RGBIC Matter Christmas Icicle Lights are now available at a reduced price of $119.99 for a 33-foot model, following a $20 off coupon. These lights, which usually retail for $140, present a more manageable option compared to the 66-foot model, which is simultaneously offered for $230, with an additional 5% savings available when purchased alongside Govee’s other products.</w:t>
      </w:r>
      <w:r/>
    </w:p>
    <w:p>
      <w:r/>
      <w:r>
        <w:t>Elevating the typical icicle lights, Govee’s latest offering integrates Matter support. This feature allows seamless connectivity across various smart home ecosystems, including Apple Home, Google Home, and Samsung SmartThings. Users can also benefit from hands-free voice controls via Alexa and Google Assistant, in addition to the usual smart app controls. These IP-65 waterproof lights are built to endure a range of weather conditions, ensuring durability come rain, snow, or shine. Furthermore, users can enjoy over 78 distinct scene modes and a palette of up to 16 million DIY colour choices. The lights are equipped with advanced AI, enabling the creation of new visual effects based on text, audio, and image inputs, and also include a music mode and DreamView for synchronised light exhibitions.</w:t>
      </w:r>
      <w:r/>
    </w:p>
    <w:p>
      <w:r/>
      <w:r>
        <w:t>In addition to the icicle lights, Govee is offering a Santa's Beacon bundle for those looking to expand their holiday decor. Regularly priced at $450, the bundle is now available for $400 on Govee’s platform or $410 via Amazon with a corresponding discount coupon. It features a 100-foot strand of Govee H705E permanent outdoor lights, a 96-foot Govee H7038 outdoor string lights, and a 4.9 by 6.6-foot Govee H70B3 curtain light set. These products are presented in a festive holiday box suitable for gifting.</w:t>
      </w:r>
      <w:r/>
    </w:p>
    <w:p>
      <w:r/>
      <w:r>
        <w:t>Like the icicle lights, these products offer compatibility with major smart home platforms, allowing for control through voice commands or via the Govee app on smartphones. The lights offer adaptability for various settings in terms of brightness, colour, and animation effects. They are rated IP65 for waterproofing and are resilient across temperatures ranging from -4 to 140 degrees Fahrenheit, allowing for year-round outdoor usage.</w:t>
      </w:r>
      <w:r/>
    </w:p>
    <w:p>
      <w:r/>
      <w:r>
        <w:t>In the broader realm of smart home technology, Google has introduced a new feature for Android users in its Google Home Public Preview program. This addition brings smart home control capabilities directly into the Gemini app via natural language prompts. The extension enables users to adjust lighting and other smart home functions with simple commands, though it currently excludes compatibility with security-related devices and routines.</w:t>
      </w:r>
      <w:r/>
    </w:p>
    <w:p>
      <w:r/>
      <w:r>
        <w:t>Concurrently, Amazon is striving to enhance Alexa's capabilities with natural language commands, although a full update is anticipated in the coming year. Apple, on the other hand, is looking to expand Siri's functionalities with what it terms 'Apple Intelligence', although no developments in smart home integration have been made public.</w:t>
      </w:r>
      <w:r/>
    </w:p>
    <w:p>
      <w:r/>
      <w:r>
        <w:t>These updates and offerings from Govee, Google, Amazon, and Apple illustrate the significant strides in smart home technology, particularly in the realm of lighting and home automation, providing users with cutting-edge options to enhance convenience and ambiance during the festive season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https://9to5toys.com/2024/11/01/govee-33-foot-matter-icicle-lights-first-discount/</w:t>
        </w:r>
      </w:hyperlink>
      <w:r>
        <w:t xml:space="preserve"> - Corroborates the availability and pricing of Govee's 33-foot Smart RGBIC Matter Christmas Icicle Lights.</w:t>
      </w:r>
      <w:r/>
    </w:p>
    <w:p>
      <w:pPr>
        <w:pStyle w:val="ListNumber"/>
        <w:spacing w:line="240" w:lineRule="auto"/>
        <w:ind w:left="720"/>
      </w:pPr>
      <w:r/>
      <w:hyperlink r:id="rId11">
        <w:r>
          <w:rPr>
            <w:color w:val="0000EE"/>
            <w:u w:val="single"/>
          </w:rPr>
          <w:t>https://www.sfgate.com/shopping/article/govee-christmas-light-deal-19873638.php</w:t>
        </w:r>
      </w:hyperlink>
      <w:r>
        <w:t xml:space="preserve"> - Supports the discounts on various lengths of Govee Christmas lights and their features such as app control, preset scenes, and Smart Shape Mapping.</w:t>
      </w:r>
      <w:r/>
    </w:p>
    <w:p>
      <w:pPr>
        <w:pStyle w:val="ListNumber"/>
        <w:spacing w:line="240" w:lineRule="auto"/>
        <w:ind w:left="720"/>
      </w:pPr>
      <w:r/>
      <w:hyperlink r:id="rId11">
        <w:r>
          <w:rPr>
            <w:color w:val="0000EE"/>
            <w:u w:val="single"/>
          </w:rPr>
          <w:t>https://www.sfgate.com/shopping/article/govee-christmas-light-deal-19873638.php</w:t>
        </w:r>
      </w:hyperlink>
      <w:r>
        <w:t xml:space="preserve"> - Confirms the IP65 rating and temperature resilience of Govee's Christmas lights.</w:t>
      </w:r>
      <w:r/>
    </w:p>
    <w:p>
      <w:pPr>
        <w:pStyle w:val="ListNumber"/>
        <w:spacing w:line="240" w:lineRule="auto"/>
        <w:ind w:left="720"/>
      </w:pPr>
      <w:r/>
      <w:hyperlink r:id="rId12">
        <w:r>
          <w:rPr>
            <w:color w:val="0000EE"/>
            <w:u w:val="single"/>
          </w:rPr>
          <w:t>https://us.govee.com/pages/christmas-sale?srsltid=AfmBOoofgXwZe76Y2RGwBPvJ2ifTcK_pFI3SLvUU_GSS1HFVrln9tuTm</w:t>
        </w:r>
      </w:hyperlink>
      <w:r>
        <w:t xml:space="preserve"> - Provides information on Govee's Christmas sale and various lighting products available.</w:t>
      </w:r>
      <w:r/>
    </w:p>
    <w:p>
      <w:pPr>
        <w:pStyle w:val="ListNumber"/>
        <w:spacing w:line="240" w:lineRule="auto"/>
        <w:ind w:left="720"/>
      </w:pPr>
      <w:r/>
      <w:hyperlink r:id="rId13">
        <w:r>
          <w:rPr>
            <w:color w:val="0000EE"/>
            <w:u w:val="single"/>
          </w:rPr>
          <w:t>https://www.cnet.com/deals/govees-santa-beacon-smart-holiday-light-bundle-is-50-off/</w:t>
        </w:r>
      </w:hyperlink>
      <w:r>
        <w:t xml:space="preserve"> - Details the Santa's Beacon bundle, its components, and the discount offered.</w:t>
      </w:r>
      <w:r/>
    </w:p>
    <w:p>
      <w:pPr>
        <w:pStyle w:val="ListNumber"/>
        <w:spacing w:line="240" w:lineRule="auto"/>
        <w:ind w:left="720"/>
      </w:pPr>
      <w:r/>
      <w:hyperlink r:id="rId13">
        <w:r>
          <w:rPr>
            <w:color w:val="0000EE"/>
            <w:u w:val="single"/>
          </w:rPr>
          <w:t>https://www.cnet.com/deals/govees-santa-beacon-smart-holiday-light-bundle-is-50-off/</w:t>
        </w:r>
      </w:hyperlink>
      <w:r>
        <w:t xml:space="preserve"> - Corroborates the compatibility of the Santa's Beacon bundle with major smart home platforms and its features.</w:t>
      </w:r>
      <w:r/>
    </w:p>
    <w:p>
      <w:pPr>
        <w:pStyle w:val="ListNumber"/>
        <w:spacing w:line="240" w:lineRule="auto"/>
        <w:ind w:left="720"/>
      </w:pPr>
      <w:r/>
      <w:hyperlink r:id="rId11">
        <w:r>
          <w:rPr>
            <w:color w:val="0000EE"/>
            <w:u w:val="single"/>
          </w:rPr>
          <w:t>https://www.sfgate.com/shopping/article/govee-christmas-light-deal-19873638.php</w:t>
        </w:r>
      </w:hyperlink>
      <w:r>
        <w:t xml:space="preserve"> - Supports the integration of Govee lights with smart home ecosystems like Apple Home, Google Home, and Samsung SmartThings.</w:t>
      </w:r>
      <w:r/>
    </w:p>
    <w:p>
      <w:pPr>
        <w:pStyle w:val="ListNumber"/>
        <w:spacing w:line="240" w:lineRule="auto"/>
        <w:ind w:left="720"/>
      </w:pPr>
      <w:r/>
      <w:hyperlink r:id="rId10">
        <w:r>
          <w:rPr>
            <w:color w:val="0000EE"/>
            <w:u w:val="single"/>
          </w:rPr>
          <w:t>https://9to5toys.com/2024/11/01/govee-33-foot-matter-icicle-lights-first-discount/</w:t>
        </w:r>
      </w:hyperlink>
      <w:r>
        <w:t xml:space="preserve"> - Confirms the advanced features of Govee's icicle lights, including AI-driven visual effects and music mode.</w:t>
      </w:r>
      <w:r/>
    </w:p>
    <w:p>
      <w:pPr>
        <w:pStyle w:val="ListNumber"/>
        <w:spacing w:line="240" w:lineRule="auto"/>
        <w:ind w:left="720"/>
      </w:pPr>
      <w:r/>
      <w:hyperlink r:id="rId13">
        <w:r>
          <w:rPr>
            <w:color w:val="0000EE"/>
            <w:u w:val="single"/>
          </w:rPr>
          <w:t>https://www.cnet.com/deals/govees-santa-beacon-smart-holiday-light-bundle-is-50-off/</w:t>
        </w:r>
      </w:hyperlink>
      <w:r>
        <w:t xml:space="preserve"> - Provides details on the components and pricing of the Santa's Beacon bundle.</w:t>
      </w:r>
      <w:r/>
    </w:p>
    <w:p>
      <w:pPr>
        <w:pStyle w:val="ListNumber"/>
        <w:spacing w:line="240" w:lineRule="auto"/>
        <w:ind w:left="720"/>
      </w:pPr>
      <w:r/>
      <w:hyperlink r:id="rId11">
        <w:r>
          <w:rPr>
            <w:color w:val="0000EE"/>
            <w:u w:val="single"/>
          </w:rPr>
          <w:t>https://www.sfgate.com/shopping/article/govee-christmas-light-deal-19873638.php</w:t>
        </w:r>
      </w:hyperlink>
      <w:r>
        <w:t xml:space="preserve"> - Supports the year-round outdoor usage capability of Govee's lights due to their IP65 rating and temperature resilience.</w:t>
      </w:r>
      <w:r/>
    </w:p>
    <w:p>
      <w:pPr>
        <w:pStyle w:val="ListNumber"/>
        <w:spacing w:line="240" w:lineRule="auto"/>
        <w:ind w:left="720"/>
      </w:pPr>
      <w:r/>
      <w:hyperlink r:id="rId13">
        <w:r>
          <w:rPr>
            <w:color w:val="0000EE"/>
            <w:u w:val="single"/>
          </w:rPr>
          <w:t>https://www.cnet.com/deals/govees-santa-beacon-smart-holiday-light-bundle-is-50-off/</w:t>
        </w:r>
      </w:hyperlink>
      <w:r>
        <w:t xml:space="preserve"> - Corroborates the adaptability of Govee's lights in terms of brightness, color, and animation effects.</w:t>
      </w:r>
      <w:r/>
    </w:p>
    <w:p>
      <w:pPr>
        <w:pStyle w:val="ListNumber"/>
        <w:spacing w:line="240" w:lineRule="auto"/>
        <w:ind w:left="720"/>
      </w:pPr>
      <w:r/>
      <w:hyperlink r:id="rId10">
        <w:r>
          <w:rPr>
            <w:color w:val="0000EE"/>
            <w:u w:val="single"/>
          </w:rPr>
          <w:t>https://9to5toys.com/2024/11/01/govee-33-foot-matter-icicle-lights-first-discount/</w:t>
        </w:r>
      </w:hyperlink>
      <w:r>
        <w:t xml:space="preserve"> - Please view link - unable to able to access data</w:t>
      </w:r>
      <w:r/>
    </w:p>
    <w:p>
      <w:pPr>
        <w:pStyle w:val="ListNumber"/>
        <w:spacing w:line="240" w:lineRule="auto"/>
        <w:ind w:left="720"/>
      </w:pPr>
      <w:r/>
      <w:hyperlink r:id="rId14">
        <w:r>
          <w:rPr>
            <w:color w:val="0000EE"/>
            <w:u w:val="single"/>
          </w:rPr>
          <w:t>https://www.cnet.com/deals/govees-santa-beacon-smart-holiday-light-bundle-is-50-off/#ftag=CADf328eec</w:t>
        </w:r>
      </w:hyperlink>
      <w:r>
        <w:t xml:space="preserve"> - Please view link - unable to able to access data</w:t>
      </w:r>
      <w:r/>
    </w:p>
    <w:p>
      <w:pPr>
        <w:pStyle w:val="ListNumber"/>
        <w:spacing w:line="240" w:lineRule="auto"/>
        <w:ind w:left="720"/>
      </w:pPr>
      <w:r/>
      <w:hyperlink r:id="rId15">
        <w:r>
          <w:rPr>
            <w:color w:val="0000EE"/>
            <w:u w:val="single"/>
          </w:rPr>
          <w:t>https://www.theverge.com/2024/11/1/24285283/google-smart-home-extension-gemini-app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toys.com/2024/11/01/govee-33-foot-matter-icicle-lights-first-discount/" TargetMode="External"/><Relationship Id="rId11" Type="http://schemas.openxmlformats.org/officeDocument/2006/relationships/hyperlink" Target="https://www.sfgate.com/shopping/article/govee-christmas-light-deal-19873638.php" TargetMode="External"/><Relationship Id="rId12" Type="http://schemas.openxmlformats.org/officeDocument/2006/relationships/hyperlink" Target="https://us.govee.com/pages/christmas-sale?srsltid=AfmBOoofgXwZe76Y2RGwBPvJ2ifTcK_pFI3SLvUU_GSS1HFVrln9tuTm" TargetMode="External"/><Relationship Id="rId13" Type="http://schemas.openxmlformats.org/officeDocument/2006/relationships/hyperlink" Target="https://www.cnet.com/deals/govees-santa-beacon-smart-holiday-light-bundle-is-50-off/" TargetMode="External"/><Relationship Id="rId14" Type="http://schemas.openxmlformats.org/officeDocument/2006/relationships/hyperlink" Target="https://www.cnet.com/deals/govees-santa-beacon-smart-holiday-light-bundle-is-50-off/#ftag=CADf328eec" TargetMode="External"/><Relationship Id="rId15" Type="http://schemas.openxmlformats.org/officeDocument/2006/relationships/hyperlink" Target="https://www.theverge.com/2024/11/1/24285283/google-smart-home-extension-gemini-a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